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36D" w:rsidRPr="00DD792D" w:rsidRDefault="00195FC2">
      <w:pPr>
        <w:spacing w:before="1520" w:after="32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b/>
          <w:color w:val="2E74B5"/>
          <w:sz w:val="20"/>
          <w:lang w:val="ru-RU"/>
        </w:rPr>
        <w:t>МАТЕРИАЛЫ ДЛЯ САМОСТОЯТЕЛЬНОГО ИЗУЧЕНИЯ</w:t>
      </w:r>
    </w:p>
    <w:p w:rsidR="00E2736D" w:rsidRPr="00DD792D" w:rsidRDefault="00195FC2">
      <w:pPr>
        <w:spacing w:after="16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b/>
          <w:color w:val="1F4D78"/>
          <w:sz w:val="56"/>
          <w:lang w:val="ru-RU"/>
        </w:rPr>
        <w:t>АУЫСПАЛЫ ОСЫ ШАҚ</w:t>
      </w:r>
    </w:p>
    <w:p w:rsidR="00E2736D" w:rsidRPr="00DD792D" w:rsidRDefault="00195FC2">
      <w:pPr>
        <w:spacing w:after="76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i/>
          <w:color w:val="5C6977"/>
          <w:sz w:val="28"/>
          <w:lang w:val="ru-RU"/>
        </w:rPr>
        <w:t>Значение, маркеры, модель образования и употребление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36D" w:rsidRPr="009073E4">
        <w:tc>
          <w:tcPr>
            <w:tcW w:w="936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E2736D" w:rsidRPr="00DD792D" w:rsidRDefault="00195FC2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ЦЕЛЬ </w:t>
            </w:r>
            <w:proofErr w:type="gramStart"/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МАТЕРИАЛА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Научиться</w:t>
            </w:r>
            <w:proofErr w:type="gram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распознавать, образовывать и употреблять утвердительные, отрицательные и вопросительные формы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ауыспалы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осы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шақ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</w:p>
        </w:tc>
      </w:tr>
    </w:tbl>
    <w:p w:rsidR="00E2736D" w:rsidRPr="00DD792D" w:rsidRDefault="00E2736D">
      <w:pPr>
        <w:spacing w:after="20"/>
        <w:rPr>
          <w:rFonts w:ascii="Times New Roman" w:hAnsi="Times New Roman" w:cs="Times New Roman"/>
          <w:lang w:val="ru-RU"/>
        </w:rPr>
      </w:pPr>
    </w:p>
    <w:p w:rsidR="00E2736D" w:rsidRPr="00DD792D" w:rsidRDefault="00195FC2">
      <w:pPr>
        <w:spacing w:before="124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color w:val="5C6977"/>
          <w:sz w:val="21"/>
          <w:lang w:val="ru-RU"/>
        </w:rPr>
        <w:t xml:space="preserve">Уровень </w:t>
      </w:r>
      <w:r w:rsidRPr="00DD792D">
        <w:rPr>
          <w:rFonts w:ascii="Times New Roman" w:hAnsi="Times New Roman" w:cs="Times New Roman"/>
          <w:color w:val="5C6977"/>
          <w:sz w:val="21"/>
        </w:rPr>
        <w:t>A</w:t>
      </w:r>
      <w:proofErr w:type="gramStart"/>
      <w:r w:rsidRPr="00DD792D">
        <w:rPr>
          <w:rFonts w:ascii="Times New Roman" w:hAnsi="Times New Roman" w:cs="Times New Roman"/>
          <w:color w:val="5C6977"/>
          <w:sz w:val="21"/>
          <w:lang w:val="ru-RU"/>
        </w:rPr>
        <w:t>2  |</w:t>
      </w:r>
      <w:proofErr w:type="gramEnd"/>
      <w:r w:rsidRPr="00DD792D">
        <w:rPr>
          <w:rFonts w:ascii="Times New Roman" w:hAnsi="Times New Roman" w:cs="Times New Roman"/>
          <w:color w:val="5C6977"/>
          <w:sz w:val="21"/>
          <w:lang w:val="ru-RU"/>
        </w:rPr>
        <w:t xml:space="preserve">  Учебный комплект к онлайн-курсу</w:t>
      </w:r>
    </w:p>
    <w:p w:rsidR="00E2736D" w:rsidRPr="00DD792D" w:rsidRDefault="00195FC2">
      <w:pPr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br w:type="page"/>
      </w:r>
    </w:p>
    <w:p w:rsidR="00E2736D" w:rsidRDefault="00195FC2" w:rsidP="00A55659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lastRenderedPageBreak/>
        <w:t>1. Статья «</w:t>
      </w:r>
      <w:proofErr w:type="spellStart"/>
      <w:r w:rsidRPr="00DD792D">
        <w:rPr>
          <w:rFonts w:ascii="Times New Roman" w:hAnsi="Times New Roman" w:cs="Times New Roman"/>
          <w:lang w:val="ru-RU"/>
        </w:rPr>
        <w:t>Ауыспалы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осы </w:t>
      </w:r>
      <w:proofErr w:type="spellStart"/>
      <w:r w:rsidRPr="00DD792D">
        <w:rPr>
          <w:rFonts w:ascii="Times New Roman" w:hAnsi="Times New Roman" w:cs="Times New Roman"/>
          <w:lang w:val="ru-RU"/>
        </w:rPr>
        <w:t>шақ</w:t>
      </w:r>
      <w:proofErr w:type="spellEnd"/>
      <w:r w:rsidRPr="00DD792D">
        <w:rPr>
          <w:rFonts w:ascii="Times New Roman" w:hAnsi="Times New Roman" w:cs="Times New Roman"/>
          <w:lang w:val="ru-RU"/>
        </w:rPr>
        <w:t>: значение, маркеры и модель образования»</w:t>
      </w:r>
    </w:p>
    <w:p w:rsidR="007F7952" w:rsidRPr="007F7952" w:rsidRDefault="007F7952" w:rsidP="007F7952">
      <w:pPr>
        <w:rPr>
          <w:lang w:val="ru-RU"/>
        </w:rPr>
      </w:pPr>
    </w:p>
    <w:p w:rsidR="00E2736D" w:rsidRPr="00DD792D" w:rsidRDefault="00195FC2" w:rsidP="007F7952">
      <w:pPr>
        <w:pStyle w:val="2"/>
        <w:spacing w:before="0"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792D">
        <w:rPr>
          <w:rFonts w:ascii="Times New Roman" w:hAnsi="Times New Roman" w:cs="Times New Roman"/>
          <w:sz w:val="24"/>
          <w:szCs w:val="24"/>
          <w:lang w:val="ru-RU"/>
        </w:rPr>
        <w:t>1.1. Значение формы</w:t>
      </w:r>
    </w:p>
    <w:p w:rsidR="00E2736D" w:rsidRPr="00DD792D" w:rsidRDefault="00195FC2" w:rsidP="007F7952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7F7952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это</w:t>
      </w:r>
      <w:proofErr w:type="gram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форма глагола, которая обычно обозначает постоянное, привычное или регулярно повторяющееся действие в настоящем времени. Она используется, когда говорящий сообщает не о действии, происходящем только в момент речи, а о том, что совершается постоянно, часто или по установленному распорядку.</w:t>
      </w:r>
    </w:p>
    <w:p w:rsidR="00E2736D" w:rsidRPr="00DD792D" w:rsidRDefault="00195FC2" w:rsidP="007F7952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Например, предложение «Мен 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күнде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университетке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бар</w:t>
      </w:r>
      <w:r w:rsidRPr="00DD792D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амын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>» означает, что посещение университета является регулярным действием. В предложении «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Әлия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қазақша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жақсы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DD792D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йді</w:t>
      </w:r>
      <w:proofErr w:type="spellEnd"/>
      <w:r w:rsidRPr="00DD792D">
        <w:rPr>
          <w:rFonts w:ascii="Times New Roman" w:hAnsi="Times New Roman" w:cs="Times New Roman"/>
          <w:sz w:val="24"/>
          <w:szCs w:val="24"/>
          <w:lang w:val="ru-RU"/>
        </w:rPr>
        <w:t>» форма глагола переда</w:t>
      </w:r>
      <w:r w:rsidR="007F795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DD792D">
        <w:rPr>
          <w:rFonts w:ascii="Times New Roman" w:hAnsi="Times New Roman" w:cs="Times New Roman"/>
          <w:sz w:val="24"/>
          <w:szCs w:val="24"/>
          <w:lang w:val="ru-RU"/>
        </w:rPr>
        <w:t>т устойчивое умение или характеристику человека.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36D" w:rsidRPr="009073E4">
        <w:tc>
          <w:tcPr>
            <w:tcW w:w="936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E2736D" w:rsidRPr="00DD792D" w:rsidRDefault="00195FC2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ГЛАВНЫЙ </w:t>
            </w:r>
            <w:proofErr w:type="gramStart"/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ВОПРОС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Действие</w:t>
            </w:r>
            <w:proofErr w:type="gram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происходит регулярно, обычно или является постоянной характеристикой? Если да, в контексте настоящего времени используется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ауыспалы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осы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шақ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</w:p>
        </w:tc>
      </w:tr>
    </w:tbl>
    <w:p w:rsidR="00E2736D" w:rsidRPr="00DD792D" w:rsidRDefault="00E2736D" w:rsidP="007F7952">
      <w:pPr>
        <w:spacing w:after="0"/>
        <w:ind w:firstLine="720"/>
        <w:jc w:val="both"/>
        <w:rPr>
          <w:rFonts w:ascii="Times New Roman" w:hAnsi="Times New Roman" w:cs="Times New Roman"/>
          <w:lang w:val="ru-RU"/>
        </w:rPr>
      </w:pPr>
    </w:p>
    <w:p w:rsidR="00E2736D" w:rsidRPr="00DD792D" w:rsidRDefault="00195FC2" w:rsidP="007F7952">
      <w:pPr>
        <w:pStyle w:val="2"/>
        <w:spacing w:before="0" w:after="0"/>
        <w:ind w:firstLine="720"/>
        <w:jc w:val="both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>1.2. Временные маркеры</w:t>
      </w:r>
    </w:p>
    <w:p w:rsidR="00E2736D" w:rsidRDefault="00195FC2" w:rsidP="007F7952">
      <w:pPr>
        <w:spacing w:after="0"/>
        <w:ind w:firstLine="720"/>
        <w:jc w:val="both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 xml:space="preserve">На значение регулярности часто указывают специальные слова и словосочетания. Они помогают отличить </w:t>
      </w:r>
      <w:proofErr w:type="spellStart"/>
      <w:r w:rsidRPr="00DD792D">
        <w:rPr>
          <w:rFonts w:ascii="Times New Roman" w:hAnsi="Times New Roman" w:cs="Times New Roman"/>
          <w:lang w:val="ru-RU"/>
        </w:rPr>
        <w:t>ауыспалы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осы </w:t>
      </w:r>
      <w:proofErr w:type="spellStart"/>
      <w:r w:rsidRPr="00DD792D">
        <w:rPr>
          <w:rFonts w:ascii="Times New Roman" w:hAnsi="Times New Roman" w:cs="Times New Roman"/>
          <w:lang w:val="ru-RU"/>
        </w:rPr>
        <w:t>шақ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от других временных форм.</w:t>
      </w:r>
    </w:p>
    <w:p w:rsidR="007F7952" w:rsidRPr="00DD792D" w:rsidRDefault="007F7952" w:rsidP="007F7952">
      <w:pPr>
        <w:spacing w:after="0"/>
        <w:ind w:firstLine="720"/>
        <w:jc w:val="both"/>
        <w:rPr>
          <w:rFonts w:ascii="Times New Roman" w:hAnsi="Times New Roman" w:cs="Times New Roman"/>
          <w:lang w:val="ru-RU"/>
        </w:rPr>
      </w:pP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E2736D" w:rsidRPr="00DD792D">
        <w:trPr>
          <w:tblHeader/>
        </w:trPr>
        <w:tc>
          <w:tcPr>
            <w:tcW w:w="25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Маркер</w:t>
            </w:r>
            <w:proofErr w:type="spellEnd"/>
          </w:p>
        </w:tc>
        <w:tc>
          <w:tcPr>
            <w:tcW w:w="68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Значение и пример</w:t>
            </w:r>
          </w:p>
        </w:tc>
      </w:tr>
      <w:tr w:rsidR="00E2736D" w:rsidRPr="009073E4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күнде, күн сайын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каждый день: Мен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күнде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кітап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оқ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имын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</w:p>
        </w:tc>
      </w:tr>
      <w:tr w:rsidR="00E2736D" w:rsidRPr="009073E4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әрқашан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</w:rPr>
              <w:t xml:space="preserve">,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үнемі</w:t>
            </w:r>
            <w:proofErr w:type="spellEnd"/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всегда, постоянно: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Ол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әрқашан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ерте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еді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</w:p>
        </w:tc>
      </w:tr>
      <w:tr w:rsidR="00E2736D" w:rsidRPr="009073E4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жиі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</w:rPr>
              <w:t xml:space="preserve">,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әдетте</w:t>
            </w:r>
            <w:proofErr w:type="spellEnd"/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часто, обычно: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Біз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әдетте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қазақша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йміз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</w:p>
        </w:tc>
      </w:tr>
      <w:tr w:rsidR="00E2736D" w:rsidRPr="009073E4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кейде</w:t>
            </w:r>
            <w:proofErr w:type="spellEnd"/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иногда: Мен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кейде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автобуспен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амын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</w:p>
        </w:tc>
      </w:tr>
      <w:tr w:rsidR="00E2736D" w:rsidRPr="009073E4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аптасына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бір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рет</w:t>
            </w:r>
            <w:proofErr w:type="spellEnd"/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один раз в неделю: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Ол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аптасына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бір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рет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спортпен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айналыс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ады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</w:p>
        </w:tc>
      </w:tr>
      <w:tr w:rsidR="00E2736D" w:rsidRPr="009073E4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жыл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сайын</w:t>
            </w:r>
            <w:proofErr w:type="spellEnd"/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каждый год: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Біз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жыл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сайын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ауылға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амыз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</w:p>
        </w:tc>
      </w:tr>
    </w:tbl>
    <w:p w:rsidR="00E2736D" w:rsidRPr="00DD792D" w:rsidRDefault="00195FC2">
      <w:pPr>
        <w:pStyle w:val="2"/>
        <w:rPr>
          <w:rFonts w:ascii="Times New Roman" w:hAnsi="Times New Roman" w:cs="Times New Roman"/>
        </w:rPr>
      </w:pPr>
      <w:r w:rsidRPr="00DD792D">
        <w:rPr>
          <w:rFonts w:ascii="Times New Roman" w:hAnsi="Times New Roman" w:cs="Times New Roman"/>
        </w:rPr>
        <w:t>1.3. Модель образования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36D" w:rsidRPr="009073E4">
        <w:tc>
          <w:tcPr>
            <w:tcW w:w="93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E2736D" w:rsidRPr="00DD792D" w:rsidRDefault="00195FC2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ФОРМУЛА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Основа</w:t>
            </w:r>
            <w:proofErr w:type="gram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глагола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-а/-е/-й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+ личное окончание</w:t>
            </w:r>
          </w:p>
        </w:tc>
      </w:tr>
    </w:tbl>
    <w:p w:rsidR="00E2736D" w:rsidRPr="00DD792D" w:rsidRDefault="00E2736D">
      <w:pPr>
        <w:spacing w:after="20"/>
        <w:rPr>
          <w:rFonts w:ascii="Times New Roman" w:hAnsi="Times New Roman" w:cs="Times New Roman"/>
          <w:lang w:val="ru-RU"/>
        </w:rPr>
      </w:pPr>
    </w:p>
    <w:p w:rsidR="00E2736D" w:rsidRPr="00DD792D" w:rsidRDefault="00195FC2" w:rsidP="007F7952">
      <w:pPr>
        <w:numPr>
          <w:ilvl w:val="0"/>
          <w:numId w:val="1"/>
        </w:numPr>
        <w:spacing w:after="0"/>
        <w:ind w:left="0" w:firstLine="272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 xml:space="preserve">Суффикс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-а</w:t>
      </w:r>
      <w:r w:rsidRPr="00DD792D">
        <w:rPr>
          <w:rFonts w:ascii="Times New Roman" w:hAnsi="Times New Roman" w:cs="Times New Roman"/>
          <w:lang w:val="ru-RU"/>
        </w:rPr>
        <w:t xml:space="preserve"> присоединяется к основе на согласный, если в основе преобладают гласные заднего ряда: бар +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а</w:t>
      </w:r>
      <w:r w:rsidRPr="00DD792D">
        <w:rPr>
          <w:rFonts w:ascii="Times New Roman" w:hAnsi="Times New Roman" w:cs="Times New Roman"/>
          <w:lang w:val="ru-RU"/>
        </w:rPr>
        <w:t xml:space="preserve"> + </w:t>
      </w:r>
      <w:proofErr w:type="spellStart"/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мын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= </w:t>
      </w:r>
      <w:proofErr w:type="spellStart"/>
      <w:r w:rsidRPr="00DD792D">
        <w:rPr>
          <w:rFonts w:ascii="Times New Roman" w:hAnsi="Times New Roman" w:cs="Times New Roman"/>
          <w:lang w:val="ru-RU"/>
        </w:rPr>
        <w:t>бар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амын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; </w:t>
      </w:r>
      <w:proofErr w:type="spellStart"/>
      <w:r w:rsidRPr="00DD792D">
        <w:rPr>
          <w:rFonts w:ascii="Times New Roman" w:hAnsi="Times New Roman" w:cs="Times New Roman"/>
          <w:lang w:val="ru-RU"/>
        </w:rPr>
        <w:t>жаз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+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а</w:t>
      </w:r>
      <w:r w:rsidRPr="00DD792D">
        <w:rPr>
          <w:rFonts w:ascii="Times New Roman" w:hAnsi="Times New Roman" w:cs="Times New Roman"/>
          <w:lang w:val="ru-RU"/>
        </w:rPr>
        <w:t xml:space="preserve"> + </w:t>
      </w:r>
      <w:proofErr w:type="spellStart"/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мын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= </w:t>
      </w:r>
      <w:proofErr w:type="spellStart"/>
      <w:r w:rsidRPr="00DD792D">
        <w:rPr>
          <w:rFonts w:ascii="Times New Roman" w:hAnsi="Times New Roman" w:cs="Times New Roman"/>
          <w:lang w:val="ru-RU"/>
        </w:rPr>
        <w:t>жаз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амын</w:t>
      </w:r>
      <w:proofErr w:type="spellEnd"/>
      <w:r w:rsidRPr="00DD792D">
        <w:rPr>
          <w:rFonts w:ascii="Times New Roman" w:hAnsi="Times New Roman" w:cs="Times New Roman"/>
          <w:lang w:val="ru-RU"/>
        </w:rPr>
        <w:t>.</w:t>
      </w:r>
    </w:p>
    <w:p w:rsidR="00E2736D" w:rsidRPr="00DD792D" w:rsidRDefault="00195FC2" w:rsidP="007F7952">
      <w:pPr>
        <w:numPr>
          <w:ilvl w:val="0"/>
          <w:numId w:val="1"/>
        </w:numPr>
        <w:spacing w:after="0"/>
        <w:ind w:left="0" w:firstLine="272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 xml:space="preserve">Суффикс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-е</w:t>
      </w:r>
      <w:r w:rsidRPr="00DD792D">
        <w:rPr>
          <w:rFonts w:ascii="Times New Roman" w:hAnsi="Times New Roman" w:cs="Times New Roman"/>
          <w:lang w:val="ru-RU"/>
        </w:rPr>
        <w:t xml:space="preserve"> присоединяется к основе на согласный, если в основе употреблены гласные переднего ряда: </w:t>
      </w:r>
      <w:proofErr w:type="spellStart"/>
      <w:r w:rsidRPr="00DD792D">
        <w:rPr>
          <w:rFonts w:ascii="Times New Roman" w:hAnsi="Times New Roman" w:cs="Times New Roman"/>
          <w:lang w:val="ru-RU"/>
        </w:rPr>
        <w:t>кел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+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е</w:t>
      </w:r>
      <w:r w:rsidRPr="00DD792D">
        <w:rPr>
          <w:rFonts w:ascii="Times New Roman" w:hAnsi="Times New Roman" w:cs="Times New Roman"/>
          <w:lang w:val="ru-RU"/>
        </w:rPr>
        <w:t xml:space="preserve"> + </w:t>
      </w:r>
      <w:proofErr w:type="spellStart"/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мін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= </w:t>
      </w:r>
      <w:proofErr w:type="spellStart"/>
      <w:r w:rsidRPr="00DD792D">
        <w:rPr>
          <w:rFonts w:ascii="Times New Roman" w:hAnsi="Times New Roman" w:cs="Times New Roman"/>
          <w:lang w:val="ru-RU"/>
        </w:rPr>
        <w:t>кел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емін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; </w:t>
      </w:r>
      <w:proofErr w:type="spellStart"/>
      <w:r w:rsidRPr="00DD792D">
        <w:rPr>
          <w:rFonts w:ascii="Times New Roman" w:hAnsi="Times New Roman" w:cs="Times New Roman"/>
          <w:lang w:val="ru-RU"/>
        </w:rPr>
        <w:t>көр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+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е</w:t>
      </w:r>
      <w:r w:rsidRPr="00DD792D">
        <w:rPr>
          <w:rFonts w:ascii="Times New Roman" w:hAnsi="Times New Roman" w:cs="Times New Roman"/>
          <w:lang w:val="ru-RU"/>
        </w:rPr>
        <w:t xml:space="preserve"> + </w:t>
      </w:r>
      <w:proofErr w:type="spellStart"/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мін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= </w:t>
      </w:r>
      <w:proofErr w:type="spellStart"/>
      <w:r w:rsidRPr="00DD792D">
        <w:rPr>
          <w:rFonts w:ascii="Times New Roman" w:hAnsi="Times New Roman" w:cs="Times New Roman"/>
          <w:lang w:val="ru-RU"/>
        </w:rPr>
        <w:t>көр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емін</w:t>
      </w:r>
      <w:proofErr w:type="spellEnd"/>
      <w:r w:rsidRPr="00DD792D">
        <w:rPr>
          <w:rFonts w:ascii="Times New Roman" w:hAnsi="Times New Roman" w:cs="Times New Roman"/>
          <w:lang w:val="ru-RU"/>
        </w:rPr>
        <w:t>.</w:t>
      </w:r>
    </w:p>
    <w:p w:rsidR="00E2736D" w:rsidRPr="00DD792D" w:rsidRDefault="00195FC2" w:rsidP="007F7952">
      <w:pPr>
        <w:numPr>
          <w:ilvl w:val="0"/>
          <w:numId w:val="1"/>
        </w:numPr>
        <w:spacing w:after="800"/>
        <w:ind w:left="0" w:firstLine="272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 xml:space="preserve">Суффикс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-й</w:t>
      </w:r>
      <w:r w:rsidRPr="00DD792D">
        <w:rPr>
          <w:rFonts w:ascii="Times New Roman" w:hAnsi="Times New Roman" w:cs="Times New Roman"/>
          <w:lang w:val="ru-RU"/>
        </w:rPr>
        <w:t xml:space="preserve"> присоединяется к основе, которая оканчивается на гласный: </w:t>
      </w:r>
      <w:proofErr w:type="spellStart"/>
      <w:r w:rsidRPr="00DD792D">
        <w:rPr>
          <w:rFonts w:ascii="Times New Roman" w:hAnsi="Times New Roman" w:cs="Times New Roman"/>
          <w:lang w:val="ru-RU"/>
        </w:rPr>
        <w:t>сөйле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+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й</w:t>
      </w:r>
      <w:r w:rsidRPr="00DD792D">
        <w:rPr>
          <w:rFonts w:ascii="Times New Roman" w:hAnsi="Times New Roman" w:cs="Times New Roman"/>
          <w:lang w:val="ru-RU"/>
        </w:rPr>
        <w:t xml:space="preserve"> + </w:t>
      </w:r>
      <w:proofErr w:type="spellStart"/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мін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= </w:t>
      </w:r>
      <w:proofErr w:type="spellStart"/>
      <w:r w:rsidRPr="00DD792D">
        <w:rPr>
          <w:rFonts w:ascii="Times New Roman" w:hAnsi="Times New Roman" w:cs="Times New Roman"/>
          <w:lang w:val="ru-RU"/>
        </w:rPr>
        <w:t>сөйле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ймін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; </w:t>
      </w:r>
      <w:proofErr w:type="spellStart"/>
      <w:r w:rsidRPr="00DD792D">
        <w:rPr>
          <w:rFonts w:ascii="Times New Roman" w:hAnsi="Times New Roman" w:cs="Times New Roman"/>
          <w:lang w:val="ru-RU"/>
        </w:rPr>
        <w:t>оқы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+ 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й</w:t>
      </w:r>
      <w:r w:rsidRPr="00DD792D">
        <w:rPr>
          <w:rFonts w:ascii="Times New Roman" w:hAnsi="Times New Roman" w:cs="Times New Roman"/>
          <w:lang w:val="ru-RU"/>
        </w:rPr>
        <w:t xml:space="preserve"> + </w:t>
      </w:r>
      <w:proofErr w:type="spellStart"/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мын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= </w:t>
      </w:r>
      <w:proofErr w:type="spellStart"/>
      <w:r w:rsidRPr="00DD792D">
        <w:rPr>
          <w:rFonts w:ascii="Times New Roman" w:hAnsi="Times New Roman" w:cs="Times New Roman"/>
          <w:lang w:val="ru-RU"/>
        </w:rPr>
        <w:t>оқ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имын</w:t>
      </w:r>
      <w:proofErr w:type="spellEnd"/>
      <w:r w:rsidRPr="00DD792D">
        <w:rPr>
          <w:rFonts w:ascii="Times New Roman" w:hAnsi="Times New Roman" w:cs="Times New Roman"/>
          <w:lang w:val="ru-RU"/>
        </w:rPr>
        <w:t>.</w:t>
      </w:r>
    </w:p>
    <w:p w:rsidR="00E2736D" w:rsidRPr="007F7952" w:rsidRDefault="00195FC2" w:rsidP="007F795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 </w:t>
      </w:r>
      <w:r w:rsidRPr="007F7952">
        <w:rPr>
          <w:rFonts w:ascii="Times New Roman" w:hAnsi="Times New Roman" w:cs="Times New Roman"/>
          <w:sz w:val="24"/>
          <w:szCs w:val="24"/>
        </w:rPr>
        <w:t>III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лице единственного и множественного числа в утвердительной форме употребляется окончание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ды</w:t>
      </w:r>
      <w:proofErr w:type="spellEnd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/-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ады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кел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еді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олар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ады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олар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кел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еді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олар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736D" w:rsidRPr="00DD792D" w:rsidRDefault="00195FC2">
      <w:pPr>
        <w:pStyle w:val="2"/>
        <w:rPr>
          <w:rFonts w:ascii="Times New Roman" w:hAnsi="Times New Roman" w:cs="Times New Roman"/>
        </w:rPr>
      </w:pPr>
      <w:r w:rsidRPr="00DD792D">
        <w:rPr>
          <w:rFonts w:ascii="Times New Roman" w:hAnsi="Times New Roman" w:cs="Times New Roman"/>
        </w:rPr>
        <w:t>1.4. Отрицательная форма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36D" w:rsidRPr="009073E4">
        <w:tc>
          <w:tcPr>
            <w:tcW w:w="93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E2736D" w:rsidRPr="00DD792D" w:rsidRDefault="00195FC2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ФОРМУЛА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Основа</w:t>
            </w:r>
            <w:proofErr w:type="gram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-</w:t>
            </w:r>
            <w:proofErr w:type="spellStart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ма</w:t>
            </w:r>
            <w:proofErr w:type="spellEnd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/-</w:t>
            </w:r>
            <w:proofErr w:type="spellStart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ме</w:t>
            </w:r>
            <w:proofErr w:type="spellEnd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/-ба/-</w:t>
            </w:r>
            <w:proofErr w:type="spellStart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бе</w:t>
            </w:r>
            <w:proofErr w:type="spellEnd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/-па/-</w:t>
            </w:r>
            <w:proofErr w:type="spellStart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пе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-й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+ личное окончание</w:t>
            </w:r>
          </w:p>
        </w:tc>
      </w:tr>
    </w:tbl>
    <w:p w:rsidR="00E2736D" w:rsidRPr="00DD792D" w:rsidRDefault="00E2736D">
      <w:pPr>
        <w:spacing w:after="20"/>
        <w:rPr>
          <w:rFonts w:ascii="Times New Roman" w:hAnsi="Times New Roman" w:cs="Times New Roman"/>
          <w:lang w:val="ru-RU"/>
        </w:rPr>
      </w:pPr>
    </w:p>
    <w:p w:rsidR="00E2736D" w:rsidRPr="007F7952" w:rsidRDefault="00195FC2" w:rsidP="007F7952">
      <w:pPr>
        <w:ind w:firstLine="2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Сначала к основе присоединяется отрицательный суффикс, затем показатель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-й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и личное окончание: бар + 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ма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маймын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жаз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ба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жаз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баймын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кешік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пе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кешік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пейді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736D" w:rsidRPr="007F7952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Мен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жексенбі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күні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істе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меймін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 — Я не работаю в воскресенье.</w:t>
      </w:r>
    </w:p>
    <w:p w:rsidR="00E2736D" w:rsidRPr="007F7952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Сен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сабаққа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кешік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пейсің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 — Ты не опаздываешь на занятия.</w:t>
      </w:r>
    </w:p>
    <w:p w:rsidR="00E2736D" w:rsidRPr="007F7952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теледидар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көр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мейді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 — Он не смотрит телевизор.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36D" w:rsidRPr="009073E4">
        <w:tc>
          <w:tcPr>
            <w:tcW w:w="9360" w:type="dxa"/>
            <w:shd w:val="clear" w:color="auto" w:fill="FFF6DD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E2736D" w:rsidRPr="00DD792D" w:rsidRDefault="00195FC2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b/>
                <w:color w:val="7A5A00"/>
                <w:sz w:val="20"/>
                <w:lang w:val="ru-RU"/>
              </w:rPr>
              <w:t xml:space="preserve">ЧЕРЕДОВАНИЕ </w:t>
            </w:r>
            <w:proofErr w:type="gramStart"/>
            <w:r w:rsidRPr="00DD792D">
              <w:rPr>
                <w:rFonts w:ascii="Times New Roman" w:hAnsi="Times New Roman" w:cs="Times New Roman"/>
                <w:b/>
                <w:color w:val="7A5A00"/>
                <w:sz w:val="20"/>
                <w:lang w:val="ru-RU"/>
              </w:rPr>
              <w:t xml:space="preserve">СОГЛАСНЫХ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Если</w:t>
            </w:r>
            <w:proofErr w:type="gram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в форме инфинитива перед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-у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употребляются г, ғ или б, перед отрицательным суффиксом восстанавливается глухой согласный: г → к, ғ → қ, б → п. Например: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кешіг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у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→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кешік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пейді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;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шығ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у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→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шық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пайды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; жаб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у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→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жап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пайды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</w:p>
        </w:tc>
      </w:tr>
    </w:tbl>
    <w:p w:rsidR="00E2736D" w:rsidRPr="00DD792D" w:rsidRDefault="00E2736D">
      <w:pPr>
        <w:spacing w:after="20"/>
        <w:rPr>
          <w:rFonts w:ascii="Times New Roman" w:hAnsi="Times New Roman" w:cs="Times New Roman"/>
          <w:lang w:val="ru-RU"/>
        </w:rPr>
      </w:pPr>
    </w:p>
    <w:p w:rsidR="00E2736D" w:rsidRPr="007F7952" w:rsidRDefault="00195FC2" w:rsidP="007F7952">
      <w:pPr>
        <w:pStyle w:val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>1.5. Вопросительная форма</w:t>
      </w:r>
    </w:p>
    <w:p w:rsidR="00E2736D" w:rsidRPr="007F7952" w:rsidRDefault="00195FC2" w:rsidP="007F795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Вопросительная частица пишется отдельно. В </w:t>
      </w:r>
      <w:r w:rsidRPr="007F7952">
        <w:rPr>
          <w:rFonts w:ascii="Times New Roman" w:hAnsi="Times New Roman" w:cs="Times New Roman"/>
          <w:sz w:val="24"/>
          <w:szCs w:val="24"/>
        </w:rPr>
        <w:t>I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F7952">
        <w:rPr>
          <w:rFonts w:ascii="Times New Roman" w:hAnsi="Times New Roman" w:cs="Times New Roman"/>
          <w:sz w:val="24"/>
          <w:szCs w:val="24"/>
        </w:rPr>
        <w:t>II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лицах она ставится после личного окончания: Мен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амын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ба? Сен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кел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есің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Сіз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қазақша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йсіз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E2736D" w:rsidRPr="007F7952" w:rsidRDefault="00195FC2" w:rsidP="007F795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В стандартной вопросительной форме </w:t>
      </w:r>
      <w:r w:rsidRPr="007F7952">
        <w:rPr>
          <w:rFonts w:ascii="Times New Roman" w:hAnsi="Times New Roman" w:cs="Times New Roman"/>
          <w:sz w:val="24"/>
          <w:szCs w:val="24"/>
        </w:rPr>
        <w:t>III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лица окончание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ды</w:t>
      </w:r>
      <w:proofErr w:type="spellEnd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/-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не употребляется. Вопрос образуется по модели «основа +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-а/-е/-й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ма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»: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бара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ма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келе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? В отрицательном вопросе действует тот же принцип: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бармай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ма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  <w:proofErr w:type="spellStart"/>
      <w:r w:rsidRPr="007F795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</w:rPr>
        <w:t>келмей</w:t>
      </w:r>
      <w:proofErr w:type="spellEnd"/>
      <w:r w:rsidRPr="007F79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7F7952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36D" w:rsidRPr="009073E4">
        <w:tc>
          <w:tcPr>
            <w:tcW w:w="9360" w:type="dxa"/>
            <w:shd w:val="clear" w:color="auto" w:fill="FFF6DD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E2736D" w:rsidRPr="00DD792D" w:rsidRDefault="00195FC2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DD792D">
              <w:rPr>
                <w:rFonts w:ascii="Times New Roman" w:hAnsi="Times New Roman" w:cs="Times New Roman"/>
                <w:b/>
                <w:color w:val="7A5A00"/>
                <w:sz w:val="20"/>
                <w:lang w:val="ru-RU"/>
              </w:rPr>
              <w:t xml:space="preserve">ЗАПОМНИТЕ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Утверждение</w:t>
            </w:r>
            <w:proofErr w:type="gram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: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Ол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йді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. Вопрос: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Ол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й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ме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? Отрицание: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Ол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мейді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. Отрицательный вопрос: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Ол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сөйлемей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ме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?</w:t>
            </w:r>
          </w:p>
        </w:tc>
      </w:tr>
    </w:tbl>
    <w:p w:rsidR="00E2736D" w:rsidRPr="00DD792D" w:rsidRDefault="00E2736D">
      <w:pPr>
        <w:spacing w:after="20"/>
        <w:rPr>
          <w:rFonts w:ascii="Times New Roman" w:hAnsi="Times New Roman" w:cs="Times New Roman"/>
          <w:lang w:val="ru-RU"/>
        </w:rPr>
      </w:pPr>
    </w:p>
    <w:p w:rsidR="00E2736D" w:rsidRPr="00DD792D" w:rsidRDefault="00195FC2">
      <w:pPr>
        <w:pStyle w:val="2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>1.6. Настоящее или будущее время?</w:t>
      </w:r>
    </w:p>
    <w:p w:rsidR="00E2736D" w:rsidRPr="007F7952" w:rsidRDefault="00195FC2" w:rsidP="007F795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Формы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келер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внешне совпадают. Их временное значение определяется контекстом и временными маркерами. Сравните: «Мен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күнде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кітап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оқ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имын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7F795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регулярное действие в настоящем; «Мен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ертең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кітап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оқ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имын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7F795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действие, запланированное на будущее. Поэтому при выборе значения необходимо анализировать вс</w:t>
      </w:r>
      <w:r w:rsidR="007F795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предложение, а не только форму глагола.</w:t>
      </w:r>
    </w:p>
    <w:p w:rsidR="00E2736D" w:rsidRPr="00DD792D" w:rsidRDefault="00195FC2">
      <w:pPr>
        <w:pStyle w:val="1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lastRenderedPageBreak/>
        <w:t>2. Опорная таблица спряжения глаголов бар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у</w:t>
      </w:r>
      <w:r w:rsidRPr="00DD792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DD792D">
        <w:rPr>
          <w:rFonts w:ascii="Times New Roman" w:hAnsi="Times New Roman" w:cs="Times New Roman"/>
          <w:lang w:val="ru-RU"/>
        </w:rPr>
        <w:t>кел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у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DD792D">
        <w:rPr>
          <w:rFonts w:ascii="Times New Roman" w:hAnsi="Times New Roman" w:cs="Times New Roman"/>
          <w:lang w:val="ru-RU"/>
        </w:rPr>
        <w:t>сөйле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у</w:t>
      </w:r>
      <w:proofErr w:type="spellEnd"/>
    </w:p>
    <w:p w:rsidR="00E2736D" w:rsidRPr="007F7952" w:rsidRDefault="00195FC2" w:rsidP="007F795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>В таблице показано спряжение тр</w:t>
      </w:r>
      <w:r w:rsidR="007F7952" w:rsidRPr="007F795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>х моделей: основа на согласный с гласными заднего ряда, основа на согласный с гласными переднего ряда и основа на гласный.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600"/>
        <w:gridCol w:w="2587"/>
        <w:gridCol w:w="2586"/>
        <w:gridCol w:w="2587"/>
      </w:tblGrid>
      <w:tr w:rsidR="00E2736D" w:rsidRPr="00DD792D">
        <w:trPr>
          <w:tblHeader/>
        </w:trPr>
        <w:tc>
          <w:tcPr>
            <w:tcW w:w="16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Лицо</w:t>
            </w:r>
            <w:proofErr w:type="spellEnd"/>
            <w:r w:rsidRPr="00DD792D">
              <w:rPr>
                <w:rFonts w:ascii="Times New Roman" w:hAnsi="Times New Roman" w:cs="Times New Roman"/>
                <w:b/>
                <w:sz w:val="19"/>
              </w:rPr>
              <w:t xml:space="preserve"> и </w:t>
            </w: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число</w:t>
            </w:r>
            <w:proofErr w:type="spellEnd"/>
          </w:p>
        </w:tc>
        <w:tc>
          <w:tcPr>
            <w:tcW w:w="2587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Бару — идти</w:t>
            </w:r>
          </w:p>
        </w:tc>
        <w:tc>
          <w:tcPr>
            <w:tcW w:w="2586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Келу — приходить</w:t>
            </w:r>
          </w:p>
        </w:tc>
        <w:tc>
          <w:tcPr>
            <w:tcW w:w="2587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Сөйлеу — говорить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I лицо</w:t>
            </w:r>
            <w:r w:rsidRPr="00DD792D">
              <w:rPr>
                <w:rFonts w:ascii="Times New Roman" w:hAnsi="Times New Roman" w:cs="Times New Roman"/>
                <w:sz w:val="19"/>
              </w:rPr>
              <w:br/>
              <w:t>Мен / Біз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амын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амыз</w:t>
            </w:r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емін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еміз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ймін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йміз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II лицо</w:t>
            </w:r>
            <w:r w:rsidRPr="00DD792D">
              <w:rPr>
                <w:rFonts w:ascii="Times New Roman" w:hAnsi="Times New Roman" w:cs="Times New Roman"/>
                <w:sz w:val="19"/>
              </w:rPr>
              <w:br/>
              <w:t>Сен / Сендер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асың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асыңдар</w:t>
            </w:r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есің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есіңдер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йсің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йсіңдер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II лицо, вежл.</w:t>
            </w:r>
            <w:r w:rsidRPr="00DD792D">
              <w:rPr>
                <w:rFonts w:ascii="Times New Roman" w:hAnsi="Times New Roman" w:cs="Times New Roman"/>
                <w:sz w:val="19"/>
              </w:rPr>
              <w:br/>
              <w:t>Сіз / Сіздер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асыз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асыздар</w:t>
            </w:r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есіз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есіздер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йсіз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йсіздер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III лицо</w:t>
            </w:r>
            <w:r w:rsidRPr="00DD792D">
              <w:rPr>
                <w:rFonts w:ascii="Times New Roman" w:hAnsi="Times New Roman" w:cs="Times New Roman"/>
                <w:sz w:val="19"/>
              </w:rPr>
              <w:br/>
              <w:t>Ол / Олар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ады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ады</w:t>
            </w:r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еді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еді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йді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йді</w:t>
            </w:r>
          </w:p>
        </w:tc>
      </w:tr>
    </w:tbl>
    <w:p w:rsidR="00E2736D" w:rsidRPr="00DD792D" w:rsidRDefault="00195FC2">
      <w:pPr>
        <w:pStyle w:val="2"/>
        <w:rPr>
          <w:rFonts w:ascii="Times New Roman" w:hAnsi="Times New Roman" w:cs="Times New Roman"/>
        </w:rPr>
      </w:pPr>
      <w:r w:rsidRPr="00DD792D">
        <w:rPr>
          <w:rFonts w:ascii="Times New Roman" w:hAnsi="Times New Roman" w:cs="Times New Roman"/>
        </w:rPr>
        <w:t>Быстрая опора: три модели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1800"/>
        <w:gridCol w:w="4260"/>
      </w:tblGrid>
      <w:tr w:rsidR="00E2736D" w:rsidRPr="00DD792D">
        <w:trPr>
          <w:tblHeader/>
        </w:trPr>
        <w:tc>
          <w:tcPr>
            <w:tcW w:w="33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Основа</w:t>
            </w:r>
          </w:p>
        </w:tc>
        <w:tc>
          <w:tcPr>
            <w:tcW w:w="18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Показатель</w:t>
            </w:r>
          </w:p>
        </w:tc>
        <w:tc>
          <w:tcPr>
            <w:tcW w:w="42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Пример</w:t>
            </w:r>
          </w:p>
        </w:tc>
      </w:tr>
      <w:tr w:rsidR="00E2736D" w:rsidRPr="00DD792D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Согласный + задний ряд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-а</w:t>
            </w:r>
          </w:p>
        </w:tc>
        <w:tc>
          <w:tcPr>
            <w:tcW w:w="4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-а-мын</w:t>
            </w:r>
          </w:p>
        </w:tc>
      </w:tr>
      <w:tr w:rsidR="00E2736D" w:rsidRPr="00DD792D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Согласный + передний ряд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-е</w:t>
            </w:r>
          </w:p>
        </w:tc>
        <w:tc>
          <w:tcPr>
            <w:tcW w:w="4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-е-мін</w:t>
            </w:r>
          </w:p>
        </w:tc>
      </w:tr>
      <w:tr w:rsidR="00E2736D" w:rsidRPr="00DD792D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Гласный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-й</w:t>
            </w:r>
          </w:p>
        </w:tc>
        <w:tc>
          <w:tcPr>
            <w:tcW w:w="4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-й-мін</w:t>
            </w:r>
          </w:p>
        </w:tc>
      </w:tr>
    </w:tbl>
    <w:p w:rsidR="00E2736D" w:rsidRPr="00DD792D" w:rsidRDefault="00195FC2">
      <w:pPr>
        <w:pStyle w:val="2"/>
        <w:rPr>
          <w:rFonts w:ascii="Times New Roman" w:hAnsi="Times New Roman" w:cs="Times New Roman"/>
        </w:rPr>
      </w:pPr>
      <w:r w:rsidRPr="00DD792D">
        <w:rPr>
          <w:rFonts w:ascii="Times New Roman" w:hAnsi="Times New Roman" w:cs="Times New Roman"/>
        </w:rPr>
        <w:t>Образцы отрицательной формы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600"/>
        <w:gridCol w:w="2587"/>
        <w:gridCol w:w="2586"/>
        <w:gridCol w:w="2587"/>
      </w:tblGrid>
      <w:tr w:rsidR="00E2736D" w:rsidRPr="00DD792D">
        <w:trPr>
          <w:tblHeader/>
        </w:trPr>
        <w:tc>
          <w:tcPr>
            <w:tcW w:w="16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Лицо</w:t>
            </w:r>
          </w:p>
        </w:tc>
        <w:tc>
          <w:tcPr>
            <w:tcW w:w="2587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Бару</w:t>
            </w:r>
          </w:p>
        </w:tc>
        <w:tc>
          <w:tcPr>
            <w:tcW w:w="2586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Келу</w:t>
            </w:r>
          </w:p>
        </w:tc>
        <w:tc>
          <w:tcPr>
            <w:tcW w:w="2587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Сөйлеу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Мен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маймын</w:t>
            </w:r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меймін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меймін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Сен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CD2D17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Б</w:t>
            </w:r>
            <w:r w:rsidR="00195FC2" w:rsidRPr="00DD792D">
              <w:rPr>
                <w:rFonts w:ascii="Times New Roman" w:hAnsi="Times New Roman" w:cs="Times New Roman"/>
                <w:sz w:val="19"/>
              </w:rPr>
              <w:t>ар</w:t>
            </w:r>
            <w:r w:rsidR="00195FC2"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майсың</w:t>
            </w:r>
            <w:proofErr w:type="spellEnd"/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мейсің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мейсің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Сіз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CD2D17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Б</w:t>
            </w:r>
            <w:r w:rsidR="00195FC2" w:rsidRPr="00DD792D">
              <w:rPr>
                <w:rFonts w:ascii="Times New Roman" w:hAnsi="Times New Roman" w:cs="Times New Roman"/>
                <w:sz w:val="19"/>
              </w:rPr>
              <w:t>ар</w:t>
            </w:r>
            <w:r w:rsidR="00195FC2"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майсыз</w:t>
            </w:r>
            <w:proofErr w:type="spellEnd"/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мейсіз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мейсіз</w:t>
            </w:r>
          </w:p>
        </w:tc>
      </w:tr>
      <w:tr w:rsidR="00E2736D" w:rsidRPr="00DD792D"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Ол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CD2D17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Б</w:t>
            </w:r>
            <w:r w:rsidR="00195FC2" w:rsidRPr="00DD792D">
              <w:rPr>
                <w:rFonts w:ascii="Times New Roman" w:hAnsi="Times New Roman" w:cs="Times New Roman"/>
                <w:sz w:val="19"/>
              </w:rPr>
              <w:t>ар</w:t>
            </w:r>
            <w:r w:rsidR="00195FC2"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майды</w:t>
            </w:r>
            <w:proofErr w:type="spellEnd"/>
          </w:p>
        </w:tc>
        <w:tc>
          <w:tcPr>
            <w:tcW w:w="25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мейді</w:t>
            </w:r>
          </w:p>
        </w:tc>
        <w:tc>
          <w:tcPr>
            <w:tcW w:w="25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мейді</w:t>
            </w:r>
          </w:p>
        </w:tc>
      </w:tr>
    </w:tbl>
    <w:p w:rsidR="00E2736D" w:rsidRPr="00DD792D" w:rsidRDefault="00195FC2">
      <w:pPr>
        <w:pStyle w:val="2"/>
        <w:rPr>
          <w:rFonts w:ascii="Times New Roman" w:hAnsi="Times New Roman" w:cs="Times New Roman"/>
        </w:rPr>
      </w:pPr>
      <w:r w:rsidRPr="00DD792D">
        <w:rPr>
          <w:rFonts w:ascii="Times New Roman" w:hAnsi="Times New Roman" w:cs="Times New Roman"/>
        </w:rPr>
        <w:t>Образцы вопросительной формы</w:t>
      </w:r>
    </w:p>
    <w:p w:rsidR="00E2736D" w:rsidRPr="00DD792D" w:rsidRDefault="00195FC2">
      <w:pPr>
        <w:numPr>
          <w:ilvl w:val="0"/>
          <w:numId w:val="1"/>
        </w:numPr>
        <w:spacing w:after="80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 xml:space="preserve">Мен </w:t>
      </w:r>
      <w:proofErr w:type="spellStart"/>
      <w:r w:rsidRPr="00DD792D">
        <w:rPr>
          <w:rFonts w:ascii="Times New Roman" w:hAnsi="Times New Roman" w:cs="Times New Roman"/>
          <w:lang w:val="ru-RU"/>
        </w:rPr>
        <w:t>бар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амын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ба? / </w:t>
      </w:r>
      <w:proofErr w:type="spellStart"/>
      <w:r w:rsidRPr="00DD792D">
        <w:rPr>
          <w:rFonts w:ascii="Times New Roman" w:hAnsi="Times New Roman" w:cs="Times New Roman"/>
          <w:lang w:val="ru-RU"/>
        </w:rPr>
        <w:t>кел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емін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бе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? / </w:t>
      </w:r>
      <w:proofErr w:type="spellStart"/>
      <w:r w:rsidRPr="00DD792D">
        <w:rPr>
          <w:rFonts w:ascii="Times New Roman" w:hAnsi="Times New Roman" w:cs="Times New Roman"/>
          <w:lang w:val="ru-RU"/>
        </w:rPr>
        <w:t>сөйле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ймін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бе</w:t>
      </w:r>
      <w:proofErr w:type="spellEnd"/>
      <w:r w:rsidRPr="00DD792D">
        <w:rPr>
          <w:rFonts w:ascii="Times New Roman" w:hAnsi="Times New Roman" w:cs="Times New Roman"/>
          <w:lang w:val="ru-RU"/>
        </w:rPr>
        <w:t>?</w:t>
      </w:r>
    </w:p>
    <w:p w:rsidR="00E2736D" w:rsidRPr="00DD792D" w:rsidRDefault="00195FC2">
      <w:pPr>
        <w:numPr>
          <w:ilvl w:val="0"/>
          <w:numId w:val="1"/>
        </w:numPr>
        <w:spacing w:after="80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 xml:space="preserve">Сен </w:t>
      </w:r>
      <w:proofErr w:type="spellStart"/>
      <w:r w:rsidRPr="00DD792D">
        <w:rPr>
          <w:rFonts w:ascii="Times New Roman" w:hAnsi="Times New Roman" w:cs="Times New Roman"/>
          <w:lang w:val="ru-RU"/>
        </w:rPr>
        <w:t>бар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асың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ба? / </w:t>
      </w:r>
      <w:proofErr w:type="spellStart"/>
      <w:r w:rsidRPr="00DD792D">
        <w:rPr>
          <w:rFonts w:ascii="Times New Roman" w:hAnsi="Times New Roman" w:cs="Times New Roman"/>
          <w:lang w:val="ru-RU"/>
        </w:rPr>
        <w:t>кел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есің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бе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? / </w:t>
      </w:r>
      <w:proofErr w:type="spellStart"/>
      <w:r w:rsidRPr="00DD792D">
        <w:rPr>
          <w:rFonts w:ascii="Times New Roman" w:hAnsi="Times New Roman" w:cs="Times New Roman"/>
          <w:lang w:val="ru-RU"/>
        </w:rPr>
        <w:t>сөйле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йсің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бе</w:t>
      </w:r>
      <w:proofErr w:type="spellEnd"/>
      <w:r w:rsidRPr="00DD792D">
        <w:rPr>
          <w:rFonts w:ascii="Times New Roman" w:hAnsi="Times New Roman" w:cs="Times New Roman"/>
          <w:lang w:val="ru-RU"/>
        </w:rPr>
        <w:t>?</w:t>
      </w:r>
    </w:p>
    <w:p w:rsidR="00E2736D" w:rsidRPr="00DD792D" w:rsidRDefault="00195FC2">
      <w:pPr>
        <w:numPr>
          <w:ilvl w:val="0"/>
          <w:numId w:val="1"/>
        </w:numPr>
        <w:spacing w:after="80"/>
        <w:rPr>
          <w:rFonts w:ascii="Times New Roman" w:hAnsi="Times New Roman" w:cs="Times New Roman"/>
          <w:lang w:val="ru-RU"/>
        </w:rPr>
      </w:pPr>
      <w:proofErr w:type="spellStart"/>
      <w:r w:rsidRPr="00DD792D">
        <w:rPr>
          <w:rFonts w:ascii="Times New Roman" w:hAnsi="Times New Roman" w:cs="Times New Roman"/>
          <w:lang w:val="ru-RU"/>
        </w:rPr>
        <w:t>Сіз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бар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асыз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ба? / </w:t>
      </w:r>
      <w:proofErr w:type="spellStart"/>
      <w:r w:rsidRPr="00DD792D">
        <w:rPr>
          <w:rFonts w:ascii="Times New Roman" w:hAnsi="Times New Roman" w:cs="Times New Roman"/>
          <w:lang w:val="ru-RU"/>
        </w:rPr>
        <w:t>кел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есіз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бе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? / </w:t>
      </w:r>
      <w:proofErr w:type="spellStart"/>
      <w:r w:rsidRPr="00DD792D">
        <w:rPr>
          <w:rFonts w:ascii="Times New Roman" w:hAnsi="Times New Roman" w:cs="Times New Roman"/>
          <w:lang w:val="ru-RU"/>
        </w:rPr>
        <w:t>сөйле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йсіз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бе</w:t>
      </w:r>
      <w:proofErr w:type="spellEnd"/>
      <w:r w:rsidRPr="00DD792D">
        <w:rPr>
          <w:rFonts w:ascii="Times New Roman" w:hAnsi="Times New Roman" w:cs="Times New Roman"/>
          <w:lang w:val="ru-RU"/>
        </w:rPr>
        <w:t>?</w:t>
      </w:r>
    </w:p>
    <w:p w:rsidR="00E2736D" w:rsidRPr="00DD792D" w:rsidRDefault="00195FC2">
      <w:pPr>
        <w:numPr>
          <w:ilvl w:val="0"/>
          <w:numId w:val="1"/>
        </w:numPr>
        <w:spacing w:after="80"/>
        <w:rPr>
          <w:rFonts w:ascii="Times New Roman" w:hAnsi="Times New Roman" w:cs="Times New Roman"/>
          <w:lang w:val="ru-RU"/>
        </w:rPr>
      </w:pPr>
      <w:proofErr w:type="spellStart"/>
      <w:r w:rsidRPr="00DD792D">
        <w:rPr>
          <w:rFonts w:ascii="Times New Roman" w:hAnsi="Times New Roman" w:cs="Times New Roman"/>
          <w:lang w:val="ru-RU"/>
        </w:rPr>
        <w:t>Ол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бара </w:t>
      </w:r>
      <w:proofErr w:type="spellStart"/>
      <w:r w:rsidRPr="00DD792D">
        <w:rPr>
          <w:rFonts w:ascii="Times New Roman" w:hAnsi="Times New Roman" w:cs="Times New Roman"/>
          <w:lang w:val="ru-RU"/>
        </w:rPr>
        <w:t>ма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? / </w:t>
      </w:r>
      <w:proofErr w:type="spellStart"/>
      <w:r w:rsidRPr="00DD792D">
        <w:rPr>
          <w:rFonts w:ascii="Times New Roman" w:hAnsi="Times New Roman" w:cs="Times New Roman"/>
          <w:lang w:val="ru-RU"/>
        </w:rPr>
        <w:t>келе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ме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? / </w:t>
      </w:r>
      <w:proofErr w:type="spellStart"/>
      <w:r w:rsidRPr="00DD792D">
        <w:rPr>
          <w:rFonts w:ascii="Times New Roman" w:hAnsi="Times New Roman" w:cs="Times New Roman"/>
          <w:lang w:val="ru-RU"/>
        </w:rPr>
        <w:t>сөйле</w:t>
      </w:r>
      <w:r w:rsidRPr="00DD792D">
        <w:rPr>
          <w:rFonts w:ascii="Times New Roman" w:hAnsi="Times New Roman" w:cs="Times New Roman"/>
          <w:i/>
          <w:iCs/>
          <w:color w:val="C00000"/>
          <w:lang w:val="ru-RU"/>
        </w:rPr>
        <w:t>й</w:t>
      </w:r>
      <w:proofErr w:type="spellEnd"/>
      <w:r w:rsidRPr="00DD792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D792D">
        <w:rPr>
          <w:rFonts w:ascii="Times New Roman" w:hAnsi="Times New Roman" w:cs="Times New Roman"/>
          <w:lang w:val="ru-RU"/>
        </w:rPr>
        <w:t>ме</w:t>
      </w:r>
      <w:proofErr w:type="spellEnd"/>
      <w:r w:rsidRPr="00DD792D">
        <w:rPr>
          <w:rFonts w:ascii="Times New Roman" w:hAnsi="Times New Roman" w:cs="Times New Roman"/>
          <w:lang w:val="ru-RU"/>
        </w:rPr>
        <w:t>?</w:t>
      </w:r>
    </w:p>
    <w:p w:rsidR="00E2736D" w:rsidRPr="00DD792D" w:rsidRDefault="00195FC2">
      <w:pPr>
        <w:pStyle w:val="1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lastRenderedPageBreak/>
        <w:t>3. Памятка «Выбор отрицательных суффиксов и вопросительных частиц»</w:t>
      </w:r>
    </w:p>
    <w:p w:rsidR="00E2736D" w:rsidRPr="00DD792D" w:rsidRDefault="00195FC2">
      <w:pPr>
        <w:pStyle w:val="2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>3.1. Как выбрать отрицательный суффикс</w:t>
      </w:r>
    </w:p>
    <w:p w:rsidR="00E2736D" w:rsidRPr="00DD792D" w:rsidRDefault="00195FC2" w:rsidP="007F795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 xml:space="preserve">Выбор выполняется в два шага: сначала учитывается последний гласный основы, затем </w:t>
      </w:r>
      <w:r w:rsidR="007F7952">
        <w:rPr>
          <w:rFonts w:ascii="Times New Roman" w:hAnsi="Times New Roman" w:cs="Times New Roman"/>
          <w:lang w:val="ru-RU"/>
        </w:rPr>
        <w:t>-</w:t>
      </w:r>
      <w:r w:rsidRPr="00DD792D">
        <w:rPr>
          <w:rFonts w:ascii="Times New Roman" w:hAnsi="Times New Roman" w:cs="Times New Roman"/>
          <w:lang w:val="ru-RU"/>
        </w:rPr>
        <w:t xml:space="preserve"> последний звук основы.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50"/>
        <w:gridCol w:w="1700"/>
        <w:gridCol w:w="4810"/>
      </w:tblGrid>
      <w:tr w:rsidR="00E2736D" w:rsidRPr="00DD792D">
        <w:trPr>
          <w:tblHeader/>
        </w:trPr>
        <w:tc>
          <w:tcPr>
            <w:tcW w:w="28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Конечный</w:t>
            </w:r>
            <w:proofErr w:type="spellEnd"/>
            <w:r w:rsidRPr="00DD792D">
              <w:rPr>
                <w:rFonts w:ascii="Times New Roman" w:hAnsi="Times New Roman" w:cs="Times New Roman"/>
                <w:b/>
                <w:sz w:val="19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звук</w:t>
            </w:r>
            <w:proofErr w:type="spellEnd"/>
            <w:r w:rsidRPr="00DD792D">
              <w:rPr>
                <w:rFonts w:ascii="Times New Roman" w:hAnsi="Times New Roman" w:cs="Times New Roman"/>
                <w:b/>
                <w:sz w:val="19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основы</w:t>
            </w:r>
            <w:proofErr w:type="spellEnd"/>
          </w:p>
        </w:tc>
        <w:tc>
          <w:tcPr>
            <w:tcW w:w="17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Суффикс</w:t>
            </w:r>
          </w:p>
        </w:tc>
        <w:tc>
          <w:tcPr>
            <w:tcW w:w="481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Примеры</w:t>
            </w:r>
          </w:p>
        </w:tc>
      </w:tr>
      <w:tr w:rsidR="00E2736D" w:rsidRPr="00DD792D"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Гласный; й, у, р, л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</w:t>
            </w:r>
            <w:proofErr w:type="spellStart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ма</w:t>
            </w:r>
            <w:proofErr w:type="spellEnd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/-</w:t>
            </w:r>
            <w:proofErr w:type="spellStart"/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</w:t>
            </w:r>
            <w:proofErr w:type="spellEnd"/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ойна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ма</w:t>
            </w:r>
            <w:r w:rsidRPr="00DD792D">
              <w:rPr>
                <w:rFonts w:ascii="Times New Roman" w:hAnsi="Times New Roman" w:cs="Times New Roman"/>
                <w:sz w:val="19"/>
              </w:rPr>
              <w:t>,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</w:t>
            </w:r>
            <w:r w:rsidRPr="00DD792D">
              <w:rPr>
                <w:rFonts w:ascii="Times New Roman" w:hAnsi="Times New Roman" w:cs="Times New Roman"/>
                <w:sz w:val="19"/>
              </w:rPr>
              <w:t>, 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ма</w:t>
            </w:r>
            <w:r w:rsidRPr="00DD792D">
              <w:rPr>
                <w:rFonts w:ascii="Times New Roman" w:hAnsi="Times New Roman" w:cs="Times New Roman"/>
                <w:sz w:val="19"/>
              </w:rPr>
              <w:t>, 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</w:t>
            </w:r>
          </w:p>
        </w:tc>
      </w:tr>
      <w:tr w:rsidR="00E2736D" w:rsidRPr="00DD792D"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м, н, ң, з, ж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-ба/-бе</w:t>
            </w:r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ұсын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ба</w:t>
            </w:r>
            <w:r w:rsidRPr="00DD792D">
              <w:rPr>
                <w:rFonts w:ascii="Times New Roman" w:hAnsi="Times New Roman" w:cs="Times New Roman"/>
                <w:sz w:val="19"/>
              </w:rPr>
              <w:t>, сен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бе</w:t>
            </w:r>
            <w:r w:rsidRPr="00DD792D">
              <w:rPr>
                <w:rFonts w:ascii="Times New Roman" w:hAnsi="Times New Roman" w:cs="Times New Roman"/>
                <w:sz w:val="19"/>
              </w:rPr>
              <w:t>, жаз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ба</w:t>
            </w:r>
            <w:r w:rsidRPr="00DD792D">
              <w:rPr>
                <w:rFonts w:ascii="Times New Roman" w:hAnsi="Times New Roman" w:cs="Times New Roman"/>
                <w:sz w:val="19"/>
              </w:rPr>
              <w:t>, жең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бе</w:t>
            </w:r>
          </w:p>
        </w:tc>
      </w:tr>
      <w:tr w:rsidR="00E2736D" w:rsidRPr="00DD792D"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Глухой согласный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-па/-пе</w:t>
            </w:r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айт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па</w:t>
            </w:r>
            <w:r w:rsidRPr="00DD792D">
              <w:rPr>
                <w:rFonts w:ascii="Times New Roman" w:hAnsi="Times New Roman" w:cs="Times New Roman"/>
                <w:sz w:val="19"/>
              </w:rPr>
              <w:t>, кет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пе</w:t>
            </w:r>
            <w:r w:rsidRPr="00DD792D">
              <w:rPr>
                <w:rFonts w:ascii="Times New Roman" w:hAnsi="Times New Roman" w:cs="Times New Roman"/>
                <w:sz w:val="19"/>
              </w:rPr>
              <w:t>, шық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па</w:t>
            </w:r>
            <w:r w:rsidRPr="00DD792D">
              <w:rPr>
                <w:rFonts w:ascii="Times New Roman" w:hAnsi="Times New Roman" w:cs="Times New Roman"/>
                <w:sz w:val="19"/>
              </w:rPr>
              <w:t>, іш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пе</w:t>
            </w:r>
          </w:p>
        </w:tc>
      </w:tr>
    </w:tbl>
    <w:p w:rsidR="00E2736D" w:rsidRPr="00DD792D" w:rsidRDefault="00195FC2">
      <w:pPr>
        <w:pStyle w:val="3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>Особое чередование: г → к, ғ → қ, б → п</w:t>
      </w:r>
    </w:p>
    <w:p w:rsidR="00E2736D" w:rsidRPr="007F7952" w:rsidRDefault="00195FC2" w:rsidP="007F795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Перед отрицательным суффиксом конечные г, ғ и б в соответствующих глагольных основах переходят в парные глухие согласные к, қ и п. После этого выбирается суффикс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-па/-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пе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3660"/>
        <w:gridCol w:w="3500"/>
      </w:tblGrid>
      <w:tr w:rsidR="00E2736D" w:rsidRPr="00DD792D">
        <w:trPr>
          <w:tblHeader/>
        </w:trPr>
        <w:tc>
          <w:tcPr>
            <w:tcW w:w="22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Инфинитив</w:t>
            </w:r>
            <w:proofErr w:type="spellEnd"/>
          </w:p>
        </w:tc>
        <w:tc>
          <w:tcPr>
            <w:tcW w:w="36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Модель образования</w:t>
            </w:r>
          </w:p>
        </w:tc>
        <w:tc>
          <w:tcPr>
            <w:tcW w:w="35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Отрицательная форма</w:t>
            </w:r>
          </w:p>
        </w:tc>
      </w:tr>
      <w:tr w:rsidR="00E2736D" w:rsidRPr="00DD792D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кешіг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у</w:t>
            </w:r>
          </w:p>
        </w:tc>
        <w:tc>
          <w:tcPr>
            <w:tcW w:w="3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 xml:space="preserve">кешік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пе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ді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кешік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пейді</w:t>
            </w:r>
          </w:p>
        </w:tc>
      </w:tr>
      <w:tr w:rsidR="00E2736D" w:rsidRPr="00DD792D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шығ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у</w:t>
            </w:r>
          </w:p>
        </w:tc>
        <w:tc>
          <w:tcPr>
            <w:tcW w:w="3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 xml:space="preserve">шық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па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ды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шық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пайды</w:t>
            </w:r>
          </w:p>
        </w:tc>
      </w:tr>
      <w:tr w:rsidR="00E2736D" w:rsidRPr="00DD792D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жаб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у</w:t>
            </w:r>
          </w:p>
        </w:tc>
        <w:tc>
          <w:tcPr>
            <w:tcW w:w="3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 xml:space="preserve">жап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па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ды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жап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пайды</w:t>
            </w:r>
          </w:p>
        </w:tc>
      </w:tr>
      <w:tr w:rsidR="00E2736D" w:rsidRPr="009073E4">
        <w:tc>
          <w:tcPr>
            <w:tcW w:w="9360" w:type="dxa"/>
            <w:gridSpan w:val="3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E2736D" w:rsidRPr="00DD792D" w:rsidRDefault="00195FC2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АЛГОРИТМ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1</w:t>
            </w:r>
            <w:proofErr w:type="gram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) Определите последний гласный: задний ряд → а; передний ряд → е. 2) Определите последний звук основы и выберите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м-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,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б-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или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п-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. 3) После отрицательного суффикса добавьте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20"/>
                <w:lang w:val="ru-RU"/>
              </w:rPr>
              <w:t>-й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и личное окончание.</w:t>
            </w:r>
          </w:p>
        </w:tc>
      </w:tr>
    </w:tbl>
    <w:p w:rsidR="00E2736D" w:rsidRPr="00DD792D" w:rsidRDefault="00E2736D">
      <w:pPr>
        <w:spacing w:after="20"/>
        <w:rPr>
          <w:rFonts w:ascii="Times New Roman" w:hAnsi="Times New Roman" w:cs="Times New Roman"/>
          <w:lang w:val="ru-RU"/>
        </w:rPr>
      </w:pPr>
    </w:p>
    <w:p w:rsidR="00E2736D" w:rsidRPr="00DD792D" w:rsidRDefault="00195FC2">
      <w:pPr>
        <w:pStyle w:val="2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lang w:val="ru-RU"/>
        </w:rPr>
        <w:t>3.2. Как выбрать вопросительную частицу</w:t>
      </w:r>
    </w:p>
    <w:p w:rsidR="00E2736D" w:rsidRPr="007F7952" w:rsidRDefault="00195FC2" w:rsidP="007F795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Вопросительные частицы </w:t>
      </w:r>
      <w:proofErr w:type="spellStart"/>
      <w:proofErr w:type="gram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ма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ме</w:t>
      </w:r>
      <w:proofErr w:type="spellEnd"/>
      <w:proofErr w:type="gramEnd"/>
      <w:r w:rsidRPr="007F7952">
        <w:rPr>
          <w:rFonts w:ascii="Times New Roman" w:hAnsi="Times New Roman" w:cs="Times New Roman"/>
          <w:sz w:val="24"/>
          <w:szCs w:val="24"/>
          <w:lang w:val="ru-RU"/>
        </w:rPr>
        <w:t>, ба/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, па/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пе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пишутся отдельно. Выбор также зависит от гармонии гласных и конечного звука предыдущего слова.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50"/>
        <w:gridCol w:w="1700"/>
        <w:gridCol w:w="4810"/>
      </w:tblGrid>
      <w:tr w:rsidR="00E2736D" w:rsidRPr="00DD792D">
        <w:trPr>
          <w:tblHeader/>
        </w:trPr>
        <w:tc>
          <w:tcPr>
            <w:tcW w:w="28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Конечный</w:t>
            </w:r>
            <w:proofErr w:type="spellEnd"/>
            <w:r w:rsidRPr="00DD792D">
              <w:rPr>
                <w:rFonts w:ascii="Times New Roman" w:hAnsi="Times New Roman" w:cs="Times New Roman"/>
                <w:b/>
                <w:sz w:val="19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b/>
                <w:sz w:val="19"/>
              </w:rPr>
              <w:t>звук</w:t>
            </w:r>
            <w:proofErr w:type="spellEnd"/>
          </w:p>
        </w:tc>
        <w:tc>
          <w:tcPr>
            <w:tcW w:w="17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Частица</w:t>
            </w:r>
          </w:p>
        </w:tc>
        <w:tc>
          <w:tcPr>
            <w:tcW w:w="481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Примеры</w:t>
            </w:r>
          </w:p>
        </w:tc>
      </w:tr>
      <w:tr w:rsidR="00E2736D" w:rsidRPr="009073E4"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Гласный; й, у, р, л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ма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</w:rPr>
              <w:t>/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ме</w:t>
            </w:r>
            <w:proofErr w:type="spellEnd"/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бара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ма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?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келе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ме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?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асыңдар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ма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?</w:t>
            </w:r>
          </w:p>
        </w:tc>
      </w:tr>
      <w:tr w:rsidR="00E2736D" w:rsidRPr="009073E4"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м, н, ң, з, ж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ба/бе</w:t>
            </w:r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бар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амын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ба?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кел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есің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?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  <w:lang w:val="ru-RU"/>
              </w:rPr>
              <w:t>йсіз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бе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?</w:t>
            </w:r>
          </w:p>
        </w:tc>
      </w:tr>
      <w:tr w:rsidR="00E2736D" w:rsidRPr="009073E4"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Глухой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</w:rPr>
              <w:t>согласный</w:t>
            </w:r>
            <w:proofErr w:type="spellEnd"/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па/пе</w:t>
            </w:r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Общее правило: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кітап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па?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мектеп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пе</w:t>
            </w:r>
            <w:proofErr w:type="spellEnd"/>
            <w:r w:rsidRPr="00DD792D">
              <w:rPr>
                <w:rFonts w:ascii="Times New Roman" w:hAnsi="Times New Roman" w:cs="Times New Roman"/>
                <w:sz w:val="19"/>
                <w:lang w:val="ru-RU"/>
              </w:rPr>
              <w:t>?</w:t>
            </w:r>
          </w:p>
        </w:tc>
      </w:tr>
    </w:tbl>
    <w:p w:rsidR="007F7952" w:rsidRDefault="007F7952" w:rsidP="007F795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2736D" w:rsidRPr="007F7952" w:rsidRDefault="00195FC2" w:rsidP="007F795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 обычных личных формах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чаще употребляются </w:t>
      </w:r>
      <w:proofErr w:type="spellStart"/>
      <w:proofErr w:type="gramStart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>ма</w:t>
      </w:r>
      <w:proofErr w:type="spellEnd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>/</w:t>
      </w:r>
      <w:proofErr w:type="spellStart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>ме</w:t>
      </w:r>
      <w:proofErr w:type="spellEnd"/>
      <w:proofErr w:type="gramEnd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и ба/</w:t>
      </w:r>
      <w:proofErr w:type="spellStart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>бе</w:t>
      </w:r>
      <w:proofErr w:type="spellEnd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, 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поскольку глагол заканчивается на гласный или личное окончание. Варианты </w:t>
      </w:r>
      <w:proofErr w:type="gramStart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>па/</w:t>
      </w:r>
      <w:proofErr w:type="spellStart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>пе</w:t>
      </w:r>
      <w:proofErr w:type="spellEnd"/>
      <w:proofErr w:type="gramEnd"/>
      <w:r w:rsidRPr="007F7952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>включены в общую систему вопросительных частиц, но в стандартных моделях данного времени встречаются редко.</w:t>
      </w:r>
    </w:p>
    <w:p w:rsidR="00E2736D" w:rsidRPr="00DD792D" w:rsidRDefault="00195FC2">
      <w:pPr>
        <w:pStyle w:val="2"/>
        <w:rPr>
          <w:rFonts w:ascii="Times New Roman" w:hAnsi="Times New Roman" w:cs="Times New Roman"/>
        </w:rPr>
      </w:pPr>
      <w:r w:rsidRPr="00DD792D">
        <w:rPr>
          <w:rFonts w:ascii="Times New Roman" w:hAnsi="Times New Roman" w:cs="Times New Roman"/>
        </w:rPr>
        <w:t>3.3. Особенность III лица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3300"/>
        <w:gridCol w:w="3860"/>
      </w:tblGrid>
      <w:tr w:rsidR="00E2736D" w:rsidRPr="00DD792D">
        <w:trPr>
          <w:tblHeader/>
        </w:trPr>
        <w:tc>
          <w:tcPr>
            <w:tcW w:w="22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Тип</w:t>
            </w:r>
          </w:p>
        </w:tc>
        <w:tc>
          <w:tcPr>
            <w:tcW w:w="33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Правильная форма</w:t>
            </w:r>
          </w:p>
        </w:tc>
        <w:tc>
          <w:tcPr>
            <w:tcW w:w="38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b/>
                <w:sz w:val="19"/>
              </w:rPr>
              <w:t>Модель</w:t>
            </w:r>
          </w:p>
        </w:tc>
      </w:tr>
      <w:tr w:rsidR="00E2736D" w:rsidRPr="00DD792D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Утверждение</w:t>
            </w:r>
          </w:p>
        </w:tc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Ол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йді</w:t>
            </w:r>
            <w:r w:rsidRPr="00DD792D">
              <w:rPr>
                <w:rFonts w:ascii="Times New Roman" w:hAnsi="Times New Roman" w:cs="Times New Roman"/>
                <w:sz w:val="19"/>
              </w:rPr>
              <w:t>.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 xml:space="preserve">сөйле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ді</w:t>
            </w:r>
          </w:p>
        </w:tc>
      </w:tr>
      <w:tr w:rsidR="00E2736D" w:rsidRPr="00DD792D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Отрицание</w:t>
            </w:r>
          </w:p>
        </w:tc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Ол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мейді</w:t>
            </w:r>
            <w:r w:rsidRPr="00DD792D">
              <w:rPr>
                <w:rFonts w:ascii="Times New Roman" w:hAnsi="Times New Roman" w:cs="Times New Roman"/>
                <w:sz w:val="19"/>
              </w:rPr>
              <w:t>.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 xml:space="preserve">сөйле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ді</w:t>
            </w:r>
          </w:p>
        </w:tc>
      </w:tr>
      <w:tr w:rsidR="00E2736D" w:rsidRPr="00DD792D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Вопрос</w:t>
            </w:r>
          </w:p>
        </w:tc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Ол сөйле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ме?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 xml:space="preserve">сөйле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</w:t>
            </w:r>
          </w:p>
        </w:tc>
      </w:tr>
      <w:tr w:rsidR="00E2736D" w:rsidRPr="00DD792D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Отрицательный вопрос</w:t>
            </w:r>
          </w:p>
        </w:tc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>Ол сөйлемей ме?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2736D" w:rsidRPr="00DD792D" w:rsidRDefault="00195FC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DD792D">
              <w:rPr>
                <w:rFonts w:ascii="Times New Roman" w:hAnsi="Times New Roman" w:cs="Times New Roman"/>
                <w:sz w:val="19"/>
              </w:rPr>
              <w:t xml:space="preserve">сөйле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й</w:t>
            </w:r>
            <w:r w:rsidRPr="00DD792D">
              <w:rPr>
                <w:rFonts w:ascii="Times New Roman" w:hAnsi="Times New Roman" w:cs="Times New Roman"/>
                <w:sz w:val="19"/>
              </w:rPr>
              <w:t xml:space="preserve"> + </w:t>
            </w:r>
            <w:r w:rsidRPr="00DD792D">
              <w:rPr>
                <w:rFonts w:ascii="Times New Roman" w:hAnsi="Times New Roman" w:cs="Times New Roman"/>
                <w:i/>
                <w:iCs/>
                <w:color w:val="C00000"/>
                <w:sz w:val="19"/>
              </w:rPr>
              <w:t>ме</w:t>
            </w:r>
          </w:p>
        </w:tc>
      </w:tr>
    </w:tbl>
    <w:p w:rsidR="00E2736D" w:rsidRPr="00DD792D" w:rsidRDefault="00195FC2">
      <w:pPr>
        <w:pStyle w:val="2"/>
        <w:rPr>
          <w:rFonts w:ascii="Times New Roman" w:hAnsi="Times New Roman" w:cs="Times New Roman"/>
        </w:rPr>
      </w:pPr>
      <w:r w:rsidRPr="00DD792D">
        <w:rPr>
          <w:rFonts w:ascii="Times New Roman" w:hAnsi="Times New Roman" w:cs="Times New Roman"/>
        </w:rPr>
        <w:t>3.4. Типичные ошибки</w:t>
      </w:r>
    </w:p>
    <w:p w:rsidR="00E2736D" w:rsidRPr="007F7952" w:rsidRDefault="00195FC2" w:rsidP="007F7952">
      <w:pPr>
        <w:pStyle w:val="a"/>
        <w:numPr>
          <w:ilvl w:val="0"/>
          <w:numId w:val="2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Неправильно: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баремін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. 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амын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 Суффикс выбирается с уч</w:t>
      </w:r>
      <w:r w:rsidR="007F7952" w:rsidRPr="007F795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>том гармонии гласных.</w:t>
      </w:r>
    </w:p>
    <w:p w:rsidR="00E2736D" w:rsidRPr="007F7952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Неправильно: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сөйлеемін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. 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ймін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. После основы на гласный используется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-й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736D" w:rsidRPr="007F7952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Неправильно: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жаз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маймын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. 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жаз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баймын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. После звонкого з используется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-ба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736D" w:rsidRPr="007F7952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Неправильно: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кешікмеймін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. 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кешік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пеймін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. После глухого к используется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пе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736D" w:rsidRPr="007F7952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Неправильно для стандартной модели: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? Правильно: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сөйле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й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? В вопросе </w:t>
      </w:r>
      <w:r w:rsidRPr="007F7952">
        <w:rPr>
          <w:rFonts w:ascii="Times New Roman" w:hAnsi="Times New Roman" w:cs="Times New Roman"/>
          <w:sz w:val="24"/>
          <w:szCs w:val="24"/>
        </w:rPr>
        <w:t>III</w:t>
      </w: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лица окончание 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ды</w:t>
      </w:r>
      <w:proofErr w:type="spellEnd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/-</w:t>
      </w:r>
      <w:proofErr w:type="spellStart"/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ді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опускается.</w:t>
      </w:r>
    </w:p>
    <w:p w:rsidR="00E2736D" w:rsidRDefault="00195FC2" w:rsidP="007F7952">
      <w:pPr>
        <w:numPr>
          <w:ilvl w:val="0"/>
          <w:numId w:val="1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Вопросительная частица всегда пишется отдельно: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бар</w:t>
      </w:r>
      <w:r w:rsidRPr="007F7952">
        <w:rPr>
          <w:rFonts w:ascii="Times New Roman" w:hAnsi="Times New Roman" w:cs="Times New Roman"/>
          <w:i/>
          <w:iCs/>
          <w:color w:val="C00000"/>
          <w:sz w:val="24"/>
          <w:szCs w:val="24"/>
          <w:lang w:val="ru-RU"/>
        </w:rPr>
        <w:t>асың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ба,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келе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7952">
        <w:rPr>
          <w:rFonts w:ascii="Times New Roman" w:hAnsi="Times New Roman" w:cs="Times New Roman"/>
          <w:sz w:val="24"/>
          <w:szCs w:val="24"/>
          <w:lang w:val="ru-RU"/>
        </w:rPr>
        <w:t>ме</w:t>
      </w:r>
      <w:proofErr w:type="spellEnd"/>
      <w:r w:rsidRPr="007F795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073E4" w:rsidRPr="009073E4" w:rsidRDefault="009073E4" w:rsidP="009073E4">
      <w:pPr>
        <w:pStyle w:val="1"/>
        <w:rPr>
          <w:sz w:val="24"/>
          <w:szCs w:val="24"/>
          <w:lang w:val="ru-RU"/>
        </w:rPr>
      </w:pPr>
      <w:r>
        <w:rPr>
          <w:rFonts w:ascii="Arial" w:eastAsia="Arial" w:hAnsi="Arial" w:cs="Arial"/>
          <w:sz w:val="24"/>
          <w:szCs w:val="24"/>
          <w:lang w:val="ru-RU"/>
        </w:rPr>
        <w:t>3.5</w:t>
      </w:r>
      <w:r w:rsidRPr="009073E4">
        <w:rPr>
          <w:rFonts w:ascii="Arial" w:eastAsia="Arial" w:hAnsi="Arial" w:cs="Arial"/>
          <w:sz w:val="24"/>
          <w:szCs w:val="24"/>
          <w:lang w:val="ru-RU"/>
        </w:rPr>
        <w:t>. Самопроверка после чтения</w:t>
      </w:r>
    </w:p>
    <w:p w:rsidR="009073E4" w:rsidRPr="009073E4" w:rsidRDefault="009073E4" w:rsidP="009073E4">
      <w:pPr>
        <w:spacing w:before="120"/>
        <w:rPr>
          <w:sz w:val="24"/>
          <w:szCs w:val="24"/>
          <w:lang w:val="ru-RU"/>
        </w:rPr>
      </w:pPr>
      <w:r w:rsidRPr="009073E4">
        <w:rPr>
          <w:rFonts w:ascii="Arial" w:eastAsia="Arial" w:hAnsi="Arial" w:cs="Arial"/>
          <w:sz w:val="24"/>
          <w:szCs w:val="24"/>
          <w:lang w:val="ru-RU"/>
        </w:rPr>
        <w:t>Выберите правильный вариант. Сначала выполните задания самостоятельно, затем сравните ответы с ключом.</w:t>
      </w:r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Мен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күнде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университетке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бар...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gram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а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-е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-й</w:t>
      </w:r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Біз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қазақша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сөйле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...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gram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а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-е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-й</w:t>
      </w:r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Мен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ұзақ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хат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жаз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>...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мын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.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ма</w:t>
      </w:r>
      <w:proofErr w:type="spellEnd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gram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й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-ба-й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-па-й</w:t>
      </w:r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Ол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сабаққа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кешік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>...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ді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.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ме</w:t>
      </w:r>
      <w:proofErr w:type="spellEnd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gram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й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бе</w:t>
      </w:r>
      <w:proofErr w:type="spellEnd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-й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</w:t>
      </w:r>
      <w:proofErr w:type="spellStart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пе</w:t>
      </w:r>
      <w:proofErr w:type="spellEnd"/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-й</w:t>
      </w:r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r w:rsidRPr="009073E4">
        <w:rPr>
          <w:rFonts w:ascii="Arial" w:eastAsia="Arial" w:hAnsi="Arial" w:cs="Arial"/>
          <w:sz w:val="24"/>
          <w:szCs w:val="24"/>
          <w:lang w:val="ru-RU"/>
        </w:rPr>
        <w:lastRenderedPageBreak/>
        <w:t xml:space="preserve">Сен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күнде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кітап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оқ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исың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...?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proofErr w:type="gramStart"/>
      <w:r w:rsidRPr="009073E4">
        <w:rPr>
          <w:rFonts w:ascii="Arial" w:eastAsia="Arial" w:hAnsi="Arial" w:cs="Arial"/>
          <w:sz w:val="24"/>
          <w:szCs w:val="24"/>
          <w:lang w:val="ru-RU"/>
        </w:rPr>
        <w:t>ма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ба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>) па</w:t>
      </w:r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Ол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қазақша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...?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сөйле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йді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proofErr w:type="gramStart"/>
      <w:r w:rsidRPr="009073E4">
        <w:rPr>
          <w:rFonts w:ascii="Arial" w:eastAsia="Arial" w:hAnsi="Arial" w:cs="Arial"/>
          <w:sz w:val="24"/>
          <w:szCs w:val="24"/>
          <w:lang w:val="ru-RU"/>
        </w:rPr>
        <w:t>ме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сөйле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й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ме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сөйле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йді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бе</w:t>
      </w:r>
      <w:proofErr w:type="spellEnd"/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Ол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күнде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үйден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ерте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...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proofErr w:type="gramStart"/>
      <w:r w:rsidRPr="009073E4">
        <w:rPr>
          <w:rFonts w:ascii="Arial" w:eastAsia="Arial" w:hAnsi="Arial" w:cs="Arial"/>
          <w:sz w:val="24"/>
          <w:szCs w:val="24"/>
          <w:lang w:val="ru-RU"/>
        </w:rPr>
        <w:t>шығ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байды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шық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пайды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шығ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майды</w:t>
      </w:r>
      <w:proofErr w:type="spellEnd"/>
    </w:p>
    <w:p w:rsidR="009073E4" w:rsidRPr="009073E4" w:rsidRDefault="009073E4" w:rsidP="009073E4">
      <w:pPr>
        <w:numPr>
          <w:ilvl w:val="0"/>
          <w:numId w:val="3"/>
        </w:numPr>
        <w:spacing w:after="80"/>
        <w:rPr>
          <w:sz w:val="24"/>
          <w:szCs w:val="24"/>
          <w:lang w:val="ru-RU"/>
        </w:rPr>
      </w:pP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Ол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есікті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...  </w:t>
      </w:r>
      <w:r w:rsidRPr="009073E4">
        <w:rPr>
          <w:rFonts w:ascii="Arial" w:eastAsia="Arial" w:hAnsi="Arial" w:cs="Arial"/>
          <w:sz w:val="24"/>
          <w:szCs w:val="24"/>
        </w:rPr>
        <w:t>A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proofErr w:type="gramStart"/>
      <w:r w:rsidRPr="009073E4">
        <w:rPr>
          <w:rFonts w:ascii="Arial" w:eastAsia="Arial" w:hAnsi="Arial" w:cs="Arial"/>
          <w:sz w:val="24"/>
          <w:szCs w:val="24"/>
          <w:lang w:val="ru-RU"/>
        </w:rPr>
        <w:t>жаб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майды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B</w:t>
      </w:r>
      <w:proofErr w:type="gram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жаб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байды</w:t>
      </w:r>
      <w:proofErr w:type="spellEnd"/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  </w:t>
      </w:r>
      <w:r w:rsidRPr="009073E4">
        <w:rPr>
          <w:rFonts w:ascii="Arial" w:eastAsia="Arial" w:hAnsi="Arial" w:cs="Arial"/>
          <w:sz w:val="24"/>
          <w:szCs w:val="24"/>
        </w:rPr>
        <w:t>C</w:t>
      </w:r>
      <w:r w:rsidRPr="009073E4">
        <w:rPr>
          <w:rFonts w:ascii="Arial" w:eastAsia="Arial" w:hAnsi="Arial" w:cs="Arial"/>
          <w:sz w:val="24"/>
          <w:szCs w:val="24"/>
          <w:lang w:val="ru-RU"/>
        </w:rPr>
        <w:t xml:space="preserve">) </w:t>
      </w:r>
      <w:proofErr w:type="spellStart"/>
      <w:r w:rsidRPr="009073E4">
        <w:rPr>
          <w:rFonts w:ascii="Arial" w:eastAsia="Arial" w:hAnsi="Arial" w:cs="Arial"/>
          <w:sz w:val="24"/>
          <w:szCs w:val="24"/>
          <w:lang w:val="ru-RU"/>
        </w:rPr>
        <w:t>жап</w:t>
      </w:r>
      <w:r w:rsidRPr="009073E4">
        <w:rPr>
          <w:rFonts w:ascii="Arial" w:eastAsia="Arial" w:hAnsi="Arial" w:cs="Arial"/>
          <w:i/>
          <w:iCs/>
          <w:color w:val="C00000"/>
          <w:sz w:val="24"/>
          <w:szCs w:val="24"/>
          <w:lang w:val="ru-RU"/>
        </w:rPr>
        <w:t>пайды</w:t>
      </w:r>
      <w:proofErr w:type="spellEnd"/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073E4" w:rsidTr="008D564F">
        <w:tc>
          <w:tcPr>
            <w:tcW w:w="9360" w:type="dxa"/>
            <w:shd w:val="clear" w:color="auto" w:fill="FFF6DD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073E4" w:rsidRDefault="009073E4" w:rsidP="008D564F">
            <w:pPr>
              <w:spacing w:after="0" w:line="276" w:lineRule="auto"/>
            </w:pPr>
            <w:proofErr w:type="gramStart"/>
            <w:r w:rsidRPr="00CD2D17">
              <w:rPr>
                <w:rFonts w:ascii="Arial" w:eastAsia="Arial" w:hAnsi="Arial" w:cs="Arial"/>
                <w:b/>
                <w:color w:val="7A5A00"/>
                <w:sz w:val="20"/>
                <w:lang w:val="ru-RU"/>
              </w:rPr>
              <w:t xml:space="preserve">КЛЮЧ  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>1</w:t>
            </w:r>
            <w:proofErr w:type="gram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 — </w:t>
            </w:r>
            <w:r>
              <w:rPr>
                <w:rFonts w:ascii="Arial" w:eastAsia="Arial" w:hAnsi="Arial" w:cs="Arial"/>
                <w:sz w:val="20"/>
              </w:rPr>
              <w:t>A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: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бар</w:t>
            </w:r>
            <w:r w:rsidRPr="00CD2D17">
              <w:rPr>
                <w:rFonts w:ascii="Arial" w:eastAsia="Arial" w:hAnsi="Arial" w:cs="Arial"/>
                <w:i/>
                <w:iCs/>
                <w:color w:val="C00000"/>
                <w:sz w:val="20"/>
                <w:lang w:val="ru-RU"/>
              </w:rPr>
              <w:t>амын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. 2 — </w:t>
            </w:r>
            <w:r>
              <w:rPr>
                <w:rFonts w:ascii="Arial" w:eastAsia="Arial" w:hAnsi="Arial" w:cs="Arial"/>
                <w:sz w:val="20"/>
              </w:rPr>
              <w:t>C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: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сөйле</w:t>
            </w:r>
            <w:r w:rsidRPr="00CD2D17">
              <w:rPr>
                <w:rFonts w:ascii="Arial" w:eastAsia="Arial" w:hAnsi="Arial" w:cs="Arial"/>
                <w:i/>
                <w:iCs/>
                <w:color w:val="C00000"/>
                <w:sz w:val="20"/>
                <w:lang w:val="ru-RU"/>
              </w:rPr>
              <w:t>йміз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. 3 — </w:t>
            </w:r>
            <w:r>
              <w:rPr>
                <w:rFonts w:ascii="Arial" w:eastAsia="Arial" w:hAnsi="Arial" w:cs="Arial"/>
                <w:sz w:val="20"/>
              </w:rPr>
              <w:t>B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: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жаз</w:t>
            </w:r>
            <w:r w:rsidRPr="00CD2D17">
              <w:rPr>
                <w:rFonts w:ascii="Arial" w:eastAsia="Arial" w:hAnsi="Arial" w:cs="Arial"/>
                <w:i/>
                <w:iCs/>
                <w:color w:val="C00000"/>
                <w:sz w:val="20"/>
                <w:lang w:val="ru-RU"/>
              </w:rPr>
              <w:t>баймын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. 4 — </w:t>
            </w:r>
            <w:r>
              <w:rPr>
                <w:rFonts w:ascii="Arial" w:eastAsia="Arial" w:hAnsi="Arial" w:cs="Arial"/>
                <w:sz w:val="20"/>
              </w:rPr>
              <w:t>C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: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кешік</w:t>
            </w:r>
            <w:r w:rsidRPr="00CD2D17">
              <w:rPr>
                <w:rFonts w:ascii="Arial" w:eastAsia="Arial" w:hAnsi="Arial" w:cs="Arial"/>
                <w:i/>
                <w:iCs/>
                <w:color w:val="C00000"/>
                <w:sz w:val="20"/>
                <w:lang w:val="ru-RU"/>
              </w:rPr>
              <w:t>пейді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. 5 — </w:t>
            </w:r>
            <w:r>
              <w:rPr>
                <w:rFonts w:ascii="Arial" w:eastAsia="Arial" w:hAnsi="Arial" w:cs="Arial"/>
                <w:sz w:val="20"/>
              </w:rPr>
              <w:t>B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: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оқ</w:t>
            </w:r>
            <w:r w:rsidRPr="00CD2D17">
              <w:rPr>
                <w:rFonts w:ascii="Arial" w:eastAsia="Arial" w:hAnsi="Arial" w:cs="Arial"/>
                <w:i/>
                <w:iCs/>
                <w:color w:val="C00000"/>
                <w:sz w:val="20"/>
                <w:lang w:val="ru-RU"/>
              </w:rPr>
              <w:t>исың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 ба? 6 — </w:t>
            </w:r>
            <w:r>
              <w:rPr>
                <w:rFonts w:ascii="Arial" w:eastAsia="Arial" w:hAnsi="Arial" w:cs="Arial"/>
                <w:sz w:val="20"/>
              </w:rPr>
              <w:t>B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: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сөйле</w:t>
            </w:r>
            <w:r w:rsidRPr="00CD2D17">
              <w:rPr>
                <w:rFonts w:ascii="Arial" w:eastAsia="Arial" w:hAnsi="Arial" w:cs="Arial"/>
                <w:i/>
                <w:iCs/>
                <w:color w:val="C00000"/>
                <w:sz w:val="20"/>
                <w:lang w:val="ru-RU"/>
              </w:rPr>
              <w:t>й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ме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? 7 — </w:t>
            </w:r>
            <w:r>
              <w:rPr>
                <w:rFonts w:ascii="Arial" w:eastAsia="Arial" w:hAnsi="Arial" w:cs="Arial"/>
                <w:sz w:val="20"/>
              </w:rPr>
              <w:t>B</w:t>
            </w:r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: </w:t>
            </w:r>
            <w:proofErr w:type="spellStart"/>
            <w:r w:rsidRPr="00CD2D17">
              <w:rPr>
                <w:rFonts w:ascii="Arial" w:eastAsia="Arial" w:hAnsi="Arial" w:cs="Arial"/>
                <w:sz w:val="20"/>
                <w:lang w:val="ru-RU"/>
              </w:rPr>
              <w:t>шық</w:t>
            </w:r>
            <w:r w:rsidRPr="00CD2D17">
              <w:rPr>
                <w:rFonts w:ascii="Arial" w:eastAsia="Arial" w:hAnsi="Arial" w:cs="Arial"/>
                <w:i/>
                <w:iCs/>
                <w:color w:val="C00000"/>
                <w:sz w:val="20"/>
                <w:lang w:val="ru-RU"/>
              </w:rPr>
              <w:t>пайды</w:t>
            </w:r>
            <w:proofErr w:type="spellEnd"/>
            <w:r w:rsidRPr="00CD2D17">
              <w:rPr>
                <w:rFonts w:ascii="Arial" w:eastAsia="Arial" w:hAnsi="Arial" w:cs="Arial"/>
                <w:sz w:val="20"/>
                <w:lang w:val="ru-RU"/>
              </w:rPr>
              <w:t xml:space="preserve">. </w:t>
            </w:r>
            <w:r>
              <w:rPr>
                <w:rFonts w:ascii="Arial" w:eastAsia="Arial" w:hAnsi="Arial" w:cs="Arial"/>
                <w:sz w:val="20"/>
              </w:rPr>
              <w:t xml:space="preserve">8 — C: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жап</w:t>
            </w:r>
            <w:r>
              <w:rPr>
                <w:rFonts w:ascii="Arial" w:eastAsia="Arial" w:hAnsi="Arial" w:cs="Arial"/>
                <w:i/>
                <w:iCs/>
                <w:color w:val="C00000"/>
                <w:sz w:val="20"/>
              </w:rPr>
              <w:t>пайды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</w:t>
            </w:r>
          </w:p>
        </w:tc>
      </w:tr>
    </w:tbl>
    <w:p w:rsidR="009073E4" w:rsidRPr="000E1FA0" w:rsidRDefault="009073E4" w:rsidP="009073E4">
      <w:pPr>
        <w:spacing w:after="20"/>
        <w:rPr>
          <w:lang w:val="ru-RU"/>
        </w:rPr>
      </w:pPr>
    </w:p>
    <w:p w:rsidR="009073E4" w:rsidRDefault="009073E4" w:rsidP="009073E4">
      <w:pPr>
        <w:pStyle w:val="2"/>
      </w:pPr>
      <w:r>
        <w:rPr>
          <w:rFonts w:ascii="Arial" w:eastAsia="Arial" w:hAnsi="Arial" w:cs="Arial"/>
          <w:lang w:val="kk-KZ"/>
        </w:rPr>
        <w:t>3.6</w:t>
      </w:r>
      <w:bookmarkStart w:id="0" w:name="_GoBack"/>
      <w:bookmarkEnd w:id="0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Дополнительные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внешние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источники</w:t>
      </w:r>
      <w:proofErr w:type="spellEnd"/>
    </w:p>
    <w:p w:rsidR="009073E4" w:rsidRPr="00F30048" w:rsidRDefault="009073E4" w:rsidP="009073E4">
      <w:pPr>
        <w:rPr>
          <w:lang w:val="ru-RU"/>
        </w:rPr>
      </w:pPr>
      <w:r w:rsidRPr="00F30048">
        <w:rPr>
          <w:rFonts w:ascii="Arial" w:eastAsia="Arial" w:hAnsi="Arial" w:cs="Arial"/>
          <w:color w:val="26313F"/>
          <w:sz w:val="21"/>
          <w:lang w:val="ru-RU"/>
        </w:rPr>
        <w:t xml:space="preserve">1. </w:t>
      </w:r>
      <w:proofErr w:type="spellStart"/>
      <w:r>
        <w:rPr>
          <w:rFonts w:ascii="Arial" w:eastAsia="Arial" w:hAnsi="Arial" w:cs="Arial"/>
          <w:color w:val="26313F"/>
          <w:sz w:val="21"/>
        </w:rPr>
        <w:t>Emle</w:t>
      </w:r>
      <w:proofErr w:type="spellEnd"/>
      <w:r w:rsidRPr="00F30048">
        <w:rPr>
          <w:rFonts w:ascii="Arial" w:eastAsia="Arial" w:hAnsi="Arial" w:cs="Arial"/>
          <w:color w:val="26313F"/>
          <w:sz w:val="21"/>
          <w:lang w:val="ru-RU"/>
        </w:rPr>
        <w:t>.</w:t>
      </w:r>
      <w:proofErr w:type="spellStart"/>
      <w:r>
        <w:rPr>
          <w:rFonts w:ascii="Arial" w:eastAsia="Arial" w:hAnsi="Arial" w:cs="Arial"/>
          <w:color w:val="26313F"/>
          <w:sz w:val="21"/>
        </w:rPr>
        <w:t>kz</w:t>
      </w:r>
      <w:proofErr w:type="spellEnd"/>
      <w:r w:rsidRPr="00F30048">
        <w:rPr>
          <w:rFonts w:ascii="Arial" w:eastAsia="Arial" w:hAnsi="Arial" w:cs="Arial"/>
          <w:color w:val="26313F"/>
          <w:sz w:val="21"/>
          <w:lang w:val="ru-RU"/>
        </w:rPr>
        <w:t xml:space="preserve">. «Осы </w:t>
      </w:r>
      <w:proofErr w:type="spellStart"/>
      <w:r w:rsidRPr="00F30048">
        <w:rPr>
          <w:rFonts w:ascii="Arial" w:eastAsia="Arial" w:hAnsi="Arial" w:cs="Arial"/>
          <w:color w:val="26313F"/>
          <w:sz w:val="21"/>
          <w:lang w:val="ru-RU"/>
        </w:rPr>
        <w:t>шақ</w:t>
      </w:r>
      <w:proofErr w:type="spellEnd"/>
      <w:r w:rsidRPr="00F30048">
        <w:rPr>
          <w:rFonts w:ascii="Arial" w:eastAsia="Arial" w:hAnsi="Arial" w:cs="Arial"/>
          <w:color w:val="26313F"/>
          <w:sz w:val="21"/>
          <w:lang w:val="ru-RU"/>
        </w:rPr>
        <w:t xml:space="preserve">». </w:t>
      </w:r>
      <w:hyperlink r:id="rId8">
        <w:r>
          <w:rPr>
            <w:rFonts w:ascii="Arial" w:eastAsia="Arial" w:hAnsi="Arial" w:cs="Arial"/>
            <w:color w:val="2E75B6"/>
            <w:u w:val="single"/>
          </w:rPr>
          <w:t>https</w:t>
        </w:r>
        <w:r w:rsidRPr="00F30048">
          <w:rPr>
            <w:rFonts w:ascii="Arial" w:eastAsia="Arial" w:hAnsi="Arial" w:cs="Arial"/>
            <w:color w:val="2E75B6"/>
            <w:u w:val="single"/>
            <w:lang w:val="ru-RU"/>
          </w:rPr>
          <w:t>://</w:t>
        </w:r>
        <w:proofErr w:type="spellStart"/>
        <w:r>
          <w:rPr>
            <w:rFonts w:ascii="Arial" w:eastAsia="Arial" w:hAnsi="Arial" w:cs="Arial"/>
            <w:color w:val="2E75B6"/>
            <w:u w:val="single"/>
          </w:rPr>
          <w:t>emle</w:t>
        </w:r>
        <w:proofErr w:type="spellEnd"/>
        <w:r w:rsidRPr="00F30048">
          <w:rPr>
            <w:rFonts w:ascii="Arial" w:eastAsia="Arial" w:hAnsi="Arial" w:cs="Arial"/>
            <w:color w:val="2E75B6"/>
            <w:u w:val="single"/>
            <w:lang w:val="ru-RU"/>
          </w:rPr>
          <w:t>.</w:t>
        </w:r>
        <w:proofErr w:type="spellStart"/>
        <w:r>
          <w:rPr>
            <w:rFonts w:ascii="Arial" w:eastAsia="Arial" w:hAnsi="Arial" w:cs="Arial"/>
            <w:color w:val="2E75B6"/>
            <w:u w:val="single"/>
          </w:rPr>
          <w:t>kz</w:t>
        </w:r>
        <w:proofErr w:type="spellEnd"/>
        <w:r w:rsidRPr="00F30048">
          <w:rPr>
            <w:rFonts w:ascii="Arial" w:eastAsia="Arial" w:hAnsi="Arial" w:cs="Arial"/>
            <w:color w:val="2E75B6"/>
            <w:u w:val="single"/>
            <w:lang w:val="ru-RU"/>
          </w:rPr>
          <w:t>/</w:t>
        </w:r>
        <w:proofErr w:type="spellStart"/>
        <w:r>
          <w:rPr>
            <w:rFonts w:ascii="Arial" w:eastAsia="Arial" w:hAnsi="Arial" w:cs="Arial"/>
            <w:color w:val="2E75B6"/>
            <w:u w:val="single"/>
          </w:rPr>
          <w:t>kz</w:t>
        </w:r>
        <w:proofErr w:type="spellEnd"/>
        <w:r w:rsidRPr="00F30048">
          <w:rPr>
            <w:rFonts w:ascii="Arial" w:eastAsia="Arial" w:hAnsi="Arial" w:cs="Arial"/>
            <w:color w:val="2E75B6"/>
            <w:u w:val="single"/>
            <w:lang w:val="ru-RU"/>
          </w:rPr>
          <w:t>/</w:t>
        </w:r>
        <w:r>
          <w:rPr>
            <w:rFonts w:ascii="Arial" w:eastAsia="Arial" w:hAnsi="Arial" w:cs="Arial"/>
            <w:color w:val="2E75B6"/>
            <w:u w:val="single"/>
          </w:rPr>
          <w:t>rule</w:t>
        </w:r>
        <w:r w:rsidRPr="00F30048">
          <w:rPr>
            <w:rFonts w:ascii="Arial" w:eastAsia="Arial" w:hAnsi="Arial" w:cs="Arial"/>
            <w:color w:val="2E75B6"/>
            <w:u w:val="single"/>
            <w:lang w:val="ru-RU"/>
          </w:rPr>
          <w:t>?</w:t>
        </w:r>
        <w:r>
          <w:rPr>
            <w:rFonts w:ascii="Arial" w:eastAsia="Arial" w:hAnsi="Arial" w:cs="Arial"/>
            <w:color w:val="2E75B6"/>
            <w:u w:val="single"/>
          </w:rPr>
          <w:t>id</w:t>
        </w:r>
        <w:r w:rsidRPr="00F30048">
          <w:rPr>
            <w:rFonts w:ascii="Arial" w:eastAsia="Arial" w:hAnsi="Arial" w:cs="Arial"/>
            <w:color w:val="2E75B6"/>
            <w:u w:val="single"/>
            <w:lang w:val="ru-RU"/>
          </w:rPr>
          <w:t>=277</w:t>
        </w:r>
      </w:hyperlink>
      <w:r w:rsidRPr="00F30048">
        <w:rPr>
          <w:rFonts w:ascii="Arial" w:eastAsia="Arial" w:hAnsi="Arial" w:cs="Arial"/>
          <w:color w:val="26313F"/>
          <w:sz w:val="21"/>
          <w:lang w:val="ru-RU"/>
        </w:rPr>
        <w:t xml:space="preserve"> (дата обращения: 02.09.2026).</w:t>
      </w:r>
    </w:p>
    <w:p w:rsidR="00E2736D" w:rsidRPr="00DD792D" w:rsidRDefault="00E2736D">
      <w:pPr>
        <w:rPr>
          <w:rFonts w:ascii="Times New Roman" w:hAnsi="Times New Roman" w:cs="Times New Roman"/>
          <w:lang w:val="ru-RU"/>
        </w:rPr>
      </w:pPr>
    </w:p>
    <w:p w:rsidR="00E2736D" w:rsidRPr="00DD792D" w:rsidRDefault="00E2736D">
      <w:pPr>
        <w:spacing w:after="20"/>
        <w:rPr>
          <w:rFonts w:ascii="Times New Roman" w:hAnsi="Times New Roman" w:cs="Times New Roman"/>
          <w:lang w:val="ru-RU"/>
        </w:rPr>
      </w:pPr>
    </w:p>
    <w:sectPr w:rsidR="00E2736D" w:rsidRPr="00DD792D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968" w:rsidRDefault="00416968">
      <w:pPr>
        <w:spacing w:after="0" w:line="240" w:lineRule="auto"/>
      </w:pPr>
      <w:r>
        <w:separator/>
      </w:r>
    </w:p>
  </w:endnote>
  <w:endnote w:type="continuationSeparator" w:id="0">
    <w:p w:rsidR="00416968" w:rsidRDefault="0041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Helvetica Neu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36D" w:rsidRDefault="00195FC2">
    <w:pPr>
      <w:pStyle w:val="a6"/>
      <w:jc w:val="right"/>
    </w:pPr>
    <w:r>
      <w:rPr>
        <w:color w:val="5C6977"/>
        <w:sz w:val="17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CD2D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968" w:rsidRDefault="00416968">
      <w:pPr>
        <w:spacing w:after="0" w:line="240" w:lineRule="auto"/>
      </w:pPr>
      <w:r>
        <w:separator/>
      </w:r>
    </w:p>
  </w:footnote>
  <w:footnote w:type="continuationSeparator" w:id="0">
    <w:p w:rsidR="00416968" w:rsidRDefault="0041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36D" w:rsidRPr="007F7952" w:rsidRDefault="007F7952">
    <w:pPr>
      <w:pStyle w:val="a4"/>
      <w:jc w:val="right"/>
      <w:rPr>
        <w:lang w:val="kk-KZ"/>
      </w:rPr>
    </w:pPr>
    <w:r>
      <w:rPr>
        <w:color w:val="5C6977"/>
        <w:sz w:val="17"/>
        <w:lang w:val="ru-RU"/>
      </w:rPr>
      <w:t xml:space="preserve">МООК </w:t>
    </w:r>
    <w:r w:rsidR="00195FC2" w:rsidRPr="00CD2D17">
      <w:rPr>
        <w:color w:val="5C6977"/>
        <w:sz w:val="17"/>
        <w:lang w:val="ru-RU"/>
      </w:rPr>
      <w:t>«Временные формы глагола в казахском языке»</w:t>
    </w:r>
    <w:r>
      <w:rPr>
        <w:color w:val="5C6977"/>
        <w:sz w:val="17"/>
        <w:lang w:val="ru-RU"/>
      </w:rPr>
      <w:t xml:space="preserve">/Модуль 1. </w:t>
    </w:r>
    <w:proofErr w:type="spellStart"/>
    <w:r>
      <w:rPr>
        <w:color w:val="5C6977"/>
        <w:sz w:val="17"/>
        <w:lang w:val="ru-RU"/>
      </w:rPr>
      <w:t>Ауыспалы</w:t>
    </w:r>
    <w:proofErr w:type="spellEnd"/>
    <w:r>
      <w:rPr>
        <w:color w:val="5C6977"/>
        <w:sz w:val="17"/>
        <w:lang w:val="ru-RU"/>
      </w:rPr>
      <w:t xml:space="preserve"> осы </w:t>
    </w:r>
    <w:proofErr w:type="spellStart"/>
    <w:r>
      <w:rPr>
        <w:color w:val="5C6977"/>
        <w:sz w:val="17"/>
        <w:lang w:val="ru-RU"/>
      </w:rPr>
      <w:t>шақ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743535"/>
    <w:multiLevelType w:val="singleLevel"/>
    <w:tmpl w:val="01B619C6"/>
    <w:lvl w:ilvl="0">
      <w:start w:val="1"/>
      <w:numFmt w:val="decimal"/>
      <w:pStyle w:val="a"/>
      <w:suff w:val="space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1020404C"/>
    <w:multiLevelType w:val="singleLevel"/>
    <w:tmpl w:val="ECB21060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</w:pPr>
    </w:lvl>
  </w:abstractNum>
  <w:abstractNum w:abstractNumId="11" w15:restartNumberingAfterBreak="0">
    <w:nsid w:val="438F7D32"/>
    <w:multiLevelType w:val="singleLevel"/>
    <w:tmpl w:val="5D5E5A26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0"/>
      </w:pPr>
    </w:lvl>
  </w:abstractNum>
  <w:num w:numId="1">
    <w:abstractNumId w:val="11"/>
  </w:num>
  <w:num w:numId="2">
    <w:abstractNumId w:val="11"/>
    <w:lvlOverride w:ilvl="0">
      <w:startOverride w:val="1"/>
    </w:lvlOverride>
  </w:num>
  <w:num w:numId="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FA0"/>
    <w:rsid w:val="001139B4"/>
    <w:rsid w:val="0015074B"/>
    <w:rsid w:val="00195FC2"/>
    <w:rsid w:val="0029639D"/>
    <w:rsid w:val="00326F90"/>
    <w:rsid w:val="00416968"/>
    <w:rsid w:val="007F7952"/>
    <w:rsid w:val="009073E4"/>
    <w:rsid w:val="00A55659"/>
    <w:rsid w:val="00AA1D8D"/>
    <w:rsid w:val="00B47730"/>
    <w:rsid w:val="00CB0664"/>
    <w:rsid w:val="00CD2D17"/>
    <w:rsid w:val="00DD792D"/>
    <w:rsid w:val="00E273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FA7B7"/>
  <w14:defaultImageDpi w14:val="300"/>
  <w15:docId w15:val="{08072910-484A-4EA9-ABA0-68C79E26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19222E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le.kz/kz/rule?id=27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451A35-EDC7-4FD9-8958-88997BE38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7</Pages>
  <Words>1257</Words>
  <Characters>7165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Материалы для самостоятельного изучения: Ауыспалы осы шақ</vt:lpstr>
      <vt:lpstr/>
    </vt:vector>
  </TitlesOfParts>
  <Manager/>
  <Company/>
  <LinksUpToDate>false</LinksUpToDate>
  <CharactersWithSpaces>8406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 для самостоятельного изучения: Ауыспалы осы шақ</dc:title>
  <dc:subject>Онлайн-курс «Временные формы глагола в казахском языке»</dc:subject>
  <dc:creator>Альфия Омурзакова</dc:creator>
  <cp:keywords>казахский язык, ауыспалы осы шақ, A2, МООК</cp:keywords>
  <dc:description>generated by python-docx</dc:description>
  <cp:lastModifiedBy>Альфия Омурзакова</cp:lastModifiedBy>
  <cp:revision>4</cp:revision>
  <dcterms:created xsi:type="dcterms:W3CDTF">2026-09-02T08:33:00Z</dcterms:created>
  <dcterms:modified xsi:type="dcterms:W3CDTF">2026-09-09T14:47:00Z</dcterms:modified>
  <cp:category/>
</cp:coreProperties>
</file>