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5930" w:rsidRPr="00055930" w:rsidRDefault="00055930">
      <w:pPr>
        <w:spacing w:before="280" w:after="80" w:line="254" w:lineRule="auto"/>
        <w:rPr>
          <w:rFonts w:ascii="Times New Roman" w:hAnsi="Times New Roman" w:cs="Times New Roman"/>
          <w:b/>
          <w:color w:val="2B8582"/>
          <w:sz w:val="19"/>
          <w:lang w:val="ru-RU"/>
        </w:rPr>
      </w:pPr>
    </w:p>
    <w:p w:rsidR="00055930" w:rsidRPr="00055930" w:rsidRDefault="00055930">
      <w:pPr>
        <w:spacing w:before="280" w:after="80" w:line="254" w:lineRule="auto"/>
        <w:rPr>
          <w:rFonts w:ascii="Times New Roman" w:hAnsi="Times New Roman" w:cs="Times New Roman"/>
          <w:b/>
          <w:color w:val="2B8582"/>
          <w:sz w:val="19"/>
          <w:lang w:val="ru-RU"/>
        </w:rPr>
      </w:pPr>
    </w:p>
    <w:p w:rsidR="00055930" w:rsidRPr="00055930" w:rsidRDefault="00055930">
      <w:pPr>
        <w:spacing w:before="280" w:after="80" w:line="254" w:lineRule="auto"/>
        <w:rPr>
          <w:rFonts w:ascii="Times New Roman" w:hAnsi="Times New Roman" w:cs="Times New Roman"/>
          <w:b/>
          <w:color w:val="2B8582"/>
          <w:sz w:val="19"/>
          <w:lang w:val="ru-RU"/>
        </w:rPr>
      </w:pPr>
    </w:p>
    <w:p w:rsidR="00055930" w:rsidRPr="00055930" w:rsidRDefault="00055930" w:rsidP="00055930">
      <w:pPr>
        <w:spacing w:before="1520" w:after="320"/>
        <w:jc w:val="center"/>
        <w:rPr>
          <w:rFonts w:ascii="Times New Roman" w:hAnsi="Times New Roman" w:cs="Times New Roman"/>
          <w:lang w:val="ru-RU"/>
        </w:rPr>
      </w:pPr>
      <w:r w:rsidRPr="00055930">
        <w:rPr>
          <w:rFonts w:ascii="Times New Roman" w:hAnsi="Times New Roman" w:cs="Times New Roman"/>
          <w:b/>
          <w:color w:val="2E74B5"/>
          <w:lang w:val="ru-RU"/>
        </w:rPr>
        <w:t>МАТЕРИАЛЫ ДЛЯ САМОСТОЯТЕЛЬНОГО ИЗУЧЕНИЯ</w:t>
      </w:r>
    </w:p>
    <w:p w:rsidR="00055930" w:rsidRPr="00055930" w:rsidRDefault="00055930" w:rsidP="00055930">
      <w:pPr>
        <w:spacing w:after="160"/>
        <w:jc w:val="center"/>
        <w:rPr>
          <w:rFonts w:ascii="Times New Roman" w:hAnsi="Times New Roman" w:cs="Times New Roman"/>
          <w:lang w:val="ru-RU"/>
        </w:rPr>
      </w:pPr>
      <w:r w:rsidRPr="00055930">
        <w:rPr>
          <w:rFonts w:ascii="Times New Roman" w:hAnsi="Times New Roman" w:cs="Times New Roman"/>
          <w:b/>
          <w:color w:val="1F4D78"/>
          <w:sz w:val="56"/>
          <w:lang w:val="ru-RU"/>
        </w:rPr>
        <w:t>НАҚ ОСЫ ШАҚ</w:t>
      </w:r>
    </w:p>
    <w:p w:rsidR="00055930" w:rsidRPr="00055930" w:rsidRDefault="00055930" w:rsidP="00055930">
      <w:pPr>
        <w:spacing w:after="760"/>
        <w:jc w:val="center"/>
        <w:rPr>
          <w:rFonts w:ascii="Times New Roman" w:hAnsi="Times New Roman" w:cs="Times New Roman"/>
          <w:lang w:val="ru-RU"/>
        </w:rPr>
      </w:pPr>
      <w:r w:rsidRPr="00055930">
        <w:rPr>
          <w:rFonts w:ascii="Times New Roman" w:hAnsi="Times New Roman" w:cs="Times New Roman"/>
          <w:i/>
          <w:color w:val="5C6977"/>
          <w:sz w:val="28"/>
          <w:lang w:val="ru-RU"/>
        </w:rPr>
        <w:t>Значение, маркеры, модель образования и употребление</w:t>
      </w:r>
    </w:p>
    <w:tbl>
      <w:tblPr>
        <w:tblStyle w:val="aff0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055930" w:rsidRPr="008150B1" w:rsidTr="009A1F9D">
        <w:tc>
          <w:tcPr>
            <w:tcW w:w="9360" w:type="dxa"/>
            <w:shd w:val="clear" w:color="auto" w:fill="F4F6F9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055930" w:rsidRPr="00055930" w:rsidRDefault="00055930" w:rsidP="00055930">
            <w:pPr>
              <w:spacing w:line="276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055930">
              <w:rPr>
                <w:rFonts w:ascii="Times New Roman" w:hAnsi="Times New Roman" w:cs="Times New Roman"/>
                <w:b/>
                <w:color w:val="1F4D78"/>
                <w:lang w:val="ru-RU"/>
              </w:rPr>
              <w:t xml:space="preserve">ЦЕЛЬ </w:t>
            </w:r>
            <w:proofErr w:type="gramStart"/>
            <w:r w:rsidRPr="00055930">
              <w:rPr>
                <w:rFonts w:ascii="Times New Roman" w:hAnsi="Times New Roman" w:cs="Times New Roman"/>
                <w:b/>
                <w:color w:val="1F4D78"/>
                <w:lang w:val="ru-RU"/>
              </w:rPr>
              <w:t xml:space="preserve">МАТЕРИАЛА  </w:t>
            </w:r>
            <w:r w:rsidRPr="00055930">
              <w:rPr>
                <w:rFonts w:ascii="Times New Roman" w:hAnsi="Times New Roman" w:cs="Times New Roman"/>
                <w:sz w:val="21"/>
                <w:lang w:val="ru-RU"/>
              </w:rPr>
              <w:t>Научиться</w:t>
            </w:r>
            <w:proofErr w:type="gramEnd"/>
            <w:r w:rsidRPr="00055930">
              <w:rPr>
                <w:rFonts w:ascii="Times New Roman" w:hAnsi="Times New Roman" w:cs="Times New Roman"/>
                <w:sz w:val="21"/>
                <w:lang w:val="ru-RU"/>
              </w:rPr>
              <w:t xml:space="preserve"> выбирать и строить формы </w:t>
            </w:r>
            <w:proofErr w:type="spellStart"/>
            <w:r w:rsidRPr="00055930">
              <w:rPr>
                <w:rFonts w:ascii="Times New Roman" w:hAnsi="Times New Roman" w:cs="Times New Roman"/>
                <w:sz w:val="21"/>
                <w:lang w:val="ru-RU"/>
              </w:rPr>
              <w:t>нақ</w:t>
            </w:r>
            <w:proofErr w:type="spellEnd"/>
            <w:r w:rsidRPr="00055930">
              <w:rPr>
                <w:rFonts w:ascii="Times New Roman" w:hAnsi="Times New Roman" w:cs="Times New Roman"/>
                <w:sz w:val="21"/>
                <w:lang w:val="ru-RU"/>
              </w:rPr>
              <w:t xml:space="preserve"> осы </w:t>
            </w:r>
            <w:proofErr w:type="spellStart"/>
            <w:r w:rsidRPr="00055930">
              <w:rPr>
                <w:rFonts w:ascii="Times New Roman" w:hAnsi="Times New Roman" w:cs="Times New Roman"/>
                <w:sz w:val="21"/>
                <w:lang w:val="ru-RU"/>
              </w:rPr>
              <w:t>шақ</w:t>
            </w:r>
            <w:proofErr w:type="spellEnd"/>
            <w:r w:rsidRPr="00055930">
              <w:rPr>
                <w:rFonts w:ascii="Times New Roman" w:hAnsi="Times New Roman" w:cs="Times New Roman"/>
                <w:sz w:val="21"/>
                <w:lang w:val="ru-RU"/>
              </w:rPr>
              <w:t xml:space="preserve"> в зависимости от значения действия, положения участника и направления движения.</w:t>
            </w:r>
          </w:p>
        </w:tc>
      </w:tr>
    </w:tbl>
    <w:p w:rsidR="00055930" w:rsidRPr="00055930" w:rsidRDefault="00055930" w:rsidP="00055930">
      <w:pPr>
        <w:spacing w:after="20"/>
        <w:rPr>
          <w:rFonts w:ascii="Times New Roman" w:hAnsi="Times New Roman" w:cs="Times New Roman"/>
          <w:lang w:val="ru-RU"/>
        </w:rPr>
      </w:pPr>
    </w:p>
    <w:p w:rsidR="00055930" w:rsidRPr="00055930" w:rsidRDefault="00055930" w:rsidP="00055930">
      <w:pPr>
        <w:spacing w:before="1240"/>
        <w:jc w:val="center"/>
        <w:rPr>
          <w:rFonts w:ascii="Times New Roman" w:hAnsi="Times New Roman" w:cs="Times New Roman"/>
          <w:lang w:val="ru-RU"/>
        </w:rPr>
      </w:pPr>
      <w:r w:rsidRPr="00055930">
        <w:rPr>
          <w:rFonts w:ascii="Times New Roman" w:hAnsi="Times New Roman" w:cs="Times New Roman"/>
          <w:color w:val="5C6977"/>
          <w:sz w:val="21"/>
          <w:lang w:val="ru-RU"/>
        </w:rPr>
        <w:t xml:space="preserve">Уровень </w:t>
      </w:r>
      <w:r w:rsidRPr="00055930">
        <w:rPr>
          <w:rFonts w:ascii="Times New Roman" w:hAnsi="Times New Roman" w:cs="Times New Roman"/>
          <w:color w:val="5C6977"/>
          <w:sz w:val="21"/>
        </w:rPr>
        <w:t>A</w:t>
      </w:r>
      <w:proofErr w:type="gramStart"/>
      <w:r w:rsidRPr="00055930">
        <w:rPr>
          <w:rFonts w:ascii="Times New Roman" w:hAnsi="Times New Roman" w:cs="Times New Roman"/>
          <w:color w:val="5C6977"/>
          <w:sz w:val="21"/>
          <w:lang w:val="ru-RU"/>
        </w:rPr>
        <w:t>2  |</w:t>
      </w:r>
      <w:proofErr w:type="gramEnd"/>
      <w:r w:rsidRPr="00055930">
        <w:rPr>
          <w:rFonts w:ascii="Times New Roman" w:hAnsi="Times New Roman" w:cs="Times New Roman"/>
          <w:color w:val="5C6977"/>
          <w:sz w:val="21"/>
          <w:lang w:val="ru-RU"/>
        </w:rPr>
        <w:t xml:space="preserve">  Учебный комплект к онлайн-курсу</w:t>
      </w:r>
    </w:p>
    <w:p w:rsidR="00055930" w:rsidRPr="00055930" w:rsidRDefault="00055930" w:rsidP="00055930">
      <w:pPr>
        <w:rPr>
          <w:rFonts w:ascii="Times New Roman" w:hAnsi="Times New Roman" w:cs="Times New Roman"/>
          <w:lang w:val="ru-RU"/>
        </w:rPr>
      </w:pPr>
      <w:r w:rsidRPr="00055930">
        <w:rPr>
          <w:rFonts w:ascii="Times New Roman" w:hAnsi="Times New Roman" w:cs="Times New Roman"/>
          <w:lang w:val="ru-RU"/>
        </w:rPr>
        <w:br w:type="page"/>
      </w:r>
    </w:p>
    <w:p w:rsidR="008B28CD" w:rsidRPr="008150B1" w:rsidRDefault="008B28CD" w:rsidP="00055930">
      <w:pPr>
        <w:pStyle w:val="a0"/>
        <w:numPr>
          <w:ilvl w:val="0"/>
          <w:numId w:val="0"/>
        </w:numPr>
        <w:spacing w:after="50" w:line="250" w:lineRule="auto"/>
        <w:ind w:left="360" w:hanging="360"/>
        <w:rPr>
          <w:rFonts w:ascii="Times New Roman" w:hAnsi="Times New Roman" w:cs="Times New Roman"/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8B28CD" w:rsidRPr="008150B1" w:rsidTr="00055930">
        <w:trPr>
          <w:jc w:val="center"/>
        </w:trPr>
        <w:tc>
          <w:tcPr>
            <w:tcW w:w="10080" w:type="dxa"/>
            <w:tcBorders>
              <w:top w:val="single" w:sz="9" w:space="0" w:color="2B8582"/>
              <w:left w:val="single" w:sz="9" w:space="0" w:color="2B8582"/>
              <w:bottom w:val="single" w:sz="9" w:space="0" w:color="2B8582"/>
              <w:right w:val="single" w:sz="9" w:space="0" w:color="2B8582"/>
            </w:tcBorders>
            <w:shd w:val="clear" w:color="auto" w:fill="FFC000"/>
            <w:tcMar>
              <w:top w:w="110" w:type="dxa"/>
              <w:left w:w="150" w:type="dxa"/>
              <w:bottom w:w="110" w:type="dxa"/>
              <w:right w:w="150" w:type="dxa"/>
            </w:tcMar>
          </w:tcPr>
          <w:p w:rsidR="008B28CD" w:rsidRPr="00055930" w:rsidRDefault="00D41B48">
            <w:pPr>
              <w:spacing w:after="0" w:line="250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055930">
              <w:rPr>
                <w:rFonts w:ascii="Times New Roman" w:hAnsi="Times New Roman" w:cs="Times New Roman"/>
                <w:b/>
                <w:color w:val="2B8582"/>
                <w:sz w:val="17"/>
                <w:lang w:val="ru-RU"/>
              </w:rPr>
              <w:t xml:space="preserve">НАБЛЮДЕНИЕ  </w:t>
            </w:r>
            <w:r w:rsidRPr="00055930">
              <w:rPr>
                <w:rFonts w:ascii="Times New Roman" w:hAnsi="Times New Roman" w:cs="Times New Roman"/>
                <w:lang w:val="ru-RU"/>
              </w:rPr>
              <w:t>Сравните</w:t>
            </w:r>
            <w:proofErr w:type="gramEnd"/>
            <w:r w:rsidRPr="00055930">
              <w:rPr>
                <w:rFonts w:ascii="Times New Roman" w:hAnsi="Times New Roman" w:cs="Times New Roman"/>
                <w:lang w:val="ru-RU"/>
              </w:rPr>
              <w:t>: «</w:t>
            </w:r>
            <w:proofErr w:type="spellStart"/>
            <w:r w:rsidRPr="00055930">
              <w:rPr>
                <w:rFonts w:ascii="Times New Roman" w:hAnsi="Times New Roman" w:cs="Times New Roman"/>
                <w:lang w:val="ru-RU"/>
              </w:rPr>
              <w:t>Мұғалім</w:t>
            </w:r>
            <w:proofErr w:type="spellEnd"/>
            <w:r w:rsidRPr="0005593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lang w:val="ru-RU"/>
              </w:rPr>
              <w:t>тұр</w:t>
            </w:r>
            <w:proofErr w:type="spellEnd"/>
            <w:r w:rsidRPr="00055930">
              <w:rPr>
                <w:rFonts w:ascii="Times New Roman" w:hAnsi="Times New Roman" w:cs="Times New Roman"/>
                <w:lang w:val="ru-RU"/>
              </w:rPr>
              <w:t>» и «</w:t>
            </w:r>
            <w:proofErr w:type="spellStart"/>
            <w:r w:rsidRPr="00055930">
              <w:rPr>
                <w:rFonts w:ascii="Times New Roman" w:hAnsi="Times New Roman" w:cs="Times New Roman"/>
                <w:lang w:val="ru-RU"/>
              </w:rPr>
              <w:t>Мұғалім</w:t>
            </w:r>
            <w:proofErr w:type="spellEnd"/>
            <w:r w:rsidRPr="0005593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lang w:val="ru-RU"/>
              </w:rPr>
              <w:t>түсіндіріп</w:t>
            </w:r>
            <w:proofErr w:type="spellEnd"/>
            <w:r w:rsidRPr="0005593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lang w:val="ru-RU"/>
              </w:rPr>
              <w:t>тұр</w:t>
            </w:r>
            <w:proofErr w:type="spellEnd"/>
            <w:r w:rsidRPr="00055930">
              <w:rPr>
                <w:rFonts w:ascii="Times New Roman" w:hAnsi="Times New Roman" w:cs="Times New Roman"/>
                <w:lang w:val="ru-RU"/>
              </w:rPr>
              <w:t xml:space="preserve">». Определите, где </w:t>
            </w:r>
            <w:proofErr w:type="spellStart"/>
            <w:r w:rsidRPr="00055930">
              <w:rPr>
                <w:rFonts w:ascii="Times New Roman" w:hAnsi="Times New Roman" w:cs="Times New Roman"/>
                <w:b/>
                <w:color w:val="243B6B"/>
                <w:lang w:val="ru-RU"/>
              </w:rPr>
              <w:t>тұр</w:t>
            </w:r>
            <w:proofErr w:type="spellEnd"/>
            <w:r w:rsidRPr="00055930">
              <w:rPr>
                <w:rFonts w:ascii="Times New Roman" w:hAnsi="Times New Roman" w:cs="Times New Roman"/>
                <w:lang w:val="ru-RU"/>
              </w:rPr>
              <w:t xml:space="preserve"> сохраняет значение положения, а где помогает показать процесс.</w:t>
            </w:r>
          </w:p>
        </w:tc>
      </w:tr>
    </w:tbl>
    <w:p w:rsidR="00055930" w:rsidRDefault="00055930" w:rsidP="00055930">
      <w:pPr>
        <w:rPr>
          <w:rFonts w:ascii="Times New Roman" w:hAnsi="Times New Roman" w:cs="Times New Roman"/>
          <w:lang w:val="ru-RU"/>
        </w:rPr>
      </w:pPr>
    </w:p>
    <w:p w:rsidR="008B28CD" w:rsidRPr="00055930" w:rsidRDefault="00D41B48" w:rsidP="00055930">
      <w:pPr>
        <w:rPr>
          <w:rFonts w:ascii="Times New Roman" w:hAnsi="Times New Roman" w:cs="Times New Roman"/>
          <w:b/>
          <w:color w:val="0070C0"/>
          <w:sz w:val="28"/>
          <w:szCs w:val="28"/>
          <w:lang w:val="ru-RU"/>
        </w:rPr>
      </w:pPr>
      <w:r w:rsidRPr="00055930">
        <w:rPr>
          <w:rFonts w:ascii="Times New Roman" w:hAnsi="Times New Roman" w:cs="Times New Roman"/>
          <w:b/>
          <w:color w:val="0070C0"/>
          <w:sz w:val="28"/>
          <w:szCs w:val="28"/>
          <w:lang w:val="ru-RU"/>
        </w:rPr>
        <w:t xml:space="preserve">Статья «Простая и сложная формы </w:t>
      </w:r>
      <w:proofErr w:type="spellStart"/>
      <w:r w:rsidRPr="00055930">
        <w:rPr>
          <w:rFonts w:ascii="Times New Roman" w:hAnsi="Times New Roman" w:cs="Times New Roman"/>
          <w:b/>
          <w:color w:val="0070C0"/>
          <w:sz w:val="28"/>
          <w:szCs w:val="28"/>
          <w:lang w:val="ru-RU"/>
        </w:rPr>
        <w:t>нақ</w:t>
      </w:r>
      <w:proofErr w:type="spellEnd"/>
      <w:r w:rsidRPr="00055930">
        <w:rPr>
          <w:rFonts w:ascii="Times New Roman" w:hAnsi="Times New Roman" w:cs="Times New Roman"/>
          <w:b/>
          <w:color w:val="0070C0"/>
          <w:sz w:val="28"/>
          <w:szCs w:val="28"/>
          <w:lang w:val="ru-RU"/>
        </w:rPr>
        <w:t xml:space="preserve"> осы </w:t>
      </w:r>
      <w:proofErr w:type="spellStart"/>
      <w:r w:rsidRPr="00055930">
        <w:rPr>
          <w:rFonts w:ascii="Times New Roman" w:hAnsi="Times New Roman" w:cs="Times New Roman"/>
          <w:b/>
          <w:color w:val="0070C0"/>
          <w:sz w:val="28"/>
          <w:szCs w:val="28"/>
          <w:lang w:val="ru-RU"/>
        </w:rPr>
        <w:t>шақ</w:t>
      </w:r>
      <w:proofErr w:type="spellEnd"/>
      <w:r w:rsidRPr="00055930">
        <w:rPr>
          <w:rFonts w:ascii="Times New Roman" w:hAnsi="Times New Roman" w:cs="Times New Roman"/>
          <w:b/>
          <w:color w:val="0070C0"/>
          <w:sz w:val="28"/>
          <w:szCs w:val="28"/>
          <w:lang w:val="ru-RU"/>
        </w:rPr>
        <w:t>»</w:t>
      </w:r>
    </w:p>
    <w:p w:rsidR="008B28CD" w:rsidRPr="00055930" w:rsidRDefault="00D41B48">
      <w:pPr>
        <w:pStyle w:val="21"/>
        <w:rPr>
          <w:rFonts w:ascii="Times New Roman" w:hAnsi="Times New Roman" w:cs="Times New Roman"/>
          <w:sz w:val="24"/>
          <w:szCs w:val="24"/>
          <w:lang w:val="ru-RU"/>
        </w:rPr>
      </w:pPr>
      <w:r w:rsidRPr="00055930">
        <w:rPr>
          <w:rFonts w:ascii="Times New Roman" w:hAnsi="Times New Roman" w:cs="Times New Roman"/>
          <w:sz w:val="24"/>
          <w:szCs w:val="24"/>
          <w:lang w:val="ru-RU"/>
        </w:rPr>
        <w:t xml:space="preserve">1. Что обозначает </w:t>
      </w:r>
      <w:proofErr w:type="spellStart"/>
      <w:r w:rsidRPr="00055930">
        <w:rPr>
          <w:rFonts w:ascii="Times New Roman" w:hAnsi="Times New Roman" w:cs="Times New Roman"/>
          <w:sz w:val="24"/>
          <w:szCs w:val="24"/>
          <w:lang w:val="ru-RU"/>
        </w:rPr>
        <w:t>нақ</w:t>
      </w:r>
      <w:proofErr w:type="spellEnd"/>
      <w:r w:rsidRPr="00055930">
        <w:rPr>
          <w:rFonts w:ascii="Times New Roman" w:hAnsi="Times New Roman" w:cs="Times New Roman"/>
          <w:sz w:val="24"/>
          <w:szCs w:val="24"/>
          <w:lang w:val="ru-RU"/>
        </w:rPr>
        <w:t xml:space="preserve"> осы </w:t>
      </w:r>
      <w:proofErr w:type="spellStart"/>
      <w:r w:rsidRPr="00055930">
        <w:rPr>
          <w:rFonts w:ascii="Times New Roman" w:hAnsi="Times New Roman" w:cs="Times New Roman"/>
          <w:sz w:val="24"/>
          <w:szCs w:val="24"/>
          <w:lang w:val="ru-RU"/>
        </w:rPr>
        <w:t>шақ</w:t>
      </w:r>
      <w:proofErr w:type="spellEnd"/>
    </w:p>
    <w:p w:rsidR="008B28CD" w:rsidRDefault="00D41B48">
      <w:pPr>
        <w:spacing w:after="100" w:line="259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  <w:proofErr w:type="spellStart"/>
      <w:r w:rsidRPr="00055930">
        <w:rPr>
          <w:rFonts w:ascii="Times New Roman" w:hAnsi="Times New Roman" w:cs="Times New Roman"/>
          <w:sz w:val="24"/>
          <w:szCs w:val="24"/>
          <w:lang w:val="ru-RU"/>
        </w:rPr>
        <w:t>Нақ</w:t>
      </w:r>
      <w:proofErr w:type="spellEnd"/>
      <w:r w:rsidRPr="00055930">
        <w:rPr>
          <w:rFonts w:ascii="Times New Roman" w:hAnsi="Times New Roman" w:cs="Times New Roman"/>
          <w:sz w:val="24"/>
          <w:szCs w:val="24"/>
          <w:lang w:val="ru-RU"/>
        </w:rPr>
        <w:t xml:space="preserve"> осы </w:t>
      </w:r>
      <w:proofErr w:type="spellStart"/>
      <w:r w:rsidRPr="00055930">
        <w:rPr>
          <w:rFonts w:ascii="Times New Roman" w:hAnsi="Times New Roman" w:cs="Times New Roman"/>
          <w:sz w:val="24"/>
          <w:szCs w:val="24"/>
          <w:lang w:val="ru-RU"/>
        </w:rPr>
        <w:t>шақ</w:t>
      </w:r>
      <w:proofErr w:type="spellEnd"/>
      <w:r w:rsidRPr="00055930">
        <w:rPr>
          <w:rFonts w:ascii="Times New Roman" w:hAnsi="Times New Roman" w:cs="Times New Roman"/>
          <w:sz w:val="24"/>
          <w:szCs w:val="24"/>
          <w:lang w:val="ru-RU"/>
        </w:rPr>
        <w:t xml:space="preserve"> обозначает действие или состояние, которое происходит непосредственно сейчас и воспринимается как актуальное в момент речи. На это часто указывают слова </w:t>
      </w:r>
      <w:proofErr w:type="spellStart"/>
      <w:r w:rsidRPr="00055930">
        <w:rPr>
          <w:rFonts w:ascii="Times New Roman" w:hAnsi="Times New Roman" w:cs="Times New Roman"/>
          <w:i/>
          <w:sz w:val="24"/>
          <w:szCs w:val="24"/>
          <w:lang w:val="ru-RU"/>
        </w:rPr>
        <w:t>қазір</w:t>
      </w:r>
      <w:proofErr w:type="spellEnd"/>
      <w:r w:rsidRPr="00055930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proofErr w:type="spellStart"/>
      <w:r w:rsidRPr="00055930">
        <w:rPr>
          <w:rFonts w:ascii="Times New Roman" w:hAnsi="Times New Roman" w:cs="Times New Roman"/>
          <w:i/>
          <w:sz w:val="24"/>
          <w:szCs w:val="24"/>
          <w:lang w:val="ru-RU"/>
        </w:rPr>
        <w:t>дәл</w:t>
      </w:r>
      <w:proofErr w:type="spellEnd"/>
      <w:r w:rsidRPr="00055930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055930">
        <w:rPr>
          <w:rFonts w:ascii="Times New Roman" w:hAnsi="Times New Roman" w:cs="Times New Roman"/>
          <w:i/>
          <w:sz w:val="24"/>
          <w:szCs w:val="24"/>
          <w:lang w:val="ru-RU"/>
        </w:rPr>
        <w:t>қазір</w:t>
      </w:r>
      <w:proofErr w:type="spellEnd"/>
      <w:r w:rsidRPr="00055930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proofErr w:type="spellStart"/>
      <w:r w:rsidRPr="00055930">
        <w:rPr>
          <w:rFonts w:ascii="Times New Roman" w:hAnsi="Times New Roman" w:cs="Times New Roman"/>
          <w:i/>
          <w:sz w:val="24"/>
          <w:szCs w:val="24"/>
          <w:lang w:val="ru-RU"/>
        </w:rPr>
        <w:t>қазіргі</w:t>
      </w:r>
      <w:proofErr w:type="spellEnd"/>
      <w:r w:rsidRPr="00055930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055930">
        <w:rPr>
          <w:rFonts w:ascii="Times New Roman" w:hAnsi="Times New Roman" w:cs="Times New Roman"/>
          <w:i/>
          <w:sz w:val="24"/>
          <w:szCs w:val="24"/>
          <w:lang w:val="ru-RU"/>
        </w:rPr>
        <w:t>сәтте</w:t>
      </w:r>
      <w:proofErr w:type="spellEnd"/>
      <w:r w:rsidRPr="00055930">
        <w:rPr>
          <w:rFonts w:ascii="Times New Roman" w:hAnsi="Times New Roman" w:cs="Times New Roman"/>
          <w:i/>
          <w:sz w:val="24"/>
          <w:szCs w:val="24"/>
          <w:lang w:val="ru-RU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8B28CD" w:rsidRPr="008150B1">
        <w:trPr>
          <w:jc w:val="center"/>
        </w:trPr>
        <w:tc>
          <w:tcPr>
            <w:tcW w:w="10080" w:type="dxa"/>
            <w:tcBorders>
              <w:top w:val="single" w:sz="9" w:space="0" w:color="536FA8"/>
              <w:left w:val="single" w:sz="9" w:space="0" w:color="536FA8"/>
              <w:bottom w:val="single" w:sz="9" w:space="0" w:color="536FA8"/>
              <w:right w:val="single" w:sz="9" w:space="0" w:color="536FA8"/>
            </w:tcBorders>
            <w:shd w:val="clear" w:color="auto" w:fill="EEF3FA"/>
            <w:tcMar>
              <w:top w:w="110" w:type="dxa"/>
              <w:left w:w="150" w:type="dxa"/>
              <w:bottom w:w="110" w:type="dxa"/>
              <w:right w:w="150" w:type="dxa"/>
            </w:tcMar>
          </w:tcPr>
          <w:p w:rsidR="008B28CD" w:rsidRPr="00055930" w:rsidRDefault="00D41B48">
            <w:pPr>
              <w:spacing w:after="0" w:line="250" w:lineRule="auto"/>
              <w:rPr>
                <w:rFonts w:ascii="Times New Roman" w:hAnsi="Times New Roman" w:cs="Times New Roman"/>
                <w:lang w:val="ru-RU"/>
              </w:rPr>
            </w:pPr>
            <w:r w:rsidRPr="00055930">
              <w:rPr>
                <w:rFonts w:ascii="Times New Roman" w:hAnsi="Times New Roman" w:cs="Times New Roman"/>
                <w:b/>
                <w:color w:val="536FA8"/>
                <w:sz w:val="17"/>
                <w:lang w:val="ru-RU"/>
              </w:rPr>
              <w:t xml:space="preserve">ГЛАВНЫЙ </w:t>
            </w:r>
            <w:proofErr w:type="gramStart"/>
            <w:r w:rsidRPr="00055930">
              <w:rPr>
                <w:rFonts w:ascii="Times New Roman" w:hAnsi="Times New Roman" w:cs="Times New Roman"/>
                <w:b/>
                <w:color w:val="536FA8"/>
                <w:sz w:val="17"/>
                <w:lang w:val="ru-RU"/>
              </w:rPr>
              <w:t xml:space="preserve">ВОПРОС  </w:t>
            </w:r>
            <w:r w:rsidRPr="00055930">
              <w:rPr>
                <w:rFonts w:ascii="Times New Roman" w:hAnsi="Times New Roman" w:cs="Times New Roman"/>
                <w:lang w:val="ru-RU"/>
              </w:rPr>
              <w:t>Что</w:t>
            </w:r>
            <w:proofErr w:type="gramEnd"/>
            <w:r w:rsidRPr="00055930">
              <w:rPr>
                <w:rFonts w:ascii="Times New Roman" w:hAnsi="Times New Roman" w:cs="Times New Roman"/>
                <w:lang w:val="ru-RU"/>
              </w:rPr>
              <w:t xml:space="preserve"> происходит </w:t>
            </w:r>
            <w:r w:rsidRPr="00055930">
              <w:rPr>
                <w:rFonts w:ascii="Times New Roman" w:hAnsi="Times New Roman" w:cs="Times New Roman"/>
                <w:b/>
                <w:color w:val="FF0000"/>
                <w:lang w:val="ru-RU"/>
              </w:rPr>
              <w:t>прямо сейчас</w:t>
            </w:r>
            <w:r w:rsidRPr="00055930">
              <w:rPr>
                <w:rFonts w:ascii="Times New Roman" w:hAnsi="Times New Roman" w:cs="Times New Roman"/>
                <w:lang w:val="ru-RU"/>
              </w:rPr>
              <w:t>?</w:t>
            </w:r>
          </w:p>
        </w:tc>
      </w:tr>
    </w:tbl>
    <w:p w:rsidR="008B28CD" w:rsidRPr="00055930" w:rsidRDefault="00D41B48">
      <w:pPr>
        <w:pStyle w:val="21"/>
        <w:rPr>
          <w:rFonts w:ascii="Times New Roman" w:hAnsi="Times New Roman" w:cs="Times New Roman"/>
        </w:rPr>
      </w:pPr>
      <w:r w:rsidRPr="00055930">
        <w:rPr>
          <w:rFonts w:ascii="Times New Roman" w:hAnsi="Times New Roman" w:cs="Times New Roman"/>
        </w:rPr>
        <w:t>2. Две формы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8B28CD" w:rsidRPr="00055930">
        <w:trPr>
          <w:cantSplit/>
          <w:tblHeader/>
          <w:jc w:val="center"/>
        </w:trPr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243B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B28CD" w:rsidRPr="00055930" w:rsidRDefault="00D41B48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Форма</w:t>
            </w:r>
          </w:p>
        </w:tc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243B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B28CD" w:rsidRPr="00055930" w:rsidRDefault="00D41B48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Модель</w:t>
            </w:r>
          </w:p>
        </w:tc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243B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B28CD" w:rsidRPr="00055930" w:rsidRDefault="00D41B48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Что выражает</w:t>
            </w:r>
          </w:p>
        </w:tc>
      </w:tr>
      <w:tr w:rsidR="008B28CD" w:rsidRPr="008150B1">
        <w:trPr>
          <w:cantSplit/>
          <w:jc w:val="center"/>
        </w:trPr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EE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sz w:val="18"/>
              </w:rPr>
              <w:t>Простая</w:t>
            </w:r>
          </w:p>
        </w:tc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EE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>отыр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 xml:space="preserve"> /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>тұр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 xml:space="preserve"> /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>жатыр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 xml:space="preserve"> /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>жүр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 xml:space="preserve"> + личное окончание</w:t>
            </w:r>
          </w:p>
        </w:tc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EE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>Положение или состояние, названное одним из четыр</w:t>
            </w:r>
            <w:r w:rsidR="00055930">
              <w:rPr>
                <w:rFonts w:ascii="Times New Roman" w:hAnsi="Times New Roman" w:cs="Times New Roman"/>
                <w:sz w:val="18"/>
                <w:lang w:val="ru-RU"/>
              </w:rPr>
              <w:t>е</w:t>
            </w:r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>х базовых глаголов.</w:t>
            </w:r>
          </w:p>
        </w:tc>
      </w:tr>
      <w:tr w:rsidR="008B28CD" w:rsidRPr="008150B1">
        <w:trPr>
          <w:cantSplit/>
          <w:jc w:val="center"/>
        </w:trPr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b/>
                <w:sz w:val="18"/>
              </w:rPr>
              <w:t>Сложная</w:t>
            </w:r>
            <w:proofErr w:type="spellEnd"/>
          </w:p>
        </w:tc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 xml:space="preserve">основной глагол + 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  <w:lang w:val="ru-RU"/>
              </w:rPr>
              <w:t>-</w:t>
            </w:r>
            <w:proofErr w:type="spellStart"/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  <w:lang w:val="ru-RU"/>
              </w:rPr>
              <w:t>ып</w:t>
            </w:r>
            <w:proofErr w:type="spellEnd"/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  <w:lang w:val="ru-RU"/>
              </w:rPr>
              <w:t>/-</w:t>
            </w:r>
            <w:proofErr w:type="spellStart"/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  <w:lang w:val="ru-RU"/>
              </w:rPr>
              <w:t>іп</w:t>
            </w:r>
            <w:proofErr w:type="spellEnd"/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  <w:lang w:val="ru-RU"/>
              </w:rPr>
              <w:t>/-п</w:t>
            </w:r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 xml:space="preserve"> +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>отыр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>/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>тұр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>/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>жатыр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>/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>жүр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 xml:space="preserve"> + окончание</w:t>
            </w:r>
          </w:p>
        </w:tc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>Конкретное действие в процессе: читать, писать, обсуждать, играть и т. д.</w:t>
            </w:r>
          </w:p>
        </w:tc>
      </w:tr>
    </w:tbl>
    <w:p w:rsidR="008B28CD" w:rsidRPr="00055930" w:rsidRDefault="00D41B48">
      <w:pPr>
        <w:pStyle w:val="21"/>
        <w:rPr>
          <w:rFonts w:ascii="Times New Roman" w:hAnsi="Times New Roman" w:cs="Times New Roman"/>
          <w:sz w:val="24"/>
          <w:szCs w:val="24"/>
          <w:lang w:val="ru-RU"/>
        </w:rPr>
      </w:pPr>
      <w:r w:rsidRPr="00055930">
        <w:rPr>
          <w:rFonts w:ascii="Times New Roman" w:hAnsi="Times New Roman" w:cs="Times New Roman"/>
          <w:sz w:val="24"/>
          <w:szCs w:val="24"/>
          <w:lang w:val="ru-RU"/>
        </w:rPr>
        <w:t>3. Простая форма</w:t>
      </w:r>
    </w:p>
    <w:p w:rsidR="008B28CD" w:rsidRPr="00055930" w:rsidRDefault="00D41B48">
      <w:pPr>
        <w:spacing w:after="100" w:line="259" w:lineRule="auto"/>
        <w:rPr>
          <w:rFonts w:ascii="Times New Roman" w:hAnsi="Times New Roman" w:cs="Times New Roman"/>
          <w:sz w:val="24"/>
          <w:szCs w:val="24"/>
        </w:rPr>
      </w:pPr>
      <w:r w:rsidRPr="00055930">
        <w:rPr>
          <w:rFonts w:ascii="Times New Roman" w:hAnsi="Times New Roman" w:cs="Times New Roman"/>
          <w:sz w:val="24"/>
          <w:szCs w:val="24"/>
          <w:lang w:val="ru-RU"/>
        </w:rPr>
        <w:t xml:space="preserve">В простой форме только глаголы </w:t>
      </w:r>
      <w:proofErr w:type="spellStart"/>
      <w:r w:rsidRPr="00055930">
        <w:rPr>
          <w:rFonts w:ascii="Times New Roman" w:hAnsi="Times New Roman" w:cs="Times New Roman"/>
          <w:sz w:val="24"/>
          <w:szCs w:val="24"/>
          <w:lang w:val="ru-RU"/>
        </w:rPr>
        <w:t>отыр</w:t>
      </w:r>
      <w:proofErr w:type="spellEnd"/>
      <w:r w:rsidRPr="00055930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055930">
        <w:rPr>
          <w:rFonts w:ascii="Times New Roman" w:hAnsi="Times New Roman" w:cs="Times New Roman"/>
          <w:sz w:val="24"/>
          <w:szCs w:val="24"/>
          <w:lang w:val="ru-RU"/>
        </w:rPr>
        <w:t>тұр</w:t>
      </w:r>
      <w:proofErr w:type="spellEnd"/>
      <w:r w:rsidRPr="00055930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055930">
        <w:rPr>
          <w:rFonts w:ascii="Times New Roman" w:hAnsi="Times New Roman" w:cs="Times New Roman"/>
          <w:sz w:val="24"/>
          <w:szCs w:val="24"/>
          <w:lang w:val="ru-RU"/>
        </w:rPr>
        <w:t>жатыр</w:t>
      </w:r>
      <w:proofErr w:type="spellEnd"/>
      <w:r w:rsidRPr="00055930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055930">
        <w:rPr>
          <w:rFonts w:ascii="Times New Roman" w:hAnsi="Times New Roman" w:cs="Times New Roman"/>
          <w:sz w:val="24"/>
          <w:szCs w:val="24"/>
          <w:lang w:val="ru-RU"/>
        </w:rPr>
        <w:t>жүр</w:t>
      </w:r>
      <w:proofErr w:type="spellEnd"/>
      <w:r w:rsidRPr="00055930">
        <w:rPr>
          <w:rFonts w:ascii="Times New Roman" w:hAnsi="Times New Roman" w:cs="Times New Roman"/>
          <w:sz w:val="24"/>
          <w:szCs w:val="24"/>
          <w:lang w:val="ru-RU"/>
        </w:rPr>
        <w:t xml:space="preserve"> могут сами выступать сказуемым </w:t>
      </w:r>
      <w:proofErr w:type="spellStart"/>
      <w:r w:rsidRPr="00055930">
        <w:rPr>
          <w:rFonts w:ascii="Times New Roman" w:hAnsi="Times New Roman" w:cs="Times New Roman"/>
          <w:sz w:val="24"/>
          <w:szCs w:val="24"/>
          <w:lang w:val="ru-RU"/>
        </w:rPr>
        <w:t>нақ</w:t>
      </w:r>
      <w:proofErr w:type="spellEnd"/>
      <w:r w:rsidRPr="00055930">
        <w:rPr>
          <w:rFonts w:ascii="Times New Roman" w:hAnsi="Times New Roman" w:cs="Times New Roman"/>
          <w:sz w:val="24"/>
          <w:szCs w:val="24"/>
          <w:lang w:val="ru-RU"/>
        </w:rPr>
        <w:t xml:space="preserve"> осы </w:t>
      </w:r>
      <w:proofErr w:type="spellStart"/>
      <w:r w:rsidRPr="00055930">
        <w:rPr>
          <w:rFonts w:ascii="Times New Roman" w:hAnsi="Times New Roman" w:cs="Times New Roman"/>
          <w:sz w:val="24"/>
          <w:szCs w:val="24"/>
          <w:lang w:val="ru-RU"/>
        </w:rPr>
        <w:t>шақ</w:t>
      </w:r>
      <w:proofErr w:type="spellEnd"/>
      <w:r w:rsidRPr="00055930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055930">
        <w:rPr>
          <w:rFonts w:ascii="Times New Roman" w:hAnsi="Times New Roman" w:cs="Times New Roman"/>
          <w:sz w:val="24"/>
          <w:szCs w:val="24"/>
        </w:rPr>
        <w:t>Они</w:t>
      </w:r>
      <w:proofErr w:type="spellEnd"/>
      <w:r w:rsidRPr="000559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930">
        <w:rPr>
          <w:rFonts w:ascii="Times New Roman" w:hAnsi="Times New Roman" w:cs="Times New Roman"/>
          <w:sz w:val="24"/>
          <w:szCs w:val="24"/>
        </w:rPr>
        <w:t>принимают</w:t>
      </w:r>
      <w:proofErr w:type="spellEnd"/>
      <w:r w:rsidRPr="000559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930">
        <w:rPr>
          <w:rFonts w:ascii="Times New Roman" w:hAnsi="Times New Roman" w:cs="Times New Roman"/>
          <w:sz w:val="24"/>
          <w:szCs w:val="24"/>
        </w:rPr>
        <w:t>личные</w:t>
      </w:r>
      <w:proofErr w:type="spellEnd"/>
      <w:r w:rsidRPr="000559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930">
        <w:rPr>
          <w:rFonts w:ascii="Times New Roman" w:hAnsi="Times New Roman" w:cs="Times New Roman"/>
          <w:sz w:val="24"/>
          <w:szCs w:val="24"/>
        </w:rPr>
        <w:t>окончания</w:t>
      </w:r>
      <w:proofErr w:type="spellEnd"/>
      <w:r w:rsidRPr="00055930">
        <w:rPr>
          <w:rFonts w:ascii="Times New Roman" w:hAnsi="Times New Roman" w:cs="Times New Roman"/>
          <w:sz w:val="24"/>
          <w:szCs w:val="24"/>
        </w:rPr>
        <w:t xml:space="preserve"> непосредственно.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00"/>
      </w:tblGrid>
      <w:tr w:rsidR="008B28CD" w:rsidRPr="008150B1" w:rsidTr="00055930">
        <w:trPr>
          <w:jc w:val="center"/>
        </w:trPr>
        <w:tc>
          <w:tcPr>
            <w:tcW w:w="10400" w:type="dxa"/>
            <w:tcBorders>
              <w:top w:val="single" w:sz="9" w:space="0" w:color="7A67A7"/>
              <w:left w:val="single" w:sz="9" w:space="0" w:color="7A67A7"/>
              <w:bottom w:val="single" w:sz="9" w:space="0" w:color="7A67A7"/>
              <w:right w:val="single" w:sz="9" w:space="0" w:color="7A67A7"/>
            </w:tcBorders>
            <w:shd w:val="clear" w:color="auto" w:fill="F2EFF8"/>
            <w:tcMar>
              <w:top w:w="110" w:type="dxa"/>
              <w:left w:w="150" w:type="dxa"/>
              <w:bottom w:w="110" w:type="dxa"/>
              <w:right w:w="150" w:type="dxa"/>
            </w:tcMar>
          </w:tcPr>
          <w:p w:rsidR="008B28CD" w:rsidRPr="00055930" w:rsidRDefault="00D41B48">
            <w:pPr>
              <w:spacing w:after="0" w:line="250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055930">
              <w:rPr>
                <w:rFonts w:ascii="Times New Roman" w:hAnsi="Times New Roman" w:cs="Times New Roman"/>
                <w:b/>
                <w:color w:val="7A67A7"/>
                <w:sz w:val="17"/>
                <w:lang w:val="ru-RU"/>
              </w:rPr>
              <w:t xml:space="preserve">ФОРМУЛА  </w:t>
            </w:r>
            <w:proofErr w:type="spellStart"/>
            <w:r w:rsidRPr="00055930">
              <w:rPr>
                <w:rFonts w:ascii="Times New Roman" w:hAnsi="Times New Roman" w:cs="Times New Roman"/>
                <w:b/>
                <w:color w:val="243B6B"/>
                <w:lang w:val="ru-RU"/>
              </w:rPr>
              <w:t>отыр</w:t>
            </w:r>
            <w:proofErr w:type="spellEnd"/>
            <w:proofErr w:type="gramEnd"/>
            <w:r w:rsidRPr="00055930">
              <w:rPr>
                <w:rFonts w:ascii="Times New Roman" w:hAnsi="Times New Roman" w:cs="Times New Roman"/>
                <w:b/>
                <w:color w:val="243B6B"/>
                <w:lang w:val="ru-RU"/>
              </w:rPr>
              <w:t xml:space="preserve"> / </w:t>
            </w:r>
            <w:proofErr w:type="spellStart"/>
            <w:r w:rsidRPr="00055930">
              <w:rPr>
                <w:rFonts w:ascii="Times New Roman" w:hAnsi="Times New Roman" w:cs="Times New Roman"/>
                <w:b/>
                <w:color w:val="243B6B"/>
                <w:lang w:val="ru-RU"/>
              </w:rPr>
              <w:t>тұр</w:t>
            </w:r>
            <w:proofErr w:type="spellEnd"/>
            <w:r w:rsidRPr="00055930">
              <w:rPr>
                <w:rFonts w:ascii="Times New Roman" w:hAnsi="Times New Roman" w:cs="Times New Roman"/>
                <w:b/>
                <w:color w:val="243B6B"/>
                <w:lang w:val="ru-RU"/>
              </w:rPr>
              <w:t xml:space="preserve"> / </w:t>
            </w:r>
            <w:proofErr w:type="spellStart"/>
            <w:r w:rsidRPr="00055930">
              <w:rPr>
                <w:rFonts w:ascii="Times New Roman" w:hAnsi="Times New Roman" w:cs="Times New Roman"/>
                <w:b/>
                <w:color w:val="243B6B"/>
                <w:lang w:val="ru-RU"/>
              </w:rPr>
              <w:t>жатыр</w:t>
            </w:r>
            <w:proofErr w:type="spellEnd"/>
            <w:r w:rsidRPr="00055930">
              <w:rPr>
                <w:rFonts w:ascii="Times New Roman" w:hAnsi="Times New Roman" w:cs="Times New Roman"/>
                <w:b/>
                <w:color w:val="243B6B"/>
                <w:lang w:val="ru-RU"/>
              </w:rPr>
              <w:t xml:space="preserve"> / </w:t>
            </w:r>
            <w:proofErr w:type="spellStart"/>
            <w:r w:rsidRPr="00055930">
              <w:rPr>
                <w:rFonts w:ascii="Times New Roman" w:hAnsi="Times New Roman" w:cs="Times New Roman"/>
                <w:b/>
                <w:color w:val="243B6B"/>
                <w:lang w:val="ru-RU"/>
              </w:rPr>
              <w:t>жүр</w:t>
            </w:r>
            <w:proofErr w:type="spellEnd"/>
            <w:r w:rsidRPr="00055930">
              <w:rPr>
                <w:rFonts w:ascii="Times New Roman" w:hAnsi="Times New Roman" w:cs="Times New Roman"/>
                <w:b/>
                <w:color w:val="243B6B"/>
                <w:lang w:val="ru-RU"/>
              </w:rPr>
              <w:t xml:space="preserve"> + личное окончание</w:t>
            </w:r>
          </w:p>
        </w:tc>
      </w:tr>
    </w:tbl>
    <w:p w:rsidR="008150B1" w:rsidRDefault="008150B1">
      <w:pPr>
        <w:pStyle w:val="2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8"/>
        <w:gridCol w:w="3408"/>
        <w:gridCol w:w="3478"/>
      </w:tblGrid>
      <w:tr w:rsidR="008150B1" w:rsidRPr="00055930" w:rsidTr="00904FA4">
        <w:trPr>
          <w:cantSplit/>
          <w:tblHeader/>
          <w:jc w:val="center"/>
        </w:trPr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243B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150B1" w:rsidRPr="00055930" w:rsidRDefault="008150B1" w:rsidP="00904FA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Глагол</w:t>
            </w:r>
            <w:proofErr w:type="spellEnd"/>
          </w:p>
        </w:tc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243B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150B1" w:rsidRPr="00055930" w:rsidRDefault="008150B1" w:rsidP="00904FA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Основное</w:t>
            </w:r>
            <w:proofErr w:type="spellEnd"/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значение</w:t>
            </w:r>
            <w:proofErr w:type="spellEnd"/>
          </w:p>
        </w:tc>
        <w:tc>
          <w:tcPr>
            <w:tcW w:w="347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243B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150B1" w:rsidRPr="00055930" w:rsidRDefault="008150B1" w:rsidP="00904FA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Новый</w:t>
            </w:r>
            <w:proofErr w:type="spellEnd"/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пример</w:t>
            </w:r>
            <w:proofErr w:type="spellEnd"/>
          </w:p>
        </w:tc>
      </w:tr>
      <w:tr w:rsidR="008150B1" w:rsidRPr="00055930" w:rsidTr="00904FA4">
        <w:trPr>
          <w:cantSplit/>
          <w:jc w:val="center"/>
        </w:trPr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8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150B1" w:rsidRPr="00055930" w:rsidRDefault="008150B1" w:rsidP="00904FA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b/>
                <w:sz w:val="18"/>
              </w:rPr>
              <w:t>отыр</w:t>
            </w:r>
            <w:proofErr w:type="spellEnd"/>
          </w:p>
        </w:tc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8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150B1" w:rsidRPr="00055930" w:rsidRDefault="008150B1" w:rsidP="00904FA4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сидеть</w:t>
            </w:r>
            <w:proofErr w:type="spellEnd"/>
          </w:p>
        </w:tc>
        <w:tc>
          <w:tcPr>
            <w:tcW w:w="347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8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150B1" w:rsidRPr="00055930" w:rsidRDefault="008150B1" w:rsidP="00904FA4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Айша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терезе</w:t>
            </w:r>
            <w:proofErr w:type="spellEnd"/>
            <w:r>
              <w:rPr>
                <w:rFonts w:ascii="Times New Roman" w:hAnsi="Times New Roman" w:cs="Times New Roman"/>
                <w:sz w:val="18"/>
                <w:lang w:val="kk-KZ"/>
              </w:rPr>
              <w:t>нің</w:t>
            </w:r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алдында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отыр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>.</w:t>
            </w:r>
          </w:p>
        </w:tc>
      </w:tr>
      <w:tr w:rsidR="008150B1" w:rsidRPr="00055930" w:rsidTr="00904FA4">
        <w:trPr>
          <w:cantSplit/>
          <w:jc w:val="center"/>
        </w:trPr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150B1" w:rsidRPr="00055930" w:rsidRDefault="008150B1" w:rsidP="00904FA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b/>
                <w:sz w:val="18"/>
              </w:rPr>
              <w:t>тұр</w:t>
            </w:r>
            <w:proofErr w:type="spellEnd"/>
          </w:p>
        </w:tc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150B1" w:rsidRPr="00055930" w:rsidRDefault="008150B1" w:rsidP="00904FA4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стоять</w:t>
            </w:r>
            <w:proofErr w:type="spellEnd"/>
          </w:p>
        </w:tc>
        <w:tc>
          <w:tcPr>
            <w:tcW w:w="347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150B1" w:rsidRPr="00055930" w:rsidRDefault="008150B1" w:rsidP="00904FA4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Курьер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есік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алдында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тұр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>.</w:t>
            </w:r>
          </w:p>
        </w:tc>
      </w:tr>
      <w:tr w:rsidR="008150B1" w:rsidRPr="00055930" w:rsidTr="00904FA4">
        <w:trPr>
          <w:cantSplit/>
          <w:jc w:val="center"/>
        </w:trPr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8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150B1" w:rsidRPr="00055930" w:rsidRDefault="008150B1" w:rsidP="00904FA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b/>
                <w:sz w:val="18"/>
              </w:rPr>
              <w:t>жатыр</w:t>
            </w:r>
            <w:proofErr w:type="spellEnd"/>
          </w:p>
        </w:tc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8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150B1" w:rsidRPr="00055930" w:rsidRDefault="008150B1" w:rsidP="00904FA4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лежать</w:t>
            </w:r>
            <w:proofErr w:type="spellEnd"/>
          </w:p>
        </w:tc>
        <w:tc>
          <w:tcPr>
            <w:tcW w:w="347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8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150B1" w:rsidRPr="00055930" w:rsidRDefault="008150B1" w:rsidP="00904FA4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Құжат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үстелдің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үстінде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жатыр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>.</w:t>
            </w:r>
          </w:p>
        </w:tc>
      </w:tr>
      <w:tr w:rsidR="008150B1" w:rsidRPr="00055930" w:rsidTr="00904FA4">
        <w:trPr>
          <w:cantSplit/>
          <w:jc w:val="center"/>
        </w:trPr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150B1" w:rsidRPr="00055930" w:rsidRDefault="008150B1" w:rsidP="00904FA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b/>
                <w:sz w:val="18"/>
              </w:rPr>
              <w:t>жүр</w:t>
            </w:r>
            <w:proofErr w:type="spellEnd"/>
          </w:p>
        </w:tc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150B1" w:rsidRPr="00055930" w:rsidRDefault="008150B1" w:rsidP="00904FA4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ходить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/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находиться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в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движении</w:t>
            </w:r>
            <w:proofErr w:type="spellEnd"/>
          </w:p>
        </w:tc>
        <w:tc>
          <w:tcPr>
            <w:tcW w:w="347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150B1" w:rsidRPr="00055930" w:rsidRDefault="008150B1" w:rsidP="00904FA4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Балалар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аулада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жүр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>.</w:t>
            </w:r>
          </w:p>
        </w:tc>
      </w:tr>
    </w:tbl>
    <w:p w:rsidR="008150B1" w:rsidRDefault="008150B1">
      <w:pPr>
        <w:pStyle w:val="21"/>
        <w:rPr>
          <w:rFonts w:ascii="Times New Roman" w:hAnsi="Times New Roman" w:cs="Times New Roman"/>
          <w:sz w:val="24"/>
          <w:szCs w:val="24"/>
        </w:rPr>
      </w:pPr>
    </w:p>
    <w:p w:rsidR="008B28CD" w:rsidRPr="005F0314" w:rsidRDefault="00D41B48">
      <w:pPr>
        <w:pStyle w:val="21"/>
        <w:rPr>
          <w:rFonts w:ascii="Times New Roman" w:hAnsi="Times New Roman" w:cs="Times New Roman"/>
          <w:sz w:val="24"/>
          <w:szCs w:val="24"/>
        </w:rPr>
      </w:pPr>
      <w:r w:rsidRPr="005F0314">
        <w:rPr>
          <w:rFonts w:ascii="Times New Roman" w:hAnsi="Times New Roman" w:cs="Times New Roman"/>
          <w:sz w:val="24"/>
          <w:szCs w:val="24"/>
        </w:rPr>
        <w:t>4. Спряжение простой формы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w:rsidR="008B28CD" w:rsidRPr="00055930">
        <w:trPr>
          <w:cantSplit/>
          <w:tblHeader/>
          <w:jc w:val="center"/>
        </w:trPr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243B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B28CD" w:rsidRPr="00055930" w:rsidRDefault="00D41B48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Лицо</w:t>
            </w:r>
          </w:p>
        </w:tc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243B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B28CD" w:rsidRPr="00055930" w:rsidRDefault="00D41B48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Окончание</w:t>
            </w:r>
          </w:p>
        </w:tc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243B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B28CD" w:rsidRPr="00055930" w:rsidRDefault="00D41B48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отыр</w:t>
            </w:r>
          </w:p>
        </w:tc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243B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B28CD" w:rsidRPr="00055930" w:rsidRDefault="00D41B48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жүр</w:t>
            </w:r>
          </w:p>
        </w:tc>
      </w:tr>
      <w:tr w:rsidR="008B28CD" w:rsidRPr="00055930">
        <w:trPr>
          <w:cantSplit/>
          <w:jc w:val="center"/>
        </w:trPr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EE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sz w:val="18"/>
              </w:rPr>
              <w:t>Мен</w:t>
            </w:r>
          </w:p>
        </w:tc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EE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-мын/-мін</w:t>
            </w:r>
          </w:p>
        </w:tc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EE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8"/>
              </w:rPr>
              <w:t>отыр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мын</w:t>
            </w:r>
          </w:p>
        </w:tc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EE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8"/>
              </w:rPr>
              <w:t>жүр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мін</w:t>
            </w:r>
          </w:p>
        </w:tc>
      </w:tr>
      <w:tr w:rsidR="008B28CD" w:rsidRPr="00055930">
        <w:trPr>
          <w:cantSplit/>
          <w:jc w:val="center"/>
        </w:trPr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sz w:val="18"/>
              </w:rPr>
              <w:t>Сен</w:t>
            </w:r>
          </w:p>
        </w:tc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-сың/-сің</w:t>
            </w:r>
          </w:p>
        </w:tc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8"/>
              </w:rPr>
              <w:t>отыр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сың</w:t>
            </w:r>
          </w:p>
        </w:tc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8"/>
              </w:rPr>
              <w:t>жүр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сің</w:t>
            </w:r>
          </w:p>
        </w:tc>
      </w:tr>
      <w:tr w:rsidR="008B28CD" w:rsidRPr="00055930">
        <w:trPr>
          <w:cantSplit/>
          <w:jc w:val="center"/>
        </w:trPr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EE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sz w:val="18"/>
              </w:rPr>
              <w:t>Сіз</w:t>
            </w:r>
          </w:p>
        </w:tc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EE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-сыз/-сіз</w:t>
            </w:r>
          </w:p>
        </w:tc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EE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8"/>
              </w:rPr>
              <w:t>отыр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сыз</w:t>
            </w:r>
          </w:p>
        </w:tc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EE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8"/>
              </w:rPr>
              <w:t>жүр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сіз</w:t>
            </w:r>
          </w:p>
        </w:tc>
      </w:tr>
      <w:tr w:rsidR="008B28CD" w:rsidRPr="00055930">
        <w:trPr>
          <w:cantSplit/>
          <w:jc w:val="center"/>
        </w:trPr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sz w:val="18"/>
              </w:rPr>
              <w:t>Ол</w:t>
            </w:r>
          </w:p>
        </w:tc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8"/>
              </w:rPr>
              <w:t>окончания нет</w:t>
            </w:r>
          </w:p>
        </w:tc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8"/>
              </w:rPr>
              <w:t>отыр</w:t>
            </w:r>
          </w:p>
        </w:tc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8"/>
              </w:rPr>
              <w:t>жүр</w:t>
            </w:r>
          </w:p>
        </w:tc>
      </w:tr>
      <w:tr w:rsidR="008B28CD" w:rsidRPr="00055930">
        <w:trPr>
          <w:cantSplit/>
          <w:jc w:val="center"/>
        </w:trPr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EE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sz w:val="18"/>
              </w:rPr>
              <w:t>Біз</w:t>
            </w:r>
          </w:p>
        </w:tc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EE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-мыз/-міз</w:t>
            </w:r>
          </w:p>
        </w:tc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EE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8"/>
              </w:rPr>
              <w:t>отыр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мыз</w:t>
            </w:r>
          </w:p>
        </w:tc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EE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8"/>
              </w:rPr>
              <w:t>жүр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міз</w:t>
            </w:r>
          </w:p>
        </w:tc>
      </w:tr>
      <w:tr w:rsidR="008B28CD" w:rsidRPr="00055930">
        <w:trPr>
          <w:cantSplit/>
          <w:jc w:val="center"/>
        </w:trPr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sz w:val="18"/>
              </w:rPr>
              <w:lastRenderedPageBreak/>
              <w:t>Сендер</w:t>
            </w:r>
          </w:p>
        </w:tc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-сыңдар/-сіңдер</w:t>
            </w:r>
          </w:p>
        </w:tc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8"/>
              </w:rPr>
              <w:t>отыр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сыңдар</w:t>
            </w:r>
          </w:p>
        </w:tc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8"/>
              </w:rPr>
              <w:t>жүр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сіңдер</w:t>
            </w:r>
          </w:p>
        </w:tc>
      </w:tr>
      <w:tr w:rsidR="008B28CD" w:rsidRPr="00055930">
        <w:trPr>
          <w:cantSplit/>
          <w:jc w:val="center"/>
        </w:trPr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EE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sz w:val="18"/>
              </w:rPr>
              <w:t>Сіздер</w:t>
            </w:r>
          </w:p>
        </w:tc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EE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-сыздар/-сіздер</w:t>
            </w:r>
          </w:p>
        </w:tc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EE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8"/>
              </w:rPr>
              <w:t>отыр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сыздар</w:t>
            </w:r>
          </w:p>
        </w:tc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EE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8"/>
              </w:rPr>
              <w:t>жүр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сіздер</w:t>
            </w:r>
          </w:p>
        </w:tc>
      </w:tr>
      <w:tr w:rsidR="008B28CD" w:rsidRPr="00055930">
        <w:trPr>
          <w:cantSplit/>
          <w:jc w:val="center"/>
        </w:trPr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sz w:val="18"/>
              </w:rPr>
              <w:t>Олар</w:t>
            </w:r>
          </w:p>
        </w:tc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8"/>
              </w:rPr>
              <w:t>окончания нет</w:t>
            </w:r>
          </w:p>
        </w:tc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8"/>
              </w:rPr>
              <w:t>отыр</w:t>
            </w:r>
          </w:p>
        </w:tc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8"/>
              </w:rPr>
              <w:t>жүр</w:t>
            </w:r>
          </w:p>
        </w:tc>
      </w:tr>
    </w:tbl>
    <w:p w:rsidR="008B28CD" w:rsidRPr="00055930" w:rsidRDefault="00D41B48">
      <w:pPr>
        <w:rPr>
          <w:rFonts w:ascii="Times New Roman" w:hAnsi="Times New Roman" w:cs="Times New Roman"/>
        </w:rPr>
      </w:pPr>
      <w:r w:rsidRPr="00055930">
        <w:rPr>
          <w:rFonts w:ascii="Times New Roman" w:hAnsi="Times New Roman" w:cs="Times New Roman"/>
        </w:rPr>
        <w:br w:type="page"/>
      </w:r>
    </w:p>
    <w:p w:rsidR="008B28CD" w:rsidRPr="003454F9" w:rsidRDefault="00D41B48">
      <w:pPr>
        <w:pStyle w:val="1"/>
        <w:rPr>
          <w:rFonts w:ascii="Times New Roman" w:hAnsi="Times New Roman" w:cs="Times New Roman"/>
          <w:sz w:val="28"/>
          <w:lang w:val="ru-RU"/>
        </w:rPr>
      </w:pPr>
      <w:r w:rsidRPr="003454F9">
        <w:rPr>
          <w:rFonts w:ascii="Times New Roman" w:hAnsi="Times New Roman" w:cs="Times New Roman"/>
          <w:sz w:val="28"/>
          <w:lang w:val="ru-RU"/>
        </w:rPr>
        <w:lastRenderedPageBreak/>
        <w:t>Статья: сложная форма и выбор модели</w:t>
      </w:r>
    </w:p>
    <w:p w:rsidR="008B28CD" w:rsidRPr="003454F9" w:rsidRDefault="00D41B48" w:rsidP="003454F9">
      <w:pPr>
        <w:pStyle w:val="2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54F9">
        <w:rPr>
          <w:rFonts w:ascii="Times New Roman" w:hAnsi="Times New Roman" w:cs="Times New Roman"/>
          <w:sz w:val="24"/>
          <w:szCs w:val="24"/>
          <w:lang w:val="ru-RU"/>
        </w:rPr>
        <w:t>5. Сложная форма</w:t>
      </w:r>
    </w:p>
    <w:p w:rsidR="008B28CD" w:rsidRPr="003454F9" w:rsidRDefault="00D41B48" w:rsidP="003454F9">
      <w:pPr>
        <w:spacing w:after="100" w:line="259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54F9">
        <w:rPr>
          <w:rFonts w:ascii="Times New Roman" w:hAnsi="Times New Roman" w:cs="Times New Roman"/>
          <w:sz w:val="24"/>
          <w:szCs w:val="24"/>
          <w:lang w:val="ru-RU"/>
        </w:rPr>
        <w:t>Чтобы назвать конкретное действие в процессе, смысловой глагол ставится в форму деепричастия, а затем добавляется один из четыр</w:t>
      </w:r>
      <w:r w:rsidR="00055930" w:rsidRPr="003454F9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3454F9">
        <w:rPr>
          <w:rFonts w:ascii="Times New Roman" w:hAnsi="Times New Roman" w:cs="Times New Roman"/>
          <w:sz w:val="24"/>
          <w:szCs w:val="24"/>
          <w:lang w:val="ru-RU"/>
        </w:rPr>
        <w:t>х вспомогательных глаголов. Личное окончание присоединяется только к последнему слову конструкции.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6"/>
      </w:tblGrid>
      <w:tr w:rsidR="008B28CD" w:rsidRPr="008150B1" w:rsidTr="003454F9">
        <w:trPr>
          <w:jc w:val="center"/>
        </w:trPr>
        <w:tc>
          <w:tcPr>
            <w:tcW w:w="10206" w:type="dxa"/>
            <w:tcBorders>
              <w:top w:val="single" w:sz="9" w:space="0" w:color="536FA8"/>
              <w:left w:val="single" w:sz="9" w:space="0" w:color="536FA8"/>
              <w:bottom w:val="single" w:sz="9" w:space="0" w:color="536FA8"/>
              <w:right w:val="single" w:sz="9" w:space="0" w:color="536FA8"/>
            </w:tcBorders>
            <w:shd w:val="clear" w:color="auto" w:fill="EEF3FA"/>
            <w:tcMar>
              <w:top w:w="110" w:type="dxa"/>
              <w:left w:w="150" w:type="dxa"/>
              <w:bottom w:w="110" w:type="dxa"/>
              <w:right w:w="150" w:type="dxa"/>
            </w:tcMar>
          </w:tcPr>
          <w:p w:rsidR="008B28CD" w:rsidRPr="00055930" w:rsidRDefault="00D41B48">
            <w:pPr>
              <w:spacing w:after="0" w:line="250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055930">
              <w:rPr>
                <w:rFonts w:ascii="Times New Roman" w:hAnsi="Times New Roman" w:cs="Times New Roman"/>
                <w:b/>
                <w:color w:val="536FA8"/>
                <w:sz w:val="17"/>
                <w:lang w:val="ru-RU"/>
              </w:rPr>
              <w:t xml:space="preserve">ФОРМУЛА  </w:t>
            </w:r>
            <w:r w:rsidRPr="00055930">
              <w:rPr>
                <w:rFonts w:ascii="Times New Roman" w:hAnsi="Times New Roman" w:cs="Times New Roman"/>
                <w:lang w:val="ru-RU"/>
              </w:rPr>
              <w:t>основа</w:t>
            </w:r>
            <w:proofErr w:type="gramEnd"/>
            <w:r w:rsidRPr="00055930">
              <w:rPr>
                <w:rFonts w:ascii="Times New Roman" w:hAnsi="Times New Roman" w:cs="Times New Roman"/>
                <w:lang w:val="ru-RU"/>
              </w:rPr>
              <w:t xml:space="preserve"> смыслового глагола + </w:t>
            </w:r>
            <w:r w:rsidRPr="00055930">
              <w:rPr>
                <w:rFonts w:ascii="Times New Roman" w:hAnsi="Times New Roman" w:cs="Times New Roman"/>
                <w:i/>
                <w:color w:val="C00000"/>
                <w:lang w:val="ru-RU"/>
              </w:rPr>
              <w:t>-</w:t>
            </w:r>
            <w:proofErr w:type="spellStart"/>
            <w:r w:rsidRPr="00055930">
              <w:rPr>
                <w:rFonts w:ascii="Times New Roman" w:hAnsi="Times New Roman" w:cs="Times New Roman"/>
                <w:i/>
                <w:color w:val="C00000"/>
                <w:lang w:val="ru-RU"/>
              </w:rPr>
              <w:t>ып</w:t>
            </w:r>
            <w:proofErr w:type="spellEnd"/>
            <w:r w:rsidRPr="00055930">
              <w:rPr>
                <w:rFonts w:ascii="Times New Roman" w:hAnsi="Times New Roman" w:cs="Times New Roman"/>
                <w:i/>
                <w:color w:val="C00000"/>
                <w:lang w:val="ru-RU"/>
              </w:rPr>
              <w:t>/-</w:t>
            </w:r>
            <w:proofErr w:type="spellStart"/>
            <w:r w:rsidRPr="00055930">
              <w:rPr>
                <w:rFonts w:ascii="Times New Roman" w:hAnsi="Times New Roman" w:cs="Times New Roman"/>
                <w:i/>
                <w:color w:val="C00000"/>
                <w:lang w:val="ru-RU"/>
              </w:rPr>
              <w:t>іп</w:t>
            </w:r>
            <w:proofErr w:type="spellEnd"/>
            <w:r w:rsidRPr="00055930">
              <w:rPr>
                <w:rFonts w:ascii="Times New Roman" w:hAnsi="Times New Roman" w:cs="Times New Roman"/>
                <w:i/>
                <w:color w:val="C00000"/>
                <w:lang w:val="ru-RU"/>
              </w:rPr>
              <w:t>/-п</w:t>
            </w:r>
            <w:r w:rsidRPr="00055930">
              <w:rPr>
                <w:rFonts w:ascii="Times New Roman" w:hAnsi="Times New Roman" w:cs="Times New Roman"/>
                <w:lang w:val="ru-RU"/>
              </w:rPr>
              <w:t xml:space="preserve"> + </w:t>
            </w:r>
            <w:proofErr w:type="spellStart"/>
            <w:r w:rsidRPr="00055930">
              <w:rPr>
                <w:rFonts w:ascii="Times New Roman" w:hAnsi="Times New Roman" w:cs="Times New Roman"/>
                <w:lang w:val="ru-RU"/>
              </w:rPr>
              <w:t>отыр</w:t>
            </w:r>
            <w:proofErr w:type="spellEnd"/>
            <w:r w:rsidRPr="00055930">
              <w:rPr>
                <w:rFonts w:ascii="Times New Roman" w:hAnsi="Times New Roman" w:cs="Times New Roman"/>
                <w:lang w:val="ru-RU"/>
              </w:rPr>
              <w:t xml:space="preserve"> / </w:t>
            </w:r>
            <w:proofErr w:type="spellStart"/>
            <w:r w:rsidRPr="00055930">
              <w:rPr>
                <w:rFonts w:ascii="Times New Roman" w:hAnsi="Times New Roman" w:cs="Times New Roman"/>
                <w:lang w:val="ru-RU"/>
              </w:rPr>
              <w:t>тұр</w:t>
            </w:r>
            <w:proofErr w:type="spellEnd"/>
            <w:r w:rsidRPr="00055930">
              <w:rPr>
                <w:rFonts w:ascii="Times New Roman" w:hAnsi="Times New Roman" w:cs="Times New Roman"/>
                <w:lang w:val="ru-RU"/>
              </w:rPr>
              <w:t xml:space="preserve"> / </w:t>
            </w:r>
            <w:proofErr w:type="spellStart"/>
            <w:r w:rsidRPr="00055930">
              <w:rPr>
                <w:rFonts w:ascii="Times New Roman" w:hAnsi="Times New Roman" w:cs="Times New Roman"/>
                <w:lang w:val="ru-RU"/>
              </w:rPr>
              <w:t>жатыр</w:t>
            </w:r>
            <w:proofErr w:type="spellEnd"/>
            <w:r w:rsidRPr="00055930">
              <w:rPr>
                <w:rFonts w:ascii="Times New Roman" w:hAnsi="Times New Roman" w:cs="Times New Roman"/>
                <w:lang w:val="ru-RU"/>
              </w:rPr>
              <w:t xml:space="preserve"> / </w:t>
            </w:r>
            <w:proofErr w:type="spellStart"/>
            <w:r w:rsidRPr="00055930">
              <w:rPr>
                <w:rFonts w:ascii="Times New Roman" w:hAnsi="Times New Roman" w:cs="Times New Roman"/>
                <w:lang w:val="ru-RU"/>
              </w:rPr>
              <w:t>жүр</w:t>
            </w:r>
            <w:proofErr w:type="spellEnd"/>
            <w:r w:rsidRPr="00055930">
              <w:rPr>
                <w:rFonts w:ascii="Times New Roman" w:hAnsi="Times New Roman" w:cs="Times New Roman"/>
                <w:lang w:val="ru-RU"/>
              </w:rPr>
              <w:t xml:space="preserve"> + личное окончание</w:t>
            </w:r>
          </w:p>
        </w:tc>
      </w:tr>
    </w:tbl>
    <w:p w:rsidR="008150B1" w:rsidRDefault="008150B1">
      <w:pPr>
        <w:pStyle w:val="21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8150B1" w:rsidRPr="00055930" w:rsidTr="00904FA4">
        <w:trPr>
          <w:cantSplit/>
          <w:tblHeader/>
          <w:jc w:val="center"/>
        </w:trPr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243B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150B1" w:rsidRPr="00055930" w:rsidRDefault="008150B1" w:rsidP="00904FA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Конец</w:t>
            </w:r>
            <w:proofErr w:type="spellEnd"/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основы</w:t>
            </w:r>
            <w:proofErr w:type="spellEnd"/>
          </w:p>
        </w:tc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243B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150B1" w:rsidRPr="00055930" w:rsidRDefault="008150B1" w:rsidP="00904FA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Показатель</w:t>
            </w:r>
            <w:proofErr w:type="spellEnd"/>
          </w:p>
        </w:tc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243B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150B1" w:rsidRPr="00055930" w:rsidRDefault="008150B1" w:rsidP="00904FA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Образование</w:t>
            </w:r>
            <w:proofErr w:type="spellEnd"/>
          </w:p>
        </w:tc>
      </w:tr>
      <w:tr w:rsidR="008150B1" w:rsidRPr="00055930" w:rsidTr="00904FA4">
        <w:trPr>
          <w:cantSplit/>
          <w:jc w:val="center"/>
        </w:trPr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8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150B1" w:rsidRPr="00055930" w:rsidRDefault="008150B1" w:rsidP="00904FA4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согласный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,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задний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ряд</w:t>
            </w:r>
            <w:proofErr w:type="spellEnd"/>
          </w:p>
        </w:tc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8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150B1" w:rsidRPr="00055930" w:rsidRDefault="008150B1" w:rsidP="00904FA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-</w:t>
            </w:r>
            <w:proofErr w:type="spellStart"/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ып</w:t>
            </w:r>
            <w:proofErr w:type="spellEnd"/>
          </w:p>
        </w:tc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8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150B1" w:rsidRPr="00055930" w:rsidRDefault="008150B1" w:rsidP="00904FA4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жаз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+ </w:t>
            </w:r>
            <w:proofErr w:type="spellStart"/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ып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→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жазып</w:t>
            </w:r>
            <w:proofErr w:type="spellEnd"/>
          </w:p>
        </w:tc>
      </w:tr>
      <w:tr w:rsidR="008150B1" w:rsidRPr="00055930" w:rsidTr="00904FA4">
        <w:trPr>
          <w:cantSplit/>
          <w:jc w:val="center"/>
        </w:trPr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150B1" w:rsidRPr="00055930" w:rsidRDefault="008150B1" w:rsidP="00904FA4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согласный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,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передний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ряд</w:t>
            </w:r>
            <w:proofErr w:type="spellEnd"/>
          </w:p>
        </w:tc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150B1" w:rsidRPr="00055930" w:rsidRDefault="008150B1" w:rsidP="00904FA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-</w:t>
            </w:r>
            <w:proofErr w:type="spellStart"/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іп</w:t>
            </w:r>
            <w:proofErr w:type="spellEnd"/>
          </w:p>
        </w:tc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150B1" w:rsidRPr="00055930" w:rsidRDefault="008150B1" w:rsidP="00904FA4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көр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+ </w:t>
            </w:r>
            <w:proofErr w:type="spellStart"/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іп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→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көріп</w:t>
            </w:r>
            <w:proofErr w:type="spellEnd"/>
          </w:p>
        </w:tc>
      </w:tr>
      <w:tr w:rsidR="008150B1" w:rsidRPr="00055930" w:rsidTr="00904FA4">
        <w:trPr>
          <w:cantSplit/>
          <w:jc w:val="center"/>
        </w:trPr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8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150B1" w:rsidRPr="00055930" w:rsidRDefault="008150B1" w:rsidP="00904FA4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гласный</w:t>
            </w:r>
            <w:proofErr w:type="spellEnd"/>
          </w:p>
        </w:tc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8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150B1" w:rsidRPr="00055930" w:rsidRDefault="008150B1" w:rsidP="00904FA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-п</w:t>
            </w:r>
          </w:p>
        </w:tc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8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150B1" w:rsidRPr="00055930" w:rsidRDefault="008150B1" w:rsidP="00904FA4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сөйле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+ 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п</w:t>
            </w:r>
            <w:r w:rsidRPr="00055930">
              <w:rPr>
                <w:rFonts w:ascii="Times New Roman" w:hAnsi="Times New Roman" w:cs="Times New Roman"/>
                <w:sz w:val="18"/>
              </w:rPr>
              <w:t xml:space="preserve"> →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сөйлеп</w:t>
            </w:r>
            <w:proofErr w:type="spellEnd"/>
          </w:p>
        </w:tc>
      </w:tr>
    </w:tbl>
    <w:p w:rsidR="008150B1" w:rsidRDefault="008150B1">
      <w:pPr>
        <w:pStyle w:val="21"/>
        <w:rPr>
          <w:rFonts w:ascii="Times New Roman" w:hAnsi="Times New Roman" w:cs="Times New Roman"/>
          <w:sz w:val="22"/>
          <w:szCs w:val="22"/>
        </w:rPr>
      </w:pPr>
    </w:p>
    <w:p w:rsidR="008B28CD" w:rsidRPr="003454F9" w:rsidRDefault="00D41B48">
      <w:pPr>
        <w:pStyle w:val="21"/>
        <w:rPr>
          <w:rFonts w:ascii="Times New Roman" w:hAnsi="Times New Roman" w:cs="Times New Roman"/>
          <w:sz w:val="22"/>
          <w:szCs w:val="22"/>
        </w:rPr>
      </w:pPr>
      <w:r w:rsidRPr="003454F9">
        <w:rPr>
          <w:rFonts w:ascii="Times New Roman" w:hAnsi="Times New Roman" w:cs="Times New Roman"/>
          <w:sz w:val="22"/>
          <w:szCs w:val="22"/>
        </w:rPr>
        <w:t>6. Как меняется значение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8B28CD" w:rsidRPr="00055930">
        <w:trPr>
          <w:cantSplit/>
          <w:tblHeader/>
          <w:jc w:val="center"/>
        </w:trPr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243B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B28CD" w:rsidRPr="00055930" w:rsidRDefault="00D41B48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Көмекші етістік</w:t>
            </w:r>
          </w:p>
        </w:tc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243B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B28CD" w:rsidRPr="00055930" w:rsidRDefault="00D41B48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Смысловой акцент</w:t>
            </w:r>
          </w:p>
        </w:tc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243B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B28CD" w:rsidRPr="00055930" w:rsidRDefault="003454F9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8"/>
                <w:lang w:val="ru-RU"/>
              </w:rPr>
              <w:t>П</w:t>
            </w:r>
            <w:proofErr w:type="spellStart"/>
            <w:r w:rsidR="00D41B48"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ример</w:t>
            </w:r>
            <w:proofErr w:type="spellEnd"/>
          </w:p>
        </w:tc>
      </w:tr>
      <w:tr w:rsidR="008B28CD" w:rsidRPr="00055930">
        <w:trPr>
          <w:cantSplit/>
          <w:jc w:val="center"/>
        </w:trPr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EAF5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sz w:val="18"/>
              </w:rPr>
              <w:t>отыр</w:t>
            </w:r>
          </w:p>
        </w:tc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EAF5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>локальное, сосредоточенное действие; часто в положении сидя</w:t>
            </w:r>
          </w:p>
        </w:tc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EAF5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Мен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есеп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шығар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ып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отыр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мын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>.</w:t>
            </w:r>
          </w:p>
        </w:tc>
      </w:tr>
      <w:tr w:rsidR="008B28CD" w:rsidRPr="00055930">
        <w:trPr>
          <w:cantSplit/>
          <w:jc w:val="center"/>
        </w:trPr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3454F9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18"/>
                <w:lang w:val="ru-RU"/>
              </w:rPr>
              <w:t>т</w:t>
            </w:r>
            <w:proofErr w:type="spellStart"/>
            <w:r w:rsidR="00D41B48" w:rsidRPr="00055930">
              <w:rPr>
                <w:rFonts w:ascii="Times New Roman" w:hAnsi="Times New Roman" w:cs="Times New Roman"/>
                <w:b/>
                <w:sz w:val="18"/>
              </w:rPr>
              <w:t>ұр</w:t>
            </w:r>
            <w:proofErr w:type="spellEnd"/>
          </w:p>
        </w:tc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>действие поддерживается в текущий момент; нередко стоя</w:t>
            </w:r>
          </w:p>
        </w:tc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Қонақ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есік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қағ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ып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тұр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>.</w:t>
            </w:r>
          </w:p>
        </w:tc>
      </w:tr>
      <w:tr w:rsidR="008B28CD" w:rsidRPr="00055930">
        <w:trPr>
          <w:cantSplit/>
          <w:jc w:val="center"/>
        </w:trPr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EAF5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sz w:val="18"/>
              </w:rPr>
              <w:t>жатыр</w:t>
            </w:r>
          </w:p>
        </w:tc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EAF5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8"/>
              </w:rPr>
              <w:t>нейтрально наблюдаемый разворачивающийся процесс</w:t>
            </w:r>
          </w:p>
        </w:tc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EAF5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8"/>
              </w:rPr>
              <w:t>Аулада қар жау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ып</w:t>
            </w:r>
            <w:r w:rsidRPr="00055930">
              <w:rPr>
                <w:rFonts w:ascii="Times New Roman" w:hAnsi="Times New Roman" w:cs="Times New Roman"/>
                <w:sz w:val="18"/>
              </w:rPr>
              <w:t xml:space="preserve"> жатыр.</w:t>
            </w:r>
          </w:p>
        </w:tc>
      </w:tr>
      <w:tr w:rsidR="008B28CD" w:rsidRPr="00055930">
        <w:trPr>
          <w:cantSplit/>
          <w:jc w:val="center"/>
        </w:trPr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3454F9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b/>
                <w:sz w:val="18"/>
              </w:rPr>
              <w:t>Ж</w:t>
            </w:r>
            <w:r w:rsidR="00D41B48" w:rsidRPr="00055930">
              <w:rPr>
                <w:rFonts w:ascii="Times New Roman" w:hAnsi="Times New Roman" w:cs="Times New Roman"/>
                <w:b/>
                <w:sz w:val="18"/>
              </w:rPr>
              <w:t>үр</w:t>
            </w:r>
            <w:proofErr w:type="spellEnd"/>
          </w:p>
        </w:tc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>протяж</w:t>
            </w:r>
            <w:r w:rsidR="00055930">
              <w:rPr>
                <w:rFonts w:ascii="Times New Roman" w:hAnsi="Times New Roman" w:cs="Times New Roman"/>
                <w:sz w:val="18"/>
                <w:lang w:val="ru-RU"/>
              </w:rPr>
              <w:t>е</w:t>
            </w:r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>нное, повторяющееся или распредел</w:t>
            </w:r>
            <w:r w:rsidR="00055930">
              <w:rPr>
                <w:rFonts w:ascii="Times New Roman" w:hAnsi="Times New Roman" w:cs="Times New Roman"/>
                <w:sz w:val="18"/>
                <w:lang w:val="ru-RU"/>
              </w:rPr>
              <w:t>е</w:t>
            </w:r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>нное действие</w:t>
            </w:r>
          </w:p>
        </w:tc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Ол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зерттеу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жүргіз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іп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жүр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>.</w:t>
            </w:r>
          </w:p>
        </w:tc>
      </w:tr>
    </w:tbl>
    <w:p w:rsidR="008150B1" w:rsidRDefault="008150B1">
      <w:pPr>
        <w:pStyle w:val="21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8150B1" w:rsidRPr="008150B1" w:rsidTr="00904FA4">
        <w:trPr>
          <w:jc w:val="center"/>
        </w:trPr>
        <w:tc>
          <w:tcPr>
            <w:tcW w:w="10080" w:type="dxa"/>
            <w:tcBorders>
              <w:top w:val="single" w:sz="9" w:space="0" w:color="D6A63A"/>
              <w:left w:val="single" w:sz="9" w:space="0" w:color="D6A63A"/>
              <w:bottom w:val="single" w:sz="9" w:space="0" w:color="D6A63A"/>
              <w:right w:val="single" w:sz="9" w:space="0" w:color="D6A63A"/>
            </w:tcBorders>
            <w:shd w:val="clear" w:color="auto" w:fill="FFF6DE"/>
            <w:tcMar>
              <w:top w:w="110" w:type="dxa"/>
              <w:left w:w="150" w:type="dxa"/>
              <w:bottom w:w="110" w:type="dxa"/>
              <w:right w:w="150" w:type="dxa"/>
            </w:tcMar>
          </w:tcPr>
          <w:p w:rsidR="008150B1" w:rsidRPr="00055930" w:rsidRDefault="008150B1" w:rsidP="00904FA4">
            <w:pPr>
              <w:spacing w:after="0" w:line="250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055930">
              <w:rPr>
                <w:rFonts w:ascii="Times New Roman" w:hAnsi="Times New Roman" w:cs="Times New Roman"/>
                <w:b/>
                <w:color w:val="D6A63A"/>
                <w:sz w:val="17"/>
                <w:lang w:val="ru-RU"/>
              </w:rPr>
              <w:t xml:space="preserve">ВАЖНО  </w:t>
            </w:r>
            <w:r w:rsidRPr="00055930">
              <w:rPr>
                <w:rFonts w:ascii="Times New Roman" w:hAnsi="Times New Roman" w:cs="Times New Roman"/>
                <w:lang w:val="ru-RU"/>
              </w:rPr>
              <w:t>Различия</w:t>
            </w:r>
            <w:proofErr w:type="gramEnd"/>
            <w:r w:rsidRPr="00055930">
              <w:rPr>
                <w:rFonts w:ascii="Times New Roman" w:hAnsi="Times New Roman" w:cs="Times New Roman"/>
                <w:lang w:val="ru-RU"/>
              </w:rPr>
              <w:t xml:space="preserve"> между четырьмя вспомогательными глаголами </w:t>
            </w:r>
            <w:r>
              <w:rPr>
                <w:rFonts w:ascii="Times New Roman" w:hAnsi="Times New Roman" w:cs="Times New Roman"/>
                <w:lang w:val="ru-RU"/>
              </w:rPr>
              <w:t>-</w:t>
            </w:r>
            <w:r w:rsidRPr="00055930">
              <w:rPr>
                <w:rFonts w:ascii="Times New Roman" w:hAnsi="Times New Roman" w:cs="Times New Roman"/>
                <w:lang w:val="ru-RU"/>
              </w:rPr>
              <w:t xml:space="preserve"> смысловые, а не только формальные. Выбор зависит от ситуации и от того, какой аспект действия говорящий хочет подчеркнуть.</w:t>
            </w:r>
          </w:p>
        </w:tc>
      </w:tr>
    </w:tbl>
    <w:p w:rsidR="008150B1" w:rsidRPr="008150B1" w:rsidRDefault="008150B1" w:rsidP="008150B1">
      <w:pPr>
        <w:rPr>
          <w:lang w:val="ru-RU"/>
        </w:rPr>
      </w:pPr>
      <w:bookmarkStart w:id="0" w:name="_GoBack"/>
      <w:bookmarkEnd w:id="0"/>
    </w:p>
    <w:p w:rsidR="008B28CD" w:rsidRPr="003454F9" w:rsidRDefault="00D41B48">
      <w:pPr>
        <w:pStyle w:val="21"/>
        <w:rPr>
          <w:rFonts w:ascii="Times New Roman" w:hAnsi="Times New Roman" w:cs="Times New Roman"/>
          <w:sz w:val="24"/>
          <w:szCs w:val="24"/>
          <w:lang w:val="ru-RU"/>
        </w:rPr>
      </w:pPr>
      <w:r w:rsidRPr="003454F9">
        <w:rPr>
          <w:rFonts w:ascii="Times New Roman" w:hAnsi="Times New Roman" w:cs="Times New Roman"/>
          <w:sz w:val="24"/>
          <w:szCs w:val="24"/>
          <w:lang w:val="ru-RU"/>
        </w:rPr>
        <w:t xml:space="preserve">7. Особая модель </w:t>
      </w:r>
      <w:proofErr w:type="gramStart"/>
      <w:r w:rsidRPr="003454F9">
        <w:rPr>
          <w:rFonts w:ascii="Times New Roman" w:hAnsi="Times New Roman" w:cs="Times New Roman"/>
          <w:sz w:val="24"/>
          <w:szCs w:val="24"/>
          <w:lang w:val="ru-RU"/>
        </w:rPr>
        <w:t>с бару</w:t>
      </w:r>
      <w:proofErr w:type="gramEnd"/>
      <w:r w:rsidRPr="003454F9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454F9">
        <w:rPr>
          <w:rFonts w:ascii="Times New Roman" w:hAnsi="Times New Roman" w:cs="Times New Roman"/>
          <w:sz w:val="24"/>
          <w:szCs w:val="24"/>
          <w:lang w:val="ru-RU"/>
        </w:rPr>
        <w:t>келу</w:t>
      </w:r>
      <w:proofErr w:type="spellEnd"/>
      <w:r w:rsidRPr="003454F9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454F9">
        <w:rPr>
          <w:rFonts w:ascii="Times New Roman" w:hAnsi="Times New Roman" w:cs="Times New Roman"/>
          <w:sz w:val="24"/>
          <w:szCs w:val="24"/>
          <w:lang w:val="ru-RU"/>
        </w:rPr>
        <w:t>апару</w:t>
      </w:r>
      <w:proofErr w:type="spellEnd"/>
      <w:r w:rsidRPr="003454F9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454F9">
        <w:rPr>
          <w:rFonts w:ascii="Times New Roman" w:hAnsi="Times New Roman" w:cs="Times New Roman"/>
          <w:sz w:val="24"/>
          <w:szCs w:val="24"/>
          <w:lang w:val="ru-RU"/>
        </w:rPr>
        <w:t>әкелу</w:t>
      </w:r>
      <w:proofErr w:type="spellEnd"/>
    </w:p>
    <w:p w:rsidR="008B28CD" w:rsidRPr="003454F9" w:rsidRDefault="00D41B48">
      <w:pPr>
        <w:spacing w:after="100"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454F9">
        <w:rPr>
          <w:rFonts w:ascii="Times New Roman" w:hAnsi="Times New Roman" w:cs="Times New Roman"/>
          <w:sz w:val="24"/>
          <w:szCs w:val="24"/>
          <w:lang w:val="ru-RU"/>
        </w:rPr>
        <w:t xml:space="preserve">В материалах модуля эти четыре глагола образуют действие, происходящее прямо сейчас, по особой модели с </w:t>
      </w:r>
      <w:proofErr w:type="spellStart"/>
      <w:r w:rsidRPr="003454F9">
        <w:rPr>
          <w:rFonts w:ascii="Times New Roman" w:hAnsi="Times New Roman" w:cs="Times New Roman"/>
          <w:sz w:val="24"/>
          <w:szCs w:val="24"/>
          <w:lang w:val="ru-RU"/>
        </w:rPr>
        <w:t>жатыр</w:t>
      </w:r>
      <w:proofErr w:type="spellEnd"/>
      <w:r w:rsidRPr="003454F9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B28CD" w:rsidRPr="003454F9" w:rsidRDefault="00D41B48">
      <w:pPr>
        <w:spacing w:after="100" w:line="254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454F9">
        <w:rPr>
          <w:rFonts w:ascii="Times New Roman" w:hAnsi="Times New Roman" w:cs="Times New Roman"/>
          <w:sz w:val="24"/>
          <w:szCs w:val="24"/>
          <w:lang w:val="ru-RU"/>
        </w:rPr>
        <w:t xml:space="preserve">бар- / </w:t>
      </w:r>
      <w:proofErr w:type="spellStart"/>
      <w:r w:rsidRPr="003454F9">
        <w:rPr>
          <w:rFonts w:ascii="Times New Roman" w:hAnsi="Times New Roman" w:cs="Times New Roman"/>
          <w:sz w:val="24"/>
          <w:szCs w:val="24"/>
          <w:lang w:val="ru-RU"/>
        </w:rPr>
        <w:t>апар</w:t>
      </w:r>
      <w:proofErr w:type="spellEnd"/>
      <w:r w:rsidRPr="003454F9">
        <w:rPr>
          <w:rFonts w:ascii="Times New Roman" w:hAnsi="Times New Roman" w:cs="Times New Roman"/>
          <w:sz w:val="24"/>
          <w:szCs w:val="24"/>
          <w:lang w:val="ru-RU"/>
        </w:rPr>
        <w:t xml:space="preserve">- + </w:t>
      </w:r>
      <w:r w:rsidRPr="003454F9"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t>-а</w:t>
      </w:r>
      <w:r w:rsidRPr="003454F9">
        <w:rPr>
          <w:rFonts w:ascii="Times New Roman" w:hAnsi="Times New Roman" w:cs="Times New Roman"/>
          <w:sz w:val="24"/>
          <w:szCs w:val="24"/>
          <w:lang w:val="ru-RU"/>
        </w:rPr>
        <w:t xml:space="preserve"> + </w:t>
      </w:r>
      <w:proofErr w:type="spellStart"/>
      <w:r w:rsidRPr="003454F9">
        <w:rPr>
          <w:rFonts w:ascii="Times New Roman" w:hAnsi="Times New Roman" w:cs="Times New Roman"/>
          <w:sz w:val="24"/>
          <w:szCs w:val="24"/>
          <w:lang w:val="ru-RU"/>
        </w:rPr>
        <w:t>жатыр</w:t>
      </w:r>
      <w:proofErr w:type="spellEnd"/>
      <w:r w:rsidRPr="003454F9">
        <w:rPr>
          <w:rFonts w:ascii="Times New Roman" w:hAnsi="Times New Roman" w:cs="Times New Roman"/>
          <w:sz w:val="24"/>
          <w:szCs w:val="24"/>
          <w:lang w:val="ru-RU"/>
        </w:rPr>
        <w:t xml:space="preserve"> + окончание     •     </w:t>
      </w:r>
      <w:proofErr w:type="spellStart"/>
      <w:r w:rsidRPr="003454F9">
        <w:rPr>
          <w:rFonts w:ascii="Times New Roman" w:hAnsi="Times New Roman" w:cs="Times New Roman"/>
          <w:sz w:val="24"/>
          <w:szCs w:val="24"/>
          <w:lang w:val="ru-RU"/>
        </w:rPr>
        <w:t>кел</w:t>
      </w:r>
      <w:proofErr w:type="spellEnd"/>
      <w:r w:rsidRPr="003454F9">
        <w:rPr>
          <w:rFonts w:ascii="Times New Roman" w:hAnsi="Times New Roman" w:cs="Times New Roman"/>
          <w:sz w:val="24"/>
          <w:szCs w:val="24"/>
          <w:lang w:val="ru-RU"/>
        </w:rPr>
        <w:t xml:space="preserve">- / </w:t>
      </w:r>
      <w:proofErr w:type="spellStart"/>
      <w:r w:rsidRPr="003454F9">
        <w:rPr>
          <w:rFonts w:ascii="Times New Roman" w:hAnsi="Times New Roman" w:cs="Times New Roman"/>
          <w:sz w:val="24"/>
          <w:szCs w:val="24"/>
          <w:lang w:val="ru-RU"/>
        </w:rPr>
        <w:t>әкел</w:t>
      </w:r>
      <w:proofErr w:type="spellEnd"/>
      <w:r w:rsidRPr="003454F9">
        <w:rPr>
          <w:rFonts w:ascii="Times New Roman" w:hAnsi="Times New Roman" w:cs="Times New Roman"/>
          <w:sz w:val="24"/>
          <w:szCs w:val="24"/>
          <w:lang w:val="ru-RU"/>
        </w:rPr>
        <w:t xml:space="preserve">- + </w:t>
      </w:r>
      <w:r w:rsidRPr="003454F9"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t>-е</w:t>
      </w:r>
      <w:r w:rsidRPr="003454F9">
        <w:rPr>
          <w:rFonts w:ascii="Times New Roman" w:hAnsi="Times New Roman" w:cs="Times New Roman"/>
          <w:sz w:val="24"/>
          <w:szCs w:val="24"/>
          <w:lang w:val="ru-RU"/>
        </w:rPr>
        <w:t xml:space="preserve"> + </w:t>
      </w:r>
      <w:proofErr w:type="spellStart"/>
      <w:r w:rsidRPr="003454F9">
        <w:rPr>
          <w:rFonts w:ascii="Times New Roman" w:hAnsi="Times New Roman" w:cs="Times New Roman"/>
          <w:sz w:val="24"/>
          <w:szCs w:val="24"/>
          <w:lang w:val="ru-RU"/>
        </w:rPr>
        <w:t>жатыр</w:t>
      </w:r>
      <w:proofErr w:type="spellEnd"/>
      <w:r w:rsidRPr="003454F9">
        <w:rPr>
          <w:rFonts w:ascii="Times New Roman" w:hAnsi="Times New Roman" w:cs="Times New Roman"/>
          <w:sz w:val="24"/>
          <w:szCs w:val="24"/>
          <w:lang w:val="ru-RU"/>
        </w:rPr>
        <w:t xml:space="preserve"> + окончание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8B28CD" w:rsidRPr="008150B1">
        <w:trPr>
          <w:cantSplit/>
          <w:tblHeader/>
          <w:jc w:val="center"/>
        </w:trPr>
        <w:tc>
          <w:tcPr>
            <w:tcW w:w="5112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243B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B28CD" w:rsidRPr="00055930" w:rsidRDefault="00D41B48">
            <w:pPr>
              <w:spacing w:after="0" w:line="25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  <w:lang w:val="ru-RU"/>
              </w:rPr>
              <w:t>Движение туда / от точки отсч</w:t>
            </w:r>
            <w:r w:rsidR="00055930">
              <w:rPr>
                <w:rFonts w:ascii="Times New Roman" w:hAnsi="Times New Roman" w:cs="Times New Roman"/>
                <w:b/>
                <w:color w:val="FFFFFF"/>
                <w:sz w:val="18"/>
                <w:lang w:val="ru-RU"/>
              </w:rPr>
              <w:t>е</w:t>
            </w:r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  <w:lang w:val="ru-RU"/>
              </w:rPr>
              <w:t>та</w:t>
            </w:r>
          </w:p>
        </w:tc>
        <w:tc>
          <w:tcPr>
            <w:tcW w:w="5112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243B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B28CD" w:rsidRPr="00055930" w:rsidRDefault="00D41B48">
            <w:pPr>
              <w:spacing w:after="0" w:line="25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  <w:lang w:val="ru-RU"/>
              </w:rPr>
              <w:t>Движение сюда / к точке отсч</w:t>
            </w:r>
            <w:r w:rsidR="00055930">
              <w:rPr>
                <w:rFonts w:ascii="Times New Roman" w:hAnsi="Times New Roman" w:cs="Times New Roman"/>
                <w:b/>
                <w:color w:val="FFFFFF"/>
                <w:sz w:val="18"/>
                <w:lang w:val="ru-RU"/>
              </w:rPr>
              <w:t>е</w:t>
            </w:r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  <w:lang w:val="ru-RU"/>
              </w:rPr>
              <w:t>та</w:t>
            </w:r>
          </w:p>
        </w:tc>
      </w:tr>
      <w:tr w:rsidR="008B28CD" w:rsidRPr="00055930">
        <w:trPr>
          <w:cantSplit/>
          <w:jc w:val="center"/>
        </w:trPr>
        <w:tc>
          <w:tcPr>
            <w:tcW w:w="5112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EE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Мен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кеңсеге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бар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а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жатыр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мын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>.</w:t>
            </w:r>
          </w:p>
        </w:tc>
        <w:tc>
          <w:tcPr>
            <w:tcW w:w="5112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EE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8"/>
              </w:rPr>
              <w:t>Әріптесім бізге кел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е</w:t>
            </w:r>
            <w:r w:rsidRPr="00055930">
              <w:rPr>
                <w:rFonts w:ascii="Times New Roman" w:hAnsi="Times New Roman" w:cs="Times New Roman"/>
                <w:sz w:val="18"/>
              </w:rPr>
              <w:t xml:space="preserve"> жатыр.</w:t>
            </w:r>
          </w:p>
        </w:tc>
      </w:tr>
      <w:tr w:rsidR="008B28CD" w:rsidRPr="00055930">
        <w:trPr>
          <w:cantSplit/>
          <w:jc w:val="center"/>
        </w:trPr>
        <w:tc>
          <w:tcPr>
            <w:tcW w:w="5112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8"/>
              </w:rPr>
              <w:t>Ол құжатты бөлімге апар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а</w:t>
            </w:r>
            <w:r w:rsidRPr="00055930">
              <w:rPr>
                <w:rFonts w:ascii="Times New Roman" w:hAnsi="Times New Roman" w:cs="Times New Roman"/>
                <w:sz w:val="18"/>
              </w:rPr>
              <w:t xml:space="preserve"> жатыр.</w:t>
            </w:r>
          </w:p>
        </w:tc>
        <w:tc>
          <w:tcPr>
            <w:tcW w:w="5112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8"/>
              </w:rPr>
              <w:t>Олар жабдықты зертханаға әкел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е</w:t>
            </w:r>
            <w:r w:rsidRPr="00055930">
              <w:rPr>
                <w:rFonts w:ascii="Times New Roman" w:hAnsi="Times New Roman" w:cs="Times New Roman"/>
                <w:sz w:val="18"/>
              </w:rPr>
              <w:t xml:space="preserve"> жатыр.</w:t>
            </w:r>
          </w:p>
        </w:tc>
      </w:tr>
    </w:tbl>
    <w:p w:rsidR="008B28CD" w:rsidRPr="00055930" w:rsidRDefault="00D41B48">
      <w:pPr>
        <w:rPr>
          <w:rFonts w:ascii="Times New Roman" w:hAnsi="Times New Roman" w:cs="Times New Roman"/>
        </w:rPr>
      </w:pPr>
      <w:r w:rsidRPr="00055930">
        <w:rPr>
          <w:rFonts w:ascii="Times New Roman" w:hAnsi="Times New Roman" w:cs="Times New Roman"/>
        </w:rPr>
        <w:br w:type="page"/>
      </w:r>
    </w:p>
    <w:p w:rsidR="008B28CD" w:rsidRPr="003454F9" w:rsidRDefault="00D41B48">
      <w:pPr>
        <w:pStyle w:val="1"/>
        <w:rPr>
          <w:rFonts w:ascii="Times New Roman" w:hAnsi="Times New Roman" w:cs="Times New Roman"/>
          <w:sz w:val="28"/>
          <w:lang w:val="ru-RU"/>
        </w:rPr>
      </w:pPr>
      <w:r w:rsidRPr="003454F9">
        <w:rPr>
          <w:rFonts w:ascii="Times New Roman" w:hAnsi="Times New Roman" w:cs="Times New Roman"/>
          <w:sz w:val="28"/>
          <w:lang w:val="ru-RU"/>
        </w:rPr>
        <w:lastRenderedPageBreak/>
        <w:t>Статья: отрицание, вопрос и сравнение</w:t>
      </w:r>
    </w:p>
    <w:p w:rsidR="008B28CD" w:rsidRPr="003454F9" w:rsidRDefault="00D41B48">
      <w:pPr>
        <w:pStyle w:val="21"/>
        <w:rPr>
          <w:rFonts w:ascii="Times New Roman" w:hAnsi="Times New Roman" w:cs="Times New Roman"/>
          <w:sz w:val="24"/>
          <w:szCs w:val="24"/>
          <w:lang w:val="ru-RU"/>
        </w:rPr>
      </w:pPr>
      <w:r w:rsidRPr="003454F9">
        <w:rPr>
          <w:rFonts w:ascii="Times New Roman" w:hAnsi="Times New Roman" w:cs="Times New Roman"/>
          <w:sz w:val="24"/>
          <w:szCs w:val="24"/>
          <w:lang w:val="ru-RU"/>
        </w:rPr>
        <w:t>8. Отрицательная форма</w:t>
      </w:r>
    </w:p>
    <w:p w:rsidR="008B28CD" w:rsidRPr="003454F9" w:rsidRDefault="00D41B48">
      <w:pPr>
        <w:spacing w:after="100" w:line="259" w:lineRule="auto"/>
        <w:rPr>
          <w:rFonts w:ascii="Times New Roman" w:hAnsi="Times New Roman" w:cs="Times New Roman"/>
          <w:sz w:val="24"/>
          <w:szCs w:val="24"/>
        </w:rPr>
      </w:pPr>
      <w:r w:rsidRPr="003454F9">
        <w:rPr>
          <w:rFonts w:ascii="Times New Roman" w:hAnsi="Times New Roman" w:cs="Times New Roman"/>
          <w:sz w:val="24"/>
          <w:szCs w:val="24"/>
          <w:lang w:val="ru-RU"/>
        </w:rPr>
        <w:t xml:space="preserve">Для простой формы и нейтрального отрицания сложной формы используется причастие на </w:t>
      </w:r>
      <w:r w:rsidRPr="003454F9">
        <w:rPr>
          <w:rFonts w:ascii="Times New Roman" w:hAnsi="Times New Roman" w:cs="Times New Roman"/>
          <w:i/>
          <w:sz w:val="24"/>
          <w:szCs w:val="24"/>
          <w:lang w:val="ru-RU"/>
        </w:rPr>
        <w:t>-</w:t>
      </w:r>
      <w:proofErr w:type="spellStart"/>
      <w:r w:rsidRPr="003454F9">
        <w:rPr>
          <w:rFonts w:ascii="Times New Roman" w:hAnsi="Times New Roman" w:cs="Times New Roman"/>
          <w:i/>
          <w:sz w:val="24"/>
          <w:szCs w:val="24"/>
          <w:lang w:val="ru-RU"/>
        </w:rPr>
        <w:t>ған</w:t>
      </w:r>
      <w:proofErr w:type="spellEnd"/>
      <w:r w:rsidRPr="003454F9">
        <w:rPr>
          <w:rFonts w:ascii="Times New Roman" w:hAnsi="Times New Roman" w:cs="Times New Roman"/>
          <w:i/>
          <w:sz w:val="24"/>
          <w:szCs w:val="24"/>
          <w:lang w:val="ru-RU"/>
        </w:rPr>
        <w:t>/-ген/-</w:t>
      </w:r>
      <w:proofErr w:type="spellStart"/>
      <w:r w:rsidRPr="003454F9">
        <w:rPr>
          <w:rFonts w:ascii="Times New Roman" w:hAnsi="Times New Roman" w:cs="Times New Roman"/>
          <w:i/>
          <w:sz w:val="24"/>
          <w:szCs w:val="24"/>
          <w:lang w:val="ru-RU"/>
        </w:rPr>
        <w:t>қан</w:t>
      </w:r>
      <w:proofErr w:type="spellEnd"/>
      <w:r w:rsidRPr="003454F9">
        <w:rPr>
          <w:rFonts w:ascii="Times New Roman" w:hAnsi="Times New Roman" w:cs="Times New Roman"/>
          <w:i/>
          <w:sz w:val="24"/>
          <w:szCs w:val="24"/>
          <w:lang w:val="ru-RU"/>
        </w:rPr>
        <w:t>/-</w:t>
      </w:r>
      <w:proofErr w:type="spellStart"/>
      <w:r w:rsidRPr="003454F9">
        <w:rPr>
          <w:rFonts w:ascii="Times New Roman" w:hAnsi="Times New Roman" w:cs="Times New Roman"/>
          <w:i/>
          <w:sz w:val="24"/>
          <w:szCs w:val="24"/>
          <w:lang w:val="ru-RU"/>
        </w:rPr>
        <w:t>кен</w:t>
      </w:r>
      <w:proofErr w:type="spellEnd"/>
      <w:r w:rsidRPr="003454F9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3454F9">
        <w:rPr>
          <w:rFonts w:ascii="Times New Roman" w:hAnsi="Times New Roman" w:cs="Times New Roman"/>
          <w:sz w:val="24"/>
          <w:szCs w:val="24"/>
          <w:lang w:val="ru-RU"/>
        </w:rPr>
        <w:t xml:space="preserve">и отдельное слово </w:t>
      </w:r>
      <w:proofErr w:type="spellStart"/>
      <w:r w:rsidRPr="003454F9">
        <w:rPr>
          <w:rFonts w:ascii="Times New Roman" w:hAnsi="Times New Roman" w:cs="Times New Roman"/>
          <w:i/>
          <w:sz w:val="24"/>
          <w:szCs w:val="24"/>
          <w:lang w:val="ru-RU"/>
        </w:rPr>
        <w:t>жоқ</w:t>
      </w:r>
      <w:proofErr w:type="spellEnd"/>
      <w:r w:rsidRPr="003454F9">
        <w:rPr>
          <w:rFonts w:ascii="Times New Roman" w:hAnsi="Times New Roman" w:cs="Times New Roman"/>
          <w:i/>
          <w:sz w:val="24"/>
          <w:szCs w:val="24"/>
          <w:lang w:val="ru-RU"/>
        </w:rPr>
        <w:t>.</w:t>
      </w:r>
      <w:r w:rsidRPr="003454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454F9">
        <w:rPr>
          <w:rFonts w:ascii="Times New Roman" w:hAnsi="Times New Roman" w:cs="Times New Roman"/>
          <w:sz w:val="24"/>
          <w:szCs w:val="24"/>
        </w:rPr>
        <w:t>Личное</w:t>
      </w:r>
      <w:proofErr w:type="spellEnd"/>
      <w:r w:rsidRPr="003454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54F9">
        <w:rPr>
          <w:rFonts w:ascii="Times New Roman" w:hAnsi="Times New Roman" w:cs="Times New Roman"/>
          <w:sz w:val="24"/>
          <w:szCs w:val="24"/>
        </w:rPr>
        <w:t>окончание</w:t>
      </w:r>
      <w:proofErr w:type="spellEnd"/>
      <w:r w:rsidRPr="003454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54F9">
        <w:rPr>
          <w:rFonts w:ascii="Times New Roman" w:hAnsi="Times New Roman" w:cs="Times New Roman"/>
          <w:sz w:val="24"/>
          <w:szCs w:val="24"/>
        </w:rPr>
        <w:t>присоединяется</w:t>
      </w:r>
      <w:proofErr w:type="spellEnd"/>
      <w:r w:rsidRPr="003454F9">
        <w:rPr>
          <w:rFonts w:ascii="Times New Roman" w:hAnsi="Times New Roman" w:cs="Times New Roman"/>
          <w:sz w:val="24"/>
          <w:szCs w:val="24"/>
        </w:rPr>
        <w:t xml:space="preserve"> к слову </w:t>
      </w:r>
      <w:r w:rsidRPr="003454F9">
        <w:rPr>
          <w:rFonts w:ascii="Times New Roman" w:hAnsi="Times New Roman" w:cs="Times New Roman"/>
          <w:i/>
          <w:sz w:val="24"/>
          <w:szCs w:val="24"/>
        </w:rPr>
        <w:t>жоқ.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8B28CD" w:rsidRPr="008150B1">
        <w:trPr>
          <w:jc w:val="center"/>
        </w:trPr>
        <w:tc>
          <w:tcPr>
            <w:tcW w:w="10080" w:type="dxa"/>
            <w:tcBorders>
              <w:top w:val="single" w:sz="9" w:space="0" w:color="536FA8"/>
              <w:left w:val="single" w:sz="9" w:space="0" w:color="536FA8"/>
              <w:bottom w:val="single" w:sz="9" w:space="0" w:color="536FA8"/>
              <w:right w:val="single" w:sz="9" w:space="0" w:color="536FA8"/>
            </w:tcBorders>
            <w:shd w:val="clear" w:color="auto" w:fill="EEF3FA"/>
            <w:tcMar>
              <w:top w:w="110" w:type="dxa"/>
              <w:left w:w="150" w:type="dxa"/>
              <w:bottom w:w="110" w:type="dxa"/>
              <w:right w:w="150" w:type="dxa"/>
            </w:tcMar>
          </w:tcPr>
          <w:p w:rsidR="008B28CD" w:rsidRPr="00055930" w:rsidRDefault="00D41B48">
            <w:pPr>
              <w:spacing w:after="0" w:line="250" w:lineRule="auto"/>
              <w:rPr>
                <w:rFonts w:ascii="Times New Roman" w:hAnsi="Times New Roman" w:cs="Times New Roman"/>
                <w:lang w:val="ru-RU"/>
              </w:rPr>
            </w:pPr>
            <w:r w:rsidRPr="00055930">
              <w:rPr>
                <w:rFonts w:ascii="Times New Roman" w:hAnsi="Times New Roman" w:cs="Times New Roman"/>
                <w:b/>
                <w:color w:val="536FA8"/>
                <w:sz w:val="17"/>
                <w:lang w:val="ru-RU"/>
              </w:rPr>
              <w:t xml:space="preserve">ПРОСТАЯ </w:t>
            </w:r>
            <w:proofErr w:type="gramStart"/>
            <w:r w:rsidRPr="00055930">
              <w:rPr>
                <w:rFonts w:ascii="Times New Roman" w:hAnsi="Times New Roman" w:cs="Times New Roman"/>
                <w:b/>
                <w:color w:val="536FA8"/>
                <w:sz w:val="17"/>
                <w:lang w:val="ru-RU"/>
              </w:rPr>
              <w:t xml:space="preserve">ФОРМА  </w:t>
            </w:r>
            <w:proofErr w:type="spellStart"/>
            <w:r w:rsidRPr="00055930">
              <w:rPr>
                <w:rFonts w:ascii="Times New Roman" w:hAnsi="Times New Roman" w:cs="Times New Roman"/>
                <w:lang w:val="ru-RU"/>
              </w:rPr>
              <w:t>отыр</w:t>
            </w:r>
            <w:proofErr w:type="spellEnd"/>
            <w:proofErr w:type="gramEnd"/>
            <w:r w:rsidRPr="00055930">
              <w:rPr>
                <w:rFonts w:ascii="Times New Roman" w:hAnsi="Times New Roman" w:cs="Times New Roman"/>
                <w:lang w:val="ru-RU"/>
              </w:rPr>
              <w:t xml:space="preserve"> / </w:t>
            </w:r>
            <w:proofErr w:type="spellStart"/>
            <w:r w:rsidRPr="00055930">
              <w:rPr>
                <w:rFonts w:ascii="Times New Roman" w:hAnsi="Times New Roman" w:cs="Times New Roman"/>
                <w:lang w:val="ru-RU"/>
              </w:rPr>
              <w:t>тұр</w:t>
            </w:r>
            <w:proofErr w:type="spellEnd"/>
            <w:r w:rsidRPr="00055930">
              <w:rPr>
                <w:rFonts w:ascii="Times New Roman" w:hAnsi="Times New Roman" w:cs="Times New Roman"/>
                <w:lang w:val="ru-RU"/>
              </w:rPr>
              <w:t xml:space="preserve"> / </w:t>
            </w:r>
            <w:proofErr w:type="spellStart"/>
            <w:r w:rsidRPr="00055930">
              <w:rPr>
                <w:rFonts w:ascii="Times New Roman" w:hAnsi="Times New Roman" w:cs="Times New Roman"/>
                <w:lang w:val="ru-RU"/>
              </w:rPr>
              <w:t>жатыр</w:t>
            </w:r>
            <w:proofErr w:type="spellEnd"/>
            <w:r w:rsidRPr="00055930">
              <w:rPr>
                <w:rFonts w:ascii="Times New Roman" w:hAnsi="Times New Roman" w:cs="Times New Roman"/>
                <w:lang w:val="ru-RU"/>
              </w:rPr>
              <w:t xml:space="preserve"> / </w:t>
            </w:r>
            <w:proofErr w:type="spellStart"/>
            <w:r w:rsidRPr="00055930">
              <w:rPr>
                <w:rFonts w:ascii="Times New Roman" w:hAnsi="Times New Roman" w:cs="Times New Roman"/>
                <w:lang w:val="ru-RU"/>
              </w:rPr>
              <w:t>жүр</w:t>
            </w:r>
            <w:proofErr w:type="spellEnd"/>
            <w:r w:rsidRPr="00055930">
              <w:rPr>
                <w:rFonts w:ascii="Times New Roman" w:hAnsi="Times New Roman" w:cs="Times New Roman"/>
                <w:lang w:val="ru-RU"/>
              </w:rPr>
              <w:t xml:space="preserve"> + </w:t>
            </w:r>
            <w:r w:rsidRPr="00055930">
              <w:rPr>
                <w:rFonts w:ascii="Times New Roman" w:hAnsi="Times New Roman" w:cs="Times New Roman"/>
                <w:i/>
                <w:color w:val="C00000"/>
                <w:lang w:val="ru-RU"/>
              </w:rPr>
              <w:t>-</w:t>
            </w:r>
            <w:proofErr w:type="spellStart"/>
            <w:r w:rsidRPr="00055930">
              <w:rPr>
                <w:rFonts w:ascii="Times New Roman" w:hAnsi="Times New Roman" w:cs="Times New Roman"/>
                <w:i/>
                <w:color w:val="C00000"/>
                <w:lang w:val="ru-RU"/>
              </w:rPr>
              <w:t>ған</w:t>
            </w:r>
            <w:proofErr w:type="spellEnd"/>
            <w:r w:rsidRPr="00055930">
              <w:rPr>
                <w:rFonts w:ascii="Times New Roman" w:hAnsi="Times New Roman" w:cs="Times New Roman"/>
                <w:i/>
                <w:color w:val="C00000"/>
                <w:lang w:val="ru-RU"/>
              </w:rPr>
              <w:t>/-ген/-</w:t>
            </w:r>
            <w:proofErr w:type="spellStart"/>
            <w:r w:rsidRPr="00055930">
              <w:rPr>
                <w:rFonts w:ascii="Times New Roman" w:hAnsi="Times New Roman" w:cs="Times New Roman"/>
                <w:i/>
                <w:color w:val="C00000"/>
                <w:lang w:val="ru-RU"/>
              </w:rPr>
              <w:t>қан</w:t>
            </w:r>
            <w:proofErr w:type="spellEnd"/>
            <w:r w:rsidRPr="00055930">
              <w:rPr>
                <w:rFonts w:ascii="Times New Roman" w:hAnsi="Times New Roman" w:cs="Times New Roman"/>
                <w:i/>
                <w:color w:val="C00000"/>
                <w:lang w:val="ru-RU"/>
              </w:rPr>
              <w:t>/-</w:t>
            </w:r>
            <w:proofErr w:type="spellStart"/>
            <w:r w:rsidRPr="00055930">
              <w:rPr>
                <w:rFonts w:ascii="Times New Roman" w:hAnsi="Times New Roman" w:cs="Times New Roman"/>
                <w:i/>
                <w:color w:val="C00000"/>
                <w:lang w:val="ru-RU"/>
              </w:rPr>
              <w:t>кен</w:t>
            </w:r>
            <w:proofErr w:type="spellEnd"/>
            <w:r w:rsidRPr="00055930">
              <w:rPr>
                <w:rFonts w:ascii="Times New Roman" w:hAnsi="Times New Roman" w:cs="Times New Roman"/>
                <w:lang w:val="ru-RU"/>
              </w:rPr>
              <w:t xml:space="preserve"> + </w:t>
            </w:r>
            <w:proofErr w:type="spellStart"/>
            <w:r w:rsidRPr="00055930">
              <w:rPr>
                <w:rFonts w:ascii="Times New Roman" w:hAnsi="Times New Roman" w:cs="Times New Roman"/>
                <w:lang w:val="ru-RU"/>
              </w:rPr>
              <w:t>жоқ</w:t>
            </w:r>
            <w:proofErr w:type="spellEnd"/>
            <w:r w:rsidRPr="00055930">
              <w:rPr>
                <w:rFonts w:ascii="Times New Roman" w:hAnsi="Times New Roman" w:cs="Times New Roman"/>
                <w:lang w:val="ru-RU"/>
              </w:rPr>
              <w:t xml:space="preserve"> + личное окончание</w:t>
            </w:r>
          </w:p>
        </w:tc>
      </w:tr>
    </w:tbl>
    <w:p w:rsidR="008B28CD" w:rsidRPr="003454F9" w:rsidRDefault="00D41B48">
      <w:pPr>
        <w:spacing w:after="140" w:line="254" w:lineRule="auto"/>
        <w:jc w:val="center"/>
        <w:rPr>
          <w:rFonts w:ascii="Times New Roman" w:hAnsi="Times New Roman" w:cs="Times New Roman"/>
          <w:lang w:val="ru-RU"/>
        </w:rPr>
      </w:pPr>
      <w:r w:rsidRPr="00055930">
        <w:rPr>
          <w:rFonts w:ascii="Times New Roman" w:hAnsi="Times New Roman" w:cs="Times New Roman"/>
          <w:lang w:val="ru-RU"/>
        </w:rPr>
        <w:t xml:space="preserve">Мен </w:t>
      </w:r>
      <w:proofErr w:type="spellStart"/>
      <w:r w:rsidRPr="00055930">
        <w:rPr>
          <w:rFonts w:ascii="Times New Roman" w:hAnsi="Times New Roman" w:cs="Times New Roman"/>
          <w:lang w:val="ru-RU"/>
        </w:rPr>
        <w:t>отыр</w:t>
      </w:r>
      <w:r w:rsidRPr="00055930">
        <w:rPr>
          <w:rFonts w:ascii="Times New Roman" w:hAnsi="Times New Roman" w:cs="Times New Roman"/>
          <w:i/>
          <w:color w:val="C00000"/>
          <w:lang w:val="ru-RU"/>
        </w:rPr>
        <w:t>ған</w:t>
      </w:r>
      <w:proofErr w:type="spellEnd"/>
      <w:r w:rsidRPr="00055930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055930">
        <w:rPr>
          <w:rFonts w:ascii="Times New Roman" w:hAnsi="Times New Roman" w:cs="Times New Roman"/>
          <w:lang w:val="ru-RU"/>
        </w:rPr>
        <w:t>жоқ</w:t>
      </w:r>
      <w:r w:rsidRPr="00055930">
        <w:rPr>
          <w:rFonts w:ascii="Times New Roman" w:hAnsi="Times New Roman" w:cs="Times New Roman"/>
          <w:i/>
          <w:color w:val="C00000"/>
          <w:lang w:val="ru-RU"/>
        </w:rPr>
        <w:t>пын</w:t>
      </w:r>
      <w:proofErr w:type="spellEnd"/>
      <w:r w:rsidRPr="00055930">
        <w:rPr>
          <w:rFonts w:ascii="Times New Roman" w:hAnsi="Times New Roman" w:cs="Times New Roman"/>
          <w:lang w:val="ru-RU"/>
        </w:rPr>
        <w:t xml:space="preserve">.    </w:t>
      </w:r>
      <w:proofErr w:type="spellStart"/>
      <w:r w:rsidRPr="00055930">
        <w:rPr>
          <w:rFonts w:ascii="Times New Roman" w:hAnsi="Times New Roman" w:cs="Times New Roman"/>
          <w:lang w:val="ru-RU"/>
        </w:rPr>
        <w:t>Сіз</w:t>
      </w:r>
      <w:proofErr w:type="spellEnd"/>
      <w:r w:rsidRPr="00055930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055930">
        <w:rPr>
          <w:rFonts w:ascii="Times New Roman" w:hAnsi="Times New Roman" w:cs="Times New Roman"/>
          <w:lang w:val="ru-RU"/>
        </w:rPr>
        <w:t>тұр</w:t>
      </w:r>
      <w:r w:rsidRPr="00055930">
        <w:rPr>
          <w:rFonts w:ascii="Times New Roman" w:hAnsi="Times New Roman" w:cs="Times New Roman"/>
          <w:i/>
          <w:color w:val="C00000"/>
          <w:lang w:val="ru-RU"/>
        </w:rPr>
        <w:t>ған</w:t>
      </w:r>
      <w:proofErr w:type="spellEnd"/>
      <w:r w:rsidRPr="00055930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055930">
        <w:rPr>
          <w:rFonts w:ascii="Times New Roman" w:hAnsi="Times New Roman" w:cs="Times New Roman"/>
          <w:lang w:val="ru-RU"/>
        </w:rPr>
        <w:t>жоқ</w:t>
      </w:r>
      <w:r w:rsidRPr="00055930">
        <w:rPr>
          <w:rFonts w:ascii="Times New Roman" w:hAnsi="Times New Roman" w:cs="Times New Roman"/>
          <w:i/>
          <w:color w:val="C00000"/>
          <w:lang w:val="ru-RU"/>
        </w:rPr>
        <w:t>сыз</w:t>
      </w:r>
      <w:proofErr w:type="spellEnd"/>
      <w:r w:rsidRPr="00055930">
        <w:rPr>
          <w:rFonts w:ascii="Times New Roman" w:hAnsi="Times New Roman" w:cs="Times New Roman"/>
          <w:lang w:val="ru-RU"/>
        </w:rPr>
        <w:t xml:space="preserve">.  </w:t>
      </w:r>
      <w:r w:rsidRPr="003454F9">
        <w:rPr>
          <w:rFonts w:ascii="Times New Roman" w:hAnsi="Times New Roman" w:cs="Times New Roman"/>
          <w:lang w:val="ru-RU"/>
        </w:rPr>
        <w:t xml:space="preserve">  </w:t>
      </w:r>
      <w:proofErr w:type="spellStart"/>
      <w:r w:rsidRPr="003454F9">
        <w:rPr>
          <w:rFonts w:ascii="Times New Roman" w:hAnsi="Times New Roman" w:cs="Times New Roman"/>
          <w:lang w:val="ru-RU"/>
        </w:rPr>
        <w:t>Олар</w:t>
      </w:r>
      <w:proofErr w:type="spellEnd"/>
      <w:r w:rsidRPr="003454F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454F9">
        <w:rPr>
          <w:rFonts w:ascii="Times New Roman" w:hAnsi="Times New Roman" w:cs="Times New Roman"/>
          <w:lang w:val="ru-RU"/>
        </w:rPr>
        <w:t>жүр</w:t>
      </w:r>
      <w:r w:rsidRPr="003454F9">
        <w:rPr>
          <w:rFonts w:ascii="Times New Roman" w:hAnsi="Times New Roman" w:cs="Times New Roman"/>
          <w:i/>
          <w:color w:val="C00000"/>
          <w:lang w:val="ru-RU"/>
        </w:rPr>
        <w:t>ген</w:t>
      </w:r>
      <w:proofErr w:type="spellEnd"/>
      <w:r w:rsidRPr="003454F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454F9">
        <w:rPr>
          <w:rFonts w:ascii="Times New Roman" w:hAnsi="Times New Roman" w:cs="Times New Roman"/>
          <w:lang w:val="ru-RU"/>
        </w:rPr>
        <w:t>жоқ</w:t>
      </w:r>
      <w:proofErr w:type="spellEnd"/>
      <w:r w:rsidRPr="003454F9">
        <w:rPr>
          <w:rFonts w:ascii="Times New Roman" w:hAnsi="Times New Roman" w:cs="Times New Roman"/>
          <w:lang w:val="ru-RU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8B28CD" w:rsidRPr="008150B1">
        <w:trPr>
          <w:jc w:val="center"/>
        </w:trPr>
        <w:tc>
          <w:tcPr>
            <w:tcW w:w="10080" w:type="dxa"/>
            <w:tcBorders>
              <w:top w:val="single" w:sz="9" w:space="0" w:color="2B8582"/>
              <w:left w:val="single" w:sz="9" w:space="0" w:color="2B8582"/>
              <w:bottom w:val="single" w:sz="9" w:space="0" w:color="2B8582"/>
              <w:right w:val="single" w:sz="9" w:space="0" w:color="2B8582"/>
            </w:tcBorders>
            <w:shd w:val="clear" w:color="auto" w:fill="EAF5F3"/>
            <w:tcMar>
              <w:top w:w="110" w:type="dxa"/>
              <w:left w:w="150" w:type="dxa"/>
              <w:bottom w:w="110" w:type="dxa"/>
              <w:right w:w="150" w:type="dxa"/>
            </w:tcMar>
          </w:tcPr>
          <w:p w:rsidR="008B28CD" w:rsidRPr="00055930" w:rsidRDefault="00D41B48">
            <w:pPr>
              <w:spacing w:after="0" w:line="250" w:lineRule="auto"/>
              <w:rPr>
                <w:rFonts w:ascii="Times New Roman" w:hAnsi="Times New Roman" w:cs="Times New Roman"/>
                <w:lang w:val="ru-RU"/>
              </w:rPr>
            </w:pPr>
            <w:r w:rsidRPr="00055930">
              <w:rPr>
                <w:rFonts w:ascii="Times New Roman" w:hAnsi="Times New Roman" w:cs="Times New Roman"/>
                <w:b/>
                <w:color w:val="2B8582"/>
                <w:sz w:val="17"/>
                <w:lang w:val="ru-RU"/>
              </w:rPr>
              <w:t xml:space="preserve">СЛОЖНАЯ </w:t>
            </w:r>
            <w:proofErr w:type="gramStart"/>
            <w:r w:rsidRPr="00055930">
              <w:rPr>
                <w:rFonts w:ascii="Times New Roman" w:hAnsi="Times New Roman" w:cs="Times New Roman"/>
                <w:b/>
                <w:color w:val="2B8582"/>
                <w:sz w:val="17"/>
                <w:lang w:val="ru-RU"/>
              </w:rPr>
              <w:t xml:space="preserve">ФОРМА  </w:t>
            </w:r>
            <w:r w:rsidRPr="00055930">
              <w:rPr>
                <w:rFonts w:ascii="Times New Roman" w:hAnsi="Times New Roman" w:cs="Times New Roman"/>
                <w:lang w:val="ru-RU"/>
              </w:rPr>
              <w:t>основной</w:t>
            </w:r>
            <w:proofErr w:type="gramEnd"/>
            <w:r w:rsidRPr="00055930">
              <w:rPr>
                <w:rFonts w:ascii="Times New Roman" w:hAnsi="Times New Roman" w:cs="Times New Roman"/>
                <w:lang w:val="ru-RU"/>
              </w:rPr>
              <w:t xml:space="preserve"> глагол + </w:t>
            </w:r>
            <w:r w:rsidRPr="00055930">
              <w:rPr>
                <w:rFonts w:ascii="Times New Roman" w:hAnsi="Times New Roman" w:cs="Times New Roman"/>
                <w:i/>
                <w:color w:val="C00000"/>
                <w:lang w:val="ru-RU"/>
              </w:rPr>
              <w:t>-</w:t>
            </w:r>
            <w:proofErr w:type="spellStart"/>
            <w:r w:rsidRPr="00055930">
              <w:rPr>
                <w:rFonts w:ascii="Times New Roman" w:hAnsi="Times New Roman" w:cs="Times New Roman"/>
                <w:i/>
                <w:color w:val="C00000"/>
                <w:lang w:val="ru-RU"/>
              </w:rPr>
              <w:t>ып</w:t>
            </w:r>
            <w:proofErr w:type="spellEnd"/>
            <w:r w:rsidRPr="00055930">
              <w:rPr>
                <w:rFonts w:ascii="Times New Roman" w:hAnsi="Times New Roman" w:cs="Times New Roman"/>
                <w:i/>
                <w:color w:val="C00000"/>
                <w:lang w:val="ru-RU"/>
              </w:rPr>
              <w:t>/-</w:t>
            </w:r>
            <w:proofErr w:type="spellStart"/>
            <w:r w:rsidRPr="00055930">
              <w:rPr>
                <w:rFonts w:ascii="Times New Roman" w:hAnsi="Times New Roman" w:cs="Times New Roman"/>
                <w:i/>
                <w:color w:val="C00000"/>
                <w:lang w:val="ru-RU"/>
              </w:rPr>
              <w:t>іп</w:t>
            </w:r>
            <w:proofErr w:type="spellEnd"/>
            <w:r w:rsidRPr="00055930">
              <w:rPr>
                <w:rFonts w:ascii="Times New Roman" w:hAnsi="Times New Roman" w:cs="Times New Roman"/>
                <w:i/>
                <w:color w:val="C00000"/>
                <w:lang w:val="ru-RU"/>
              </w:rPr>
              <w:t>/-п</w:t>
            </w:r>
            <w:r w:rsidRPr="00055930">
              <w:rPr>
                <w:rFonts w:ascii="Times New Roman" w:hAnsi="Times New Roman" w:cs="Times New Roman"/>
                <w:lang w:val="ru-RU"/>
              </w:rPr>
              <w:t xml:space="preserve"> + </w:t>
            </w:r>
            <w:proofErr w:type="spellStart"/>
            <w:r w:rsidRPr="00055930">
              <w:rPr>
                <w:rFonts w:ascii="Times New Roman" w:hAnsi="Times New Roman" w:cs="Times New Roman"/>
                <w:lang w:val="ru-RU"/>
              </w:rPr>
              <w:t>отыр</w:t>
            </w:r>
            <w:proofErr w:type="spellEnd"/>
            <w:r w:rsidRPr="00055930">
              <w:rPr>
                <w:rFonts w:ascii="Times New Roman" w:hAnsi="Times New Roman" w:cs="Times New Roman"/>
                <w:lang w:val="ru-RU"/>
              </w:rPr>
              <w:t>/</w:t>
            </w:r>
            <w:proofErr w:type="spellStart"/>
            <w:r w:rsidRPr="00055930">
              <w:rPr>
                <w:rFonts w:ascii="Times New Roman" w:hAnsi="Times New Roman" w:cs="Times New Roman"/>
                <w:lang w:val="ru-RU"/>
              </w:rPr>
              <w:t>тұр</w:t>
            </w:r>
            <w:proofErr w:type="spellEnd"/>
            <w:r w:rsidRPr="00055930">
              <w:rPr>
                <w:rFonts w:ascii="Times New Roman" w:hAnsi="Times New Roman" w:cs="Times New Roman"/>
                <w:lang w:val="ru-RU"/>
              </w:rPr>
              <w:t>/</w:t>
            </w:r>
            <w:proofErr w:type="spellStart"/>
            <w:r w:rsidRPr="00055930">
              <w:rPr>
                <w:rFonts w:ascii="Times New Roman" w:hAnsi="Times New Roman" w:cs="Times New Roman"/>
                <w:lang w:val="ru-RU"/>
              </w:rPr>
              <w:t>жатыр</w:t>
            </w:r>
            <w:proofErr w:type="spellEnd"/>
            <w:r w:rsidRPr="00055930">
              <w:rPr>
                <w:rFonts w:ascii="Times New Roman" w:hAnsi="Times New Roman" w:cs="Times New Roman"/>
                <w:lang w:val="ru-RU"/>
              </w:rPr>
              <w:t>/</w:t>
            </w:r>
            <w:proofErr w:type="spellStart"/>
            <w:r w:rsidRPr="00055930">
              <w:rPr>
                <w:rFonts w:ascii="Times New Roman" w:hAnsi="Times New Roman" w:cs="Times New Roman"/>
                <w:lang w:val="ru-RU"/>
              </w:rPr>
              <w:t>жүр</w:t>
            </w:r>
            <w:proofErr w:type="spellEnd"/>
            <w:r w:rsidRPr="00055930">
              <w:rPr>
                <w:rFonts w:ascii="Times New Roman" w:hAnsi="Times New Roman" w:cs="Times New Roman"/>
                <w:lang w:val="ru-RU"/>
              </w:rPr>
              <w:t xml:space="preserve"> + </w:t>
            </w:r>
            <w:r w:rsidRPr="00055930">
              <w:rPr>
                <w:rFonts w:ascii="Times New Roman" w:hAnsi="Times New Roman" w:cs="Times New Roman"/>
                <w:i/>
                <w:color w:val="C00000"/>
                <w:lang w:val="ru-RU"/>
              </w:rPr>
              <w:t>-</w:t>
            </w:r>
            <w:proofErr w:type="spellStart"/>
            <w:r w:rsidRPr="00055930">
              <w:rPr>
                <w:rFonts w:ascii="Times New Roman" w:hAnsi="Times New Roman" w:cs="Times New Roman"/>
                <w:i/>
                <w:color w:val="C00000"/>
                <w:lang w:val="ru-RU"/>
              </w:rPr>
              <w:t>ған</w:t>
            </w:r>
            <w:proofErr w:type="spellEnd"/>
            <w:r w:rsidRPr="00055930">
              <w:rPr>
                <w:rFonts w:ascii="Times New Roman" w:hAnsi="Times New Roman" w:cs="Times New Roman"/>
                <w:i/>
                <w:color w:val="C00000"/>
                <w:lang w:val="ru-RU"/>
              </w:rPr>
              <w:t>/-ген/-</w:t>
            </w:r>
            <w:proofErr w:type="spellStart"/>
            <w:r w:rsidRPr="00055930">
              <w:rPr>
                <w:rFonts w:ascii="Times New Roman" w:hAnsi="Times New Roman" w:cs="Times New Roman"/>
                <w:i/>
                <w:color w:val="C00000"/>
                <w:lang w:val="ru-RU"/>
              </w:rPr>
              <w:t>қан</w:t>
            </w:r>
            <w:proofErr w:type="spellEnd"/>
            <w:r w:rsidRPr="00055930">
              <w:rPr>
                <w:rFonts w:ascii="Times New Roman" w:hAnsi="Times New Roman" w:cs="Times New Roman"/>
                <w:i/>
                <w:color w:val="C00000"/>
                <w:lang w:val="ru-RU"/>
              </w:rPr>
              <w:t>/-</w:t>
            </w:r>
            <w:proofErr w:type="spellStart"/>
            <w:r w:rsidRPr="00055930">
              <w:rPr>
                <w:rFonts w:ascii="Times New Roman" w:hAnsi="Times New Roman" w:cs="Times New Roman"/>
                <w:i/>
                <w:color w:val="C00000"/>
                <w:lang w:val="ru-RU"/>
              </w:rPr>
              <w:t>кен</w:t>
            </w:r>
            <w:proofErr w:type="spellEnd"/>
            <w:r w:rsidRPr="00055930">
              <w:rPr>
                <w:rFonts w:ascii="Times New Roman" w:hAnsi="Times New Roman" w:cs="Times New Roman"/>
                <w:lang w:val="ru-RU"/>
              </w:rPr>
              <w:t xml:space="preserve"> + </w:t>
            </w:r>
            <w:proofErr w:type="spellStart"/>
            <w:r w:rsidRPr="00055930">
              <w:rPr>
                <w:rFonts w:ascii="Times New Roman" w:hAnsi="Times New Roman" w:cs="Times New Roman"/>
                <w:lang w:val="ru-RU"/>
              </w:rPr>
              <w:t>жоқ</w:t>
            </w:r>
            <w:proofErr w:type="spellEnd"/>
            <w:r w:rsidRPr="00055930">
              <w:rPr>
                <w:rFonts w:ascii="Times New Roman" w:hAnsi="Times New Roman" w:cs="Times New Roman"/>
                <w:lang w:val="ru-RU"/>
              </w:rPr>
              <w:t xml:space="preserve"> + окончание</w:t>
            </w:r>
          </w:p>
        </w:tc>
      </w:tr>
    </w:tbl>
    <w:p w:rsidR="008B28CD" w:rsidRPr="00055930" w:rsidRDefault="00D41B48">
      <w:pPr>
        <w:spacing w:after="140" w:line="254" w:lineRule="auto"/>
        <w:jc w:val="center"/>
        <w:rPr>
          <w:rFonts w:ascii="Times New Roman" w:hAnsi="Times New Roman" w:cs="Times New Roman"/>
          <w:lang w:val="ru-RU"/>
        </w:rPr>
      </w:pPr>
      <w:proofErr w:type="spellStart"/>
      <w:r w:rsidRPr="00055930">
        <w:rPr>
          <w:rFonts w:ascii="Times New Roman" w:hAnsi="Times New Roman" w:cs="Times New Roman"/>
          <w:lang w:val="ru-RU"/>
        </w:rPr>
        <w:t>Зерттеуші</w:t>
      </w:r>
      <w:proofErr w:type="spellEnd"/>
      <w:r w:rsidRPr="00055930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055930">
        <w:rPr>
          <w:rFonts w:ascii="Times New Roman" w:hAnsi="Times New Roman" w:cs="Times New Roman"/>
          <w:lang w:val="ru-RU"/>
        </w:rPr>
        <w:t>баяндама</w:t>
      </w:r>
      <w:proofErr w:type="spellEnd"/>
      <w:r w:rsidRPr="00055930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055930">
        <w:rPr>
          <w:rFonts w:ascii="Times New Roman" w:hAnsi="Times New Roman" w:cs="Times New Roman"/>
          <w:lang w:val="ru-RU"/>
        </w:rPr>
        <w:t>жаз</w:t>
      </w:r>
      <w:r w:rsidRPr="00055930">
        <w:rPr>
          <w:rFonts w:ascii="Times New Roman" w:hAnsi="Times New Roman" w:cs="Times New Roman"/>
          <w:i/>
          <w:color w:val="C00000"/>
          <w:lang w:val="ru-RU"/>
        </w:rPr>
        <w:t>ып</w:t>
      </w:r>
      <w:proofErr w:type="spellEnd"/>
      <w:r w:rsidRPr="00055930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055930">
        <w:rPr>
          <w:rFonts w:ascii="Times New Roman" w:hAnsi="Times New Roman" w:cs="Times New Roman"/>
          <w:lang w:val="ru-RU"/>
        </w:rPr>
        <w:t>отыр</w:t>
      </w:r>
      <w:r w:rsidRPr="00055930">
        <w:rPr>
          <w:rFonts w:ascii="Times New Roman" w:hAnsi="Times New Roman" w:cs="Times New Roman"/>
          <w:i/>
          <w:color w:val="C00000"/>
          <w:lang w:val="ru-RU"/>
        </w:rPr>
        <w:t>ған</w:t>
      </w:r>
      <w:proofErr w:type="spellEnd"/>
      <w:r w:rsidRPr="00055930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055930">
        <w:rPr>
          <w:rFonts w:ascii="Times New Roman" w:hAnsi="Times New Roman" w:cs="Times New Roman"/>
          <w:lang w:val="ru-RU"/>
        </w:rPr>
        <w:t>жоқ</w:t>
      </w:r>
      <w:proofErr w:type="spellEnd"/>
      <w:r w:rsidRPr="00055930">
        <w:rPr>
          <w:rFonts w:ascii="Times New Roman" w:hAnsi="Times New Roman" w:cs="Times New Roman"/>
          <w:lang w:val="ru-RU"/>
        </w:rPr>
        <w:t xml:space="preserve">.  •  </w:t>
      </w:r>
      <w:proofErr w:type="spellStart"/>
      <w:r w:rsidRPr="00055930">
        <w:rPr>
          <w:rFonts w:ascii="Times New Roman" w:hAnsi="Times New Roman" w:cs="Times New Roman"/>
          <w:lang w:val="ru-RU"/>
        </w:rPr>
        <w:t>Балалар</w:t>
      </w:r>
      <w:proofErr w:type="spellEnd"/>
      <w:r w:rsidRPr="00055930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055930">
        <w:rPr>
          <w:rFonts w:ascii="Times New Roman" w:hAnsi="Times New Roman" w:cs="Times New Roman"/>
          <w:lang w:val="ru-RU"/>
        </w:rPr>
        <w:t>аулада</w:t>
      </w:r>
      <w:proofErr w:type="spellEnd"/>
      <w:r w:rsidRPr="00055930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055930">
        <w:rPr>
          <w:rFonts w:ascii="Times New Roman" w:hAnsi="Times New Roman" w:cs="Times New Roman"/>
          <w:lang w:val="ru-RU"/>
        </w:rPr>
        <w:t>ойна</w:t>
      </w:r>
      <w:r w:rsidRPr="00055930">
        <w:rPr>
          <w:rFonts w:ascii="Times New Roman" w:hAnsi="Times New Roman" w:cs="Times New Roman"/>
          <w:i/>
          <w:color w:val="C00000"/>
          <w:lang w:val="ru-RU"/>
        </w:rPr>
        <w:t>п</w:t>
      </w:r>
      <w:proofErr w:type="spellEnd"/>
      <w:r w:rsidRPr="00055930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055930">
        <w:rPr>
          <w:rFonts w:ascii="Times New Roman" w:hAnsi="Times New Roman" w:cs="Times New Roman"/>
          <w:lang w:val="ru-RU"/>
        </w:rPr>
        <w:t>жүр</w:t>
      </w:r>
      <w:r w:rsidRPr="00055930">
        <w:rPr>
          <w:rFonts w:ascii="Times New Roman" w:hAnsi="Times New Roman" w:cs="Times New Roman"/>
          <w:i/>
          <w:color w:val="C00000"/>
          <w:lang w:val="ru-RU"/>
        </w:rPr>
        <w:t>ген</w:t>
      </w:r>
      <w:proofErr w:type="spellEnd"/>
      <w:r w:rsidRPr="00055930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055930">
        <w:rPr>
          <w:rFonts w:ascii="Times New Roman" w:hAnsi="Times New Roman" w:cs="Times New Roman"/>
          <w:lang w:val="ru-RU"/>
        </w:rPr>
        <w:t>жоқ</w:t>
      </w:r>
      <w:proofErr w:type="spellEnd"/>
      <w:r w:rsidRPr="00055930">
        <w:rPr>
          <w:rFonts w:ascii="Times New Roman" w:hAnsi="Times New Roman" w:cs="Times New Roman"/>
          <w:lang w:val="ru-RU"/>
        </w:rPr>
        <w:t>.</w:t>
      </w:r>
    </w:p>
    <w:p w:rsidR="008B28CD" w:rsidRPr="003454F9" w:rsidRDefault="00D41B48">
      <w:pPr>
        <w:pStyle w:val="21"/>
        <w:rPr>
          <w:rFonts w:ascii="Times New Roman" w:hAnsi="Times New Roman" w:cs="Times New Roman"/>
          <w:sz w:val="24"/>
          <w:szCs w:val="24"/>
        </w:rPr>
      </w:pPr>
      <w:r w:rsidRPr="003454F9">
        <w:rPr>
          <w:rFonts w:ascii="Times New Roman" w:hAnsi="Times New Roman" w:cs="Times New Roman"/>
          <w:sz w:val="24"/>
          <w:szCs w:val="24"/>
        </w:rPr>
        <w:t>9. Два способа отрицания движения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w:rsidR="008B28CD" w:rsidRPr="00055930">
        <w:trPr>
          <w:cantSplit/>
          <w:tblHeader/>
          <w:jc w:val="center"/>
        </w:trPr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243B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B28CD" w:rsidRPr="00055930" w:rsidRDefault="00D41B48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Значение</w:t>
            </w:r>
          </w:p>
        </w:tc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243B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B28CD" w:rsidRPr="00055930" w:rsidRDefault="00D41B48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Модель</w:t>
            </w:r>
          </w:p>
        </w:tc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243B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B28CD" w:rsidRPr="00055930" w:rsidRDefault="00D41B48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Пример</w:t>
            </w:r>
          </w:p>
        </w:tc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243B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B28CD" w:rsidRPr="00055930" w:rsidRDefault="00D41B48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Оттенок</w:t>
            </w:r>
          </w:p>
        </w:tc>
      </w:tr>
      <w:tr w:rsidR="008B28CD" w:rsidRPr="00055930">
        <w:trPr>
          <w:cantSplit/>
          <w:jc w:val="center"/>
        </w:trPr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EE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8"/>
              </w:rPr>
              <w:t>Нейтральное отсутствие действия</w:t>
            </w:r>
          </w:p>
        </w:tc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EE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8"/>
              </w:rPr>
              <w:t>... жат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қан</w:t>
            </w:r>
            <w:r w:rsidRPr="00055930">
              <w:rPr>
                <w:rFonts w:ascii="Times New Roman" w:hAnsi="Times New Roman" w:cs="Times New Roman"/>
                <w:sz w:val="18"/>
              </w:rPr>
              <w:t xml:space="preserve"> жоқ</w:t>
            </w:r>
          </w:p>
        </w:tc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EE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>Ол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>аялдамаға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 xml:space="preserve"> бар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  <w:lang w:val="ru-RU"/>
              </w:rPr>
              <w:t>а</w:t>
            </w:r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>жат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  <w:lang w:val="ru-RU"/>
              </w:rPr>
              <w:t>қан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>жоқ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>.</w:t>
            </w:r>
          </w:p>
        </w:tc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EE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Факт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: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сейчас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не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ид</w:t>
            </w:r>
            <w:r w:rsidR="00055930">
              <w:rPr>
                <w:rFonts w:ascii="Times New Roman" w:hAnsi="Times New Roman" w:cs="Times New Roman"/>
                <w:sz w:val="18"/>
              </w:rPr>
              <w:t>е</w:t>
            </w:r>
            <w:r w:rsidRPr="00055930">
              <w:rPr>
                <w:rFonts w:ascii="Times New Roman" w:hAnsi="Times New Roman" w:cs="Times New Roman"/>
                <w:sz w:val="18"/>
              </w:rPr>
              <w:t>т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>.</w:t>
            </w:r>
          </w:p>
        </w:tc>
      </w:tr>
      <w:tr w:rsidR="008B28CD" w:rsidRPr="008150B1">
        <w:trPr>
          <w:cantSplit/>
          <w:jc w:val="center"/>
        </w:trPr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8"/>
              </w:rPr>
              <w:t>Дополнительный контекстный оттенок</w:t>
            </w:r>
          </w:p>
        </w:tc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8"/>
              </w:rPr>
              <w:t>...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-май/-мей</w:t>
            </w:r>
            <w:r w:rsidRPr="00055930">
              <w:rPr>
                <w:rFonts w:ascii="Times New Roman" w:hAnsi="Times New Roman" w:cs="Times New Roman"/>
                <w:sz w:val="18"/>
              </w:rPr>
              <w:t xml:space="preserve"> жатыр</w:t>
            </w:r>
          </w:p>
        </w:tc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8"/>
              </w:rPr>
              <w:t>Ол аялдамаға бар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май</w:t>
            </w:r>
            <w:r w:rsidRPr="00055930">
              <w:rPr>
                <w:rFonts w:ascii="Times New Roman" w:hAnsi="Times New Roman" w:cs="Times New Roman"/>
                <w:sz w:val="18"/>
              </w:rPr>
              <w:t xml:space="preserve"> жатыр.</w:t>
            </w:r>
          </w:p>
        </w:tc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 xml:space="preserve">Медлит, не получается или намеренно не выполняет </w:t>
            </w:r>
            <w:r w:rsidR="003454F9">
              <w:rPr>
                <w:rFonts w:ascii="Times New Roman" w:hAnsi="Times New Roman" w:cs="Times New Roman"/>
                <w:sz w:val="18"/>
                <w:lang w:val="ru-RU"/>
              </w:rPr>
              <w:t>-</w:t>
            </w:r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 xml:space="preserve"> по контексту.</w:t>
            </w:r>
          </w:p>
        </w:tc>
      </w:tr>
    </w:tbl>
    <w:p w:rsidR="008B28CD" w:rsidRPr="003454F9" w:rsidRDefault="00D41B48">
      <w:pPr>
        <w:pStyle w:val="21"/>
        <w:rPr>
          <w:rFonts w:ascii="Times New Roman" w:hAnsi="Times New Roman" w:cs="Times New Roman"/>
          <w:sz w:val="24"/>
          <w:szCs w:val="24"/>
          <w:lang w:val="ru-RU"/>
        </w:rPr>
      </w:pPr>
      <w:r w:rsidRPr="003454F9">
        <w:rPr>
          <w:rFonts w:ascii="Times New Roman" w:hAnsi="Times New Roman" w:cs="Times New Roman"/>
          <w:sz w:val="24"/>
          <w:szCs w:val="24"/>
          <w:lang w:val="ru-RU"/>
        </w:rPr>
        <w:t>10. Вопросительная форма</w:t>
      </w:r>
    </w:p>
    <w:p w:rsidR="008B28CD" w:rsidRPr="003454F9" w:rsidRDefault="00D41B48">
      <w:pPr>
        <w:spacing w:after="100"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454F9">
        <w:rPr>
          <w:rFonts w:ascii="Times New Roman" w:hAnsi="Times New Roman" w:cs="Times New Roman"/>
          <w:sz w:val="24"/>
          <w:szCs w:val="24"/>
          <w:lang w:val="ru-RU"/>
        </w:rPr>
        <w:t xml:space="preserve">Вопросительные частицы </w:t>
      </w:r>
      <w:proofErr w:type="spellStart"/>
      <w:proofErr w:type="gramStart"/>
      <w:r w:rsidRPr="003454F9">
        <w:rPr>
          <w:rFonts w:ascii="Times New Roman" w:hAnsi="Times New Roman" w:cs="Times New Roman"/>
          <w:i/>
          <w:sz w:val="24"/>
          <w:szCs w:val="24"/>
          <w:lang w:val="ru-RU"/>
        </w:rPr>
        <w:t>ма</w:t>
      </w:r>
      <w:proofErr w:type="spellEnd"/>
      <w:r w:rsidRPr="003454F9">
        <w:rPr>
          <w:rFonts w:ascii="Times New Roman" w:hAnsi="Times New Roman" w:cs="Times New Roman"/>
          <w:i/>
          <w:sz w:val="24"/>
          <w:szCs w:val="24"/>
          <w:lang w:val="ru-RU"/>
        </w:rPr>
        <w:t>/</w:t>
      </w:r>
      <w:proofErr w:type="spellStart"/>
      <w:r w:rsidRPr="003454F9">
        <w:rPr>
          <w:rFonts w:ascii="Times New Roman" w:hAnsi="Times New Roman" w:cs="Times New Roman"/>
          <w:i/>
          <w:sz w:val="24"/>
          <w:szCs w:val="24"/>
          <w:lang w:val="ru-RU"/>
        </w:rPr>
        <w:t>ме</w:t>
      </w:r>
      <w:proofErr w:type="spellEnd"/>
      <w:proofErr w:type="gramEnd"/>
      <w:r w:rsidRPr="003454F9">
        <w:rPr>
          <w:rFonts w:ascii="Times New Roman" w:hAnsi="Times New Roman" w:cs="Times New Roman"/>
          <w:i/>
          <w:sz w:val="24"/>
          <w:szCs w:val="24"/>
          <w:lang w:val="ru-RU"/>
        </w:rPr>
        <w:t>, ба/</w:t>
      </w:r>
      <w:proofErr w:type="spellStart"/>
      <w:r w:rsidRPr="003454F9">
        <w:rPr>
          <w:rFonts w:ascii="Times New Roman" w:hAnsi="Times New Roman" w:cs="Times New Roman"/>
          <w:i/>
          <w:sz w:val="24"/>
          <w:szCs w:val="24"/>
          <w:lang w:val="ru-RU"/>
        </w:rPr>
        <w:t>бе</w:t>
      </w:r>
      <w:proofErr w:type="spellEnd"/>
      <w:r w:rsidRPr="003454F9">
        <w:rPr>
          <w:rFonts w:ascii="Times New Roman" w:hAnsi="Times New Roman" w:cs="Times New Roman"/>
          <w:i/>
          <w:sz w:val="24"/>
          <w:szCs w:val="24"/>
          <w:lang w:val="ru-RU"/>
        </w:rPr>
        <w:t>, па/</w:t>
      </w:r>
      <w:proofErr w:type="spellStart"/>
      <w:r w:rsidRPr="003454F9">
        <w:rPr>
          <w:rFonts w:ascii="Times New Roman" w:hAnsi="Times New Roman" w:cs="Times New Roman"/>
          <w:i/>
          <w:sz w:val="24"/>
          <w:szCs w:val="24"/>
          <w:lang w:val="ru-RU"/>
        </w:rPr>
        <w:t>пе</w:t>
      </w:r>
      <w:proofErr w:type="spellEnd"/>
      <w:r w:rsidRPr="003454F9">
        <w:rPr>
          <w:rFonts w:ascii="Times New Roman" w:hAnsi="Times New Roman" w:cs="Times New Roman"/>
          <w:sz w:val="24"/>
          <w:szCs w:val="24"/>
          <w:lang w:val="ru-RU"/>
        </w:rPr>
        <w:t xml:space="preserve"> ставятся в самом конце — после личного окончания — и пишутся отдельно. Если есть вопросительное слово </w:t>
      </w:r>
      <w:proofErr w:type="spellStart"/>
      <w:proofErr w:type="gramStart"/>
      <w:r w:rsidRPr="003454F9">
        <w:rPr>
          <w:rFonts w:ascii="Times New Roman" w:hAnsi="Times New Roman" w:cs="Times New Roman"/>
          <w:i/>
          <w:sz w:val="24"/>
          <w:szCs w:val="24"/>
          <w:lang w:val="ru-RU"/>
        </w:rPr>
        <w:t>кім</w:t>
      </w:r>
      <w:proofErr w:type="spellEnd"/>
      <w:r w:rsidRPr="003454F9">
        <w:rPr>
          <w:rFonts w:ascii="Times New Roman" w:hAnsi="Times New Roman" w:cs="Times New Roman"/>
          <w:i/>
          <w:sz w:val="24"/>
          <w:szCs w:val="24"/>
          <w:lang w:val="ru-RU"/>
        </w:rPr>
        <w:t>?,</w:t>
      </w:r>
      <w:proofErr w:type="gramEnd"/>
      <w:r w:rsidRPr="003454F9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не?, </w:t>
      </w:r>
      <w:proofErr w:type="spellStart"/>
      <w:r w:rsidRPr="003454F9">
        <w:rPr>
          <w:rFonts w:ascii="Times New Roman" w:hAnsi="Times New Roman" w:cs="Times New Roman"/>
          <w:i/>
          <w:sz w:val="24"/>
          <w:szCs w:val="24"/>
          <w:lang w:val="ru-RU"/>
        </w:rPr>
        <w:t>қайда</w:t>
      </w:r>
      <w:proofErr w:type="spellEnd"/>
      <w:r w:rsidRPr="003454F9">
        <w:rPr>
          <w:rFonts w:ascii="Times New Roman" w:hAnsi="Times New Roman" w:cs="Times New Roman"/>
          <w:i/>
          <w:sz w:val="24"/>
          <w:szCs w:val="24"/>
          <w:lang w:val="ru-RU"/>
        </w:rPr>
        <w:t xml:space="preserve">?, </w:t>
      </w:r>
      <w:proofErr w:type="spellStart"/>
      <w:r w:rsidRPr="003454F9">
        <w:rPr>
          <w:rFonts w:ascii="Times New Roman" w:hAnsi="Times New Roman" w:cs="Times New Roman"/>
          <w:i/>
          <w:sz w:val="24"/>
          <w:szCs w:val="24"/>
          <w:lang w:val="ru-RU"/>
        </w:rPr>
        <w:t>қашан</w:t>
      </w:r>
      <w:proofErr w:type="spellEnd"/>
      <w:r w:rsidRPr="003454F9">
        <w:rPr>
          <w:rFonts w:ascii="Times New Roman" w:hAnsi="Times New Roman" w:cs="Times New Roman"/>
          <w:i/>
          <w:sz w:val="24"/>
          <w:szCs w:val="24"/>
          <w:lang w:val="ru-RU"/>
        </w:rPr>
        <w:t>?,</w:t>
      </w:r>
      <w:r w:rsidRPr="003454F9">
        <w:rPr>
          <w:rFonts w:ascii="Times New Roman" w:hAnsi="Times New Roman" w:cs="Times New Roman"/>
          <w:sz w:val="24"/>
          <w:szCs w:val="24"/>
          <w:lang w:val="ru-RU"/>
        </w:rPr>
        <w:t xml:space="preserve"> дополнительная частица не нужна.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8B28CD" w:rsidRPr="00055930">
        <w:trPr>
          <w:cantSplit/>
          <w:tblHeader/>
          <w:jc w:val="center"/>
        </w:trPr>
        <w:tc>
          <w:tcPr>
            <w:tcW w:w="5112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243B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B28CD" w:rsidRPr="00055930" w:rsidRDefault="00D41B48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Тип</w:t>
            </w:r>
            <w:proofErr w:type="spellEnd"/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вопроса</w:t>
            </w:r>
            <w:proofErr w:type="spellEnd"/>
          </w:p>
        </w:tc>
        <w:tc>
          <w:tcPr>
            <w:tcW w:w="5112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243B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B28CD" w:rsidRPr="00055930" w:rsidRDefault="003454F9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8"/>
                <w:lang w:val="ru-RU"/>
              </w:rPr>
              <w:t>П</w:t>
            </w:r>
            <w:proofErr w:type="spellStart"/>
            <w:r w:rsidR="00D41B48"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ример</w:t>
            </w:r>
            <w:proofErr w:type="spellEnd"/>
          </w:p>
        </w:tc>
      </w:tr>
      <w:tr w:rsidR="008B28CD" w:rsidRPr="00055930">
        <w:trPr>
          <w:cantSplit/>
          <w:jc w:val="center"/>
        </w:trPr>
        <w:tc>
          <w:tcPr>
            <w:tcW w:w="5112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8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sz w:val="18"/>
              </w:rPr>
              <w:t>Простая форма</w:t>
            </w:r>
          </w:p>
        </w:tc>
        <w:tc>
          <w:tcPr>
            <w:tcW w:w="5112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8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8"/>
              </w:rPr>
              <w:t>Сен жатыр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сың</w:t>
            </w:r>
            <w:r w:rsidRPr="00055930">
              <w:rPr>
                <w:rFonts w:ascii="Times New Roman" w:hAnsi="Times New Roman" w:cs="Times New Roman"/>
                <w:sz w:val="18"/>
              </w:rPr>
              <w:t xml:space="preserve"> ба?</w:t>
            </w:r>
          </w:p>
        </w:tc>
      </w:tr>
      <w:tr w:rsidR="008B28CD" w:rsidRPr="008150B1">
        <w:trPr>
          <w:cantSplit/>
          <w:jc w:val="center"/>
        </w:trPr>
        <w:tc>
          <w:tcPr>
            <w:tcW w:w="5112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sz w:val="18"/>
              </w:rPr>
              <w:t>Сложная форма</w:t>
            </w:r>
          </w:p>
        </w:tc>
        <w:tc>
          <w:tcPr>
            <w:tcW w:w="5112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>Сіз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 xml:space="preserve"> хат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>жаз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  <w:lang w:val="ru-RU"/>
              </w:rPr>
              <w:t>ып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>отыр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  <w:lang w:val="ru-RU"/>
              </w:rPr>
              <w:t>сыз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 xml:space="preserve"> ба?</w:t>
            </w:r>
          </w:p>
        </w:tc>
      </w:tr>
      <w:tr w:rsidR="008B28CD" w:rsidRPr="008150B1">
        <w:trPr>
          <w:cantSplit/>
          <w:jc w:val="center"/>
        </w:trPr>
        <w:tc>
          <w:tcPr>
            <w:tcW w:w="5112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8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b/>
                <w:sz w:val="18"/>
              </w:rPr>
              <w:t>Отрицательный</w:t>
            </w:r>
            <w:proofErr w:type="spellEnd"/>
            <w:r w:rsidRPr="00055930">
              <w:rPr>
                <w:rFonts w:ascii="Times New Roman" w:hAnsi="Times New Roman" w:cs="Times New Roman"/>
                <w:b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b/>
                <w:sz w:val="18"/>
              </w:rPr>
              <w:t>вопрос</w:t>
            </w:r>
            <w:proofErr w:type="spellEnd"/>
          </w:p>
        </w:tc>
        <w:tc>
          <w:tcPr>
            <w:tcW w:w="5112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8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>Ол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>бізге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>кел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  <w:lang w:val="ru-RU"/>
              </w:rPr>
              <w:t>е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>жат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  <w:lang w:val="ru-RU"/>
              </w:rPr>
              <w:t>қан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>жоқ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 xml:space="preserve"> па?</w:t>
            </w:r>
          </w:p>
        </w:tc>
      </w:tr>
      <w:tr w:rsidR="008B28CD" w:rsidRPr="008150B1">
        <w:trPr>
          <w:cantSplit/>
          <w:jc w:val="center"/>
        </w:trPr>
        <w:tc>
          <w:tcPr>
            <w:tcW w:w="5112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b/>
                <w:sz w:val="18"/>
              </w:rPr>
              <w:t>Вопросительное</w:t>
            </w:r>
            <w:proofErr w:type="spellEnd"/>
            <w:r w:rsidRPr="00055930">
              <w:rPr>
                <w:rFonts w:ascii="Times New Roman" w:hAnsi="Times New Roman" w:cs="Times New Roman"/>
                <w:b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b/>
                <w:sz w:val="18"/>
              </w:rPr>
              <w:t>слово</w:t>
            </w:r>
            <w:proofErr w:type="spellEnd"/>
          </w:p>
        </w:tc>
        <w:tc>
          <w:tcPr>
            <w:tcW w:w="5112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>Олар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>қайда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>асығ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  <w:lang w:val="ru-RU"/>
              </w:rPr>
              <w:t>ып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 xml:space="preserve"> бара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>жатыр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>?</w:t>
            </w:r>
          </w:p>
        </w:tc>
      </w:tr>
    </w:tbl>
    <w:p w:rsidR="008B28CD" w:rsidRPr="003454F9" w:rsidRDefault="00D41B48">
      <w:pPr>
        <w:pStyle w:val="21"/>
        <w:rPr>
          <w:rFonts w:ascii="Times New Roman" w:hAnsi="Times New Roman" w:cs="Times New Roman"/>
          <w:sz w:val="24"/>
          <w:szCs w:val="24"/>
        </w:rPr>
      </w:pPr>
      <w:r w:rsidRPr="003454F9">
        <w:rPr>
          <w:rFonts w:ascii="Times New Roman" w:hAnsi="Times New Roman" w:cs="Times New Roman"/>
          <w:sz w:val="24"/>
          <w:szCs w:val="24"/>
        </w:rPr>
        <w:t>11. Краткое сравнение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w:rsidR="008B28CD" w:rsidRPr="00055930">
        <w:trPr>
          <w:cantSplit/>
          <w:tblHeader/>
          <w:jc w:val="center"/>
        </w:trPr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243B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B28CD" w:rsidRPr="00055930" w:rsidRDefault="00D41B48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Форма</w:t>
            </w:r>
          </w:p>
        </w:tc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243B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B28CD" w:rsidRPr="00055930" w:rsidRDefault="00D41B48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Состав</w:t>
            </w:r>
          </w:p>
        </w:tc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243B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B28CD" w:rsidRPr="00055930" w:rsidRDefault="00D41B48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Окончание</w:t>
            </w:r>
          </w:p>
        </w:tc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243B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B28CD" w:rsidRPr="00055930" w:rsidRDefault="00D41B48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Пример</w:t>
            </w:r>
          </w:p>
        </w:tc>
      </w:tr>
      <w:tr w:rsidR="008B28CD" w:rsidRPr="00055930">
        <w:trPr>
          <w:cantSplit/>
          <w:jc w:val="center"/>
        </w:trPr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2EF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sz w:val="18"/>
              </w:rPr>
              <w:t>Простая</w:t>
            </w:r>
          </w:p>
        </w:tc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2EF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один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из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четыр</w:t>
            </w:r>
            <w:r w:rsidR="00055930">
              <w:rPr>
                <w:rFonts w:ascii="Times New Roman" w:hAnsi="Times New Roman" w:cs="Times New Roman"/>
                <w:sz w:val="18"/>
              </w:rPr>
              <w:t>е</w:t>
            </w:r>
            <w:r w:rsidRPr="00055930">
              <w:rPr>
                <w:rFonts w:ascii="Times New Roman" w:hAnsi="Times New Roman" w:cs="Times New Roman"/>
                <w:sz w:val="18"/>
              </w:rPr>
              <w:t>х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глаголов</w:t>
            </w:r>
            <w:proofErr w:type="spellEnd"/>
          </w:p>
        </w:tc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2EF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8"/>
              </w:rPr>
              <w:t>на базовом глаголе</w:t>
            </w:r>
          </w:p>
        </w:tc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2EF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8"/>
              </w:rPr>
              <w:t>Мен тұр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мын</w:t>
            </w:r>
            <w:r w:rsidRPr="00055930">
              <w:rPr>
                <w:rFonts w:ascii="Times New Roman" w:hAnsi="Times New Roman" w:cs="Times New Roman"/>
                <w:sz w:val="18"/>
              </w:rPr>
              <w:t>.</w:t>
            </w:r>
          </w:p>
        </w:tc>
      </w:tr>
      <w:tr w:rsidR="008B28CD" w:rsidRPr="00055930">
        <w:trPr>
          <w:cantSplit/>
          <w:jc w:val="center"/>
        </w:trPr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sz w:val="18"/>
              </w:rPr>
              <w:t>Сложная</w:t>
            </w:r>
          </w:p>
        </w:tc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 xml:space="preserve">смысловой глагол + 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  <w:lang w:val="ru-RU"/>
              </w:rPr>
              <w:t>-</w:t>
            </w:r>
            <w:proofErr w:type="spellStart"/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  <w:lang w:val="ru-RU"/>
              </w:rPr>
              <w:t>ып</w:t>
            </w:r>
            <w:proofErr w:type="spellEnd"/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  <w:lang w:val="ru-RU"/>
              </w:rPr>
              <w:t>/-</w:t>
            </w:r>
            <w:proofErr w:type="spellStart"/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  <w:lang w:val="ru-RU"/>
              </w:rPr>
              <w:t>іп</w:t>
            </w:r>
            <w:proofErr w:type="spellEnd"/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  <w:lang w:val="ru-RU"/>
              </w:rPr>
              <w:t>/-п</w:t>
            </w:r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 xml:space="preserve"> + вспомогательный</w:t>
            </w:r>
          </w:p>
        </w:tc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на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вспомогательном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глаголе</w:t>
            </w:r>
            <w:proofErr w:type="spellEnd"/>
          </w:p>
        </w:tc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8"/>
              </w:rPr>
              <w:t>Мен сөйлес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іп</w:t>
            </w:r>
            <w:r w:rsidRPr="00055930">
              <w:rPr>
                <w:rFonts w:ascii="Times New Roman" w:hAnsi="Times New Roman" w:cs="Times New Roman"/>
                <w:sz w:val="18"/>
              </w:rPr>
              <w:t xml:space="preserve"> тұр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мын</w:t>
            </w:r>
            <w:r w:rsidRPr="00055930">
              <w:rPr>
                <w:rFonts w:ascii="Times New Roman" w:hAnsi="Times New Roman" w:cs="Times New Roman"/>
                <w:sz w:val="18"/>
              </w:rPr>
              <w:t>.</w:t>
            </w:r>
          </w:p>
        </w:tc>
      </w:tr>
    </w:tbl>
    <w:p w:rsidR="008B28CD" w:rsidRPr="00055930" w:rsidRDefault="00D41B48">
      <w:pPr>
        <w:rPr>
          <w:rFonts w:ascii="Times New Roman" w:hAnsi="Times New Roman" w:cs="Times New Roman"/>
        </w:rPr>
      </w:pPr>
      <w:r w:rsidRPr="00055930">
        <w:rPr>
          <w:rFonts w:ascii="Times New Roman" w:hAnsi="Times New Roman" w:cs="Times New Roman"/>
        </w:rPr>
        <w:br w:type="page"/>
      </w:r>
    </w:p>
    <w:p w:rsidR="008B28CD" w:rsidRPr="003454F9" w:rsidRDefault="00D41B48">
      <w:pPr>
        <w:pStyle w:val="1"/>
        <w:rPr>
          <w:rFonts w:ascii="Times New Roman" w:hAnsi="Times New Roman" w:cs="Times New Roman"/>
          <w:sz w:val="28"/>
          <w:lang w:val="ru-RU"/>
        </w:rPr>
      </w:pPr>
      <w:r w:rsidRPr="003454F9">
        <w:rPr>
          <w:rFonts w:ascii="Times New Roman" w:hAnsi="Times New Roman" w:cs="Times New Roman"/>
          <w:sz w:val="28"/>
          <w:lang w:val="ru-RU"/>
        </w:rPr>
        <w:lastRenderedPageBreak/>
        <w:t>Схема «</w:t>
      </w:r>
      <w:proofErr w:type="spellStart"/>
      <w:r w:rsidRPr="003454F9">
        <w:rPr>
          <w:rFonts w:ascii="Times New Roman" w:hAnsi="Times New Roman" w:cs="Times New Roman"/>
          <w:sz w:val="28"/>
          <w:lang w:val="ru-RU"/>
        </w:rPr>
        <w:t>Отыр</w:t>
      </w:r>
      <w:proofErr w:type="spellEnd"/>
      <w:r w:rsidRPr="003454F9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 w:rsidRPr="003454F9">
        <w:rPr>
          <w:rFonts w:ascii="Times New Roman" w:hAnsi="Times New Roman" w:cs="Times New Roman"/>
          <w:sz w:val="28"/>
          <w:lang w:val="ru-RU"/>
        </w:rPr>
        <w:t>тұр</w:t>
      </w:r>
      <w:proofErr w:type="spellEnd"/>
      <w:r w:rsidRPr="003454F9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 w:rsidRPr="003454F9">
        <w:rPr>
          <w:rFonts w:ascii="Times New Roman" w:hAnsi="Times New Roman" w:cs="Times New Roman"/>
          <w:sz w:val="28"/>
          <w:lang w:val="ru-RU"/>
        </w:rPr>
        <w:t>жатыр</w:t>
      </w:r>
      <w:proofErr w:type="spellEnd"/>
      <w:r w:rsidRPr="003454F9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 w:rsidRPr="003454F9">
        <w:rPr>
          <w:rFonts w:ascii="Times New Roman" w:hAnsi="Times New Roman" w:cs="Times New Roman"/>
          <w:sz w:val="28"/>
          <w:lang w:val="ru-RU"/>
        </w:rPr>
        <w:t>жүр</w:t>
      </w:r>
      <w:proofErr w:type="spellEnd"/>
      <w:r w:rsidRPr="003454F9">
        <w:rPr>
          <w:rFonts w:ascii="Times New Roman" w:hAnsi="Times New Roman" w:cs="Times New Roman"/>
          <w:sz w:val="28"/>
          <w:lang w:val="ru-RU"/>
        </w:rPr>
        <w:t>: значение и сочетаемость»</w:t>
      </w:r>
    </w:p>
    <w:p w:rsidR="008B28CD" w:rsidRPr="003454F9" w:rsidRDefault="00D41B48" w:rsidP="003454F9">
      <w:pPr>
        <w:spacing w:after="100" w:line="259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54F9">
        <w:rPr>
          <w:rFonts w:ascii="Times New Roman" w:hAnsi="Times New Roman" w:cs="Times New Roman"/>
          <w:sz w:val="24"/>
          <w:szCs w:val="24"/>
          <w:lang w:val="ru-RU"/>
        </w:rPr>
        <w:t>Схема показывает типичные смысловые акценты. Это не перечень ж</w:t>
      </w:r>
      <w:r w:rsidR="00055930" w:rsidRPr="003454F9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3454F9">
        <w:rPr>
          <w:rFonts w:ascii="Times New Roman" w:hAnsi="Times New Roman" w:cs="Times New Roman"/>
          <w:sz w:val="24"/>
          <w:szCs w:val="24"/>
          <w:lang w:val="ru-RU"/>
        </w:rPr>
        <w:t>стких запретов: окончательный выбор определяется контекстом.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8B28CD" w:rsidRPr="00055930">
        <w:trPr>
          <w:cantSplit/>
          <w:tblHeader/>
          <w:jc w:val="center"/>
        </w:trPr>
        <w:tc>
          <w:tcPr>
            <w:tcW w:w="2045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243B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B28CD" w:rsidRPr="00055930" w:rsidRDefault="00D41B48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Форма</w:t>
            </w:r>
            <w:proofErr w:type="spellEnd"/>
          </w:p>
        </w:tc>
        <w:tc>
          <w:tcPr>
            <w:tcW w:w="2045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243B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B28CD" w:rsidRPr="00055930" w:rsidRDefault="00D41B48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Позиция</w:t>
            </w:r>
          </w:p>
        </w:tc>
        <w:tc>
          <w:tcPr>
            <w:tcW w:w="2045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243B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B28CD" w:rsidRPr="00055930" w:rsidRDefault="00D41B48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Характер действия</w:t>
            </w:r>
          </w:p>
        </w:tc>
        <w:tc>
          <w:tcPr>
            <w:tcW w:w="2045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243B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B28CD" w:rsidRPr="00055930" w:rsidRDefault="00D41B48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Типичная сочетаемость</w:t>
            </w:r>
          </w:p>
        </w:tc>
        <w:tc>
          <w:tcPr>
            <w:tcW w:w="2045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243B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B28CD" w:rsidRPr="00055930" w:rsidRDefault="003454F9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8"/>
                <w:lang w:val="ru-RU"/>
              </w:rPr>
              <w:t>П</w:t>
            </w:r>
            <w:proofErr w:type="spellStart"/>
            <w:r w:rsidR="00D41B48"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ример</w:t>
            </w:r>
            <w:proofErr w:type="spellEnd"/>
          </w:p>
        </w:tc>
      </w:tr>
      <w:tr w:rsidR="008B28CD" w:rsidRPr="00055930">
        <w:trPr>
          <w:cantSplit/>
          <w:jc w:val="center"/>
        </w:trPr>
        <w:tc>
          <w:tcPr>
            <w:tcW w:w="2045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EAF5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sz w:val="17"/>
              </w:rPr>
              <w:t>ОТЫР</w:t>
            </w:r>
          </w:p>
        </w:tc>
        <w:tc>
          <w:tcPr>
            <w:tcW w:w="2045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EAF5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7"/>
              </w:rPr>
              <w:t>сидя / локально</w:t>
            </w:r>
          </w:p>
        </w:tc>
        <w:tc>
          <w:tcPr>
            <w:tcW w:w="2045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EAF5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7"/>
              </w:rPr>
              <w:t>сосредоточенное, ограниченное местом</w:t>
            </w:r>
          </w:p>
        </w:tc>
        <w:tc>
          <w:tcPr>
            <w:tcW w:w="2045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EAF5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r w:rsidRPr="00055930">
              <w:rPr>
                <w:rFonts w:ascii="Times New Roman" w:hAnsi="Times New Roman" w:cs="Times New Roman"/>
                <w:sz w:val="17"/>
                <w:lang w:val="ru-RU"/>
              </w:rPr>
              <w:t>читать, писать, считать, смотреть, беседовать</w:t>
            </w:r>
          </w:p>
        </w:tc>
        <w:tc>
          <w:tcPr>
            <w:tcW w:w="2045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EAF5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sz w:val="17"/>
              </w:rPr>
              <w:t>Редактор</w:t>
            </w:r>
            <w:proofErr w:type="spellEnd"/>
            <w:r w:rsidRPr="00055930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7"/>
              </w:rPr>
              <w:t>мәтінді</w:t>
            </w:r>
            <w:proofErr w:type="spellEnd"/>
            <w:r w:rsidRPr="00055930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7"/>
              </w:rPr>
              <w:t>тексер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7"/>
              </w:rPr>
              <w:t>іп</w:t>
            </w:r>
            <w:proofErr w:type="spellEnd"/>
            <w:r w:rsidRPr="00055930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7"/>
              </w:rPr>
              <w:t>отыр</w:t>
            </w:r>
            <w:proofErr w:type="spellEnd"/>
            <w:r w:rsidRPr="00055930">
              <w:rPr>
                <w:rFonts w:ascii="Times New Roman" w:hAnsi="Times New Roman" w:cs="Times New Roman"/>
                <w:sz w:val="17"/>
              </w:rPr>
              <w:t>.</w:t>
            </w:r>
          </w:p>
        </w:tc>
      </w:tr>
      <w:tr w:rsidR="008B28CD" w:rsidRPr="00055930">
        <w:trPr>
          <w:cantSplit/>
          <w:jc w:val="center"/>
        </w:trPr>
        <w:tc>
          <w:tcPr>
            <w:tcW w:w="2045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sz w:val="17"/>
              </w:rPr>
              <w:t>ТҰР</w:t>
            </w:r>
          </w:p>
        </w:tc>
        <w:tc>
          <w:tcPr>
            <w:tcW w:w="2045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7"/>
              </w:rPr>
              <w:t>стоя / фиксированно</w:t>
            </w:r>
          </w:p>
        </w:tc>
        <w:tc>
          <w:tcPr>
            <w:tcW w:w="2045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7"/>
              </w:rPr>
              <w:t>поддерживаемое в данный момент</w:t>
            </w:r>
          </w:p>
        </w:tc>
        <w:tc>
          <w:tcPr>
            <w:tcW w:w="2045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7"/>
              </w:rPr>
              <w:t>ждать, держать, открывать, разговаривать</w:t>
            </w:r>
          </w:p>
        </w:tc>
        <w:tc>
          <w:tcPr>
            <w:tcW w:w="2045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7"/>
              </w:rPr>
              <w:t>Күзетші қақпаны аш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7"/>
              </w:rPr>
              <w:t>ып</w:t>
            </w:r>
            <w:r w:rsidRPr="00055930">
              <w:rPr>
                <w:rFonts w:ascii="Times New Roman" w:hAnsi="Times New Roman" w:cs="Times New Roman"/>
                <w:sz w:val="17"/>
              </w:rPr>
              <w:t xml:space="preserve"> тұр.</w:t>
            </w:r>
          </w:p>
        </w:tc>
      </w:tr>
      <w:tr w:rsidR="008B28CD" w:rsidRPr="00055930">
        <w:trPr>
          <w:cantSplit/>
          <w:jc w:val="center"/>
        </w:trPr>
        <w:tc>
          <w:tcPr>
            <w:tcW w:w="2045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EAF5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sz w:val="17"/>
              </w:rPr>
              <w:t>ЖАТЫР</w:t>
            </w:r>
          </w:p>
        </w:tc>
        <w:tc>
          <w:tcPr>
            <w:tcW w:w="2045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EAF5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sz w:val="17"/>
              </w:rPr>
              <w:t>процесс</w:t>
            </w:r>
            <w:proofErr w:type="spellEnd"/>
          </w:p>
        </w:tc>
        <w:tc>
          <w:tcPr>
            <w:tcW w:w="2045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EAF5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7"/>
              </w:rPr>
              <w:t>нейтрально протекающее, наблюдаемое</w:t>
            </w:r>
          </w:p>
        </w:tc>
        <w:tc>
          <w:tcPr>
            <w:tcW w:w="2045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EAF5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r w:rsidRPr="00055930">
              <w:rPr>
                <w:rFonts w:ascii="Times New Roman" w:hAnsi="Times New Roman" w:cs="Times New Roman"/>
                <w:sz w:val="17"/>
                <w:lang w:val="ru-RU"/>
              </w:rPr>
              <w:t>погода, течение, кипение, работа, изменение</w:t>
            </w:r>
          </w:p>
        </w:tc>
        <w:tc>
          <w:tcPr>
            <w:tcW w:w="2045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EAF5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sz w:val="17"/>
              </w:rPr>
              <w:t>Шәйнектегі</w:t>
            </w:r>
            <w:proofErr w:type="spellEnd"/>
            <w:r w:rsidRPr="00055930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7"/>
              </w:rPr>
              <w:t>су</w:t>
            </w:r>
            <w:proofErr w:type="spellEnd"/>
            <w:r w:rsidRPr="00055930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7"/>
              </w:rPr>
              <w:t>қайна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7"/>
              </w:rPr>
              <w:t>п</w:t>
            </w:r>
            <w:proofErr w:type="spellEnd"/>
            <w:r w:rsidRPr="00055930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7"/>
              </w:rPr>
              <w:t>жатыр</w:t>
            </w:r>
            <w:proofErr w:type="spellEnd"/>
            <w:r w:rsidRPr="00055930">
              <w:rPr>
                <w:rFonts w:ascii="Times New Roman" w:hAnsi="Times New Roman" w:cs="Times New Roman"/>
                <w:sz w:val="17"/>
              </w:rPr>
              <w:t>.</w:t>
            </w:r>
          </w:p>
        </w:tc>
      </w:tr>
      <w:tr w:rsidR="008B28CD" w:rsidRPr="00055930">
        <w:trPr>
          <w:cantSplit/>
          <w:jc w:val="center"/>
        </w:trPr>
        <w:tc>
          <w:tcPr>
            <w:tcW w:w="2045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sz w:val="17"/>
              </w:rPr>
              <w:t>ЖҮР</w:t>
            </w:r>
          </w:p>
        </w:tc>
        <w:tc>
          <w:tcPr>
            <w:tcW w:w="2045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7"/>
              </w:rPr>
              <w:t>в движении / период</w:t>
            </w:r>
          </w:p>
        </w:tc>
        <w:tc>
          <w:tcPr>
            <w:tcW w:w="2045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sz w:val="17"/>
              </w:rPr>
              <w:t>длительное</w:t>
            </w:r>
            <w:proofErr w:type="spellEnd"/>
            <w:r w:rsidRPr="00055930">
              <w:rPr>
                <w:rFonts w:ascii="Times New Roman" w:hAnsi="Times New Roman" w:cs="Times New Roman"/>
                <w:sz w:val="17"/>
              </w:rPr>
              <w:t xml:space="preserve">, </w:t>
            </w:r>
            <w:proofErr w:type="spellStart"/>
            <w:r w:rsidRPr="00055930">
              <w:rPr>
                <w:rFonts w:ascii="Times New Roman" w:hAnsi="Times New Roman" w:cs="Times New Roman"/>
                <w:sz w:val="17"/>
              </w:rPr>
              <w:t>повторяемое</w:t>
            </w:r>
            <w:proofErr w:type="spellEnd"/>
            <w:r w:rsidRPr="00055930">
              <w:rPr>
                <w:rFonts w:ascii="Times New Roman" w:hAnsi="Times New Roman" w:cs="Times New Roman"/>
                <w:sz w:val="17"/>
              </w:rPr>
              <w:t xml:space="preserve">, </w:t>
            </w:r>
            <w:proofErr w:type="spellStart"/>
            <w:r w:rsidRPr="00055930">
              <w:rPr>
                <w:rFonts w:ascii="Times New Roman" w:hAnsi="Times New Roman" w:cs="Times New Roman"/>
                <w:sz w:val="17"/>
              </w:rPr>
              <w:t>распредел</w:t>
            </w:r>
            <w:r w:rsidR="00055930">
              <w:rPr>
                <w:rFonts w:ascii="Times New Roman" w:hAnsi="Times New Roman" w:cs="Times New Roman"/>
                <w:sz w:val="17"/>
              </w:rPr>
              <w:t>е</w:t>
            </w:r>
            <w:r w:rsidRPr="00055930">
              <w:rPr>
                <w:rFonts w:ascii="Times New Roman" w:hAnsi="Times New Roman" w:cs="Times New Roman"/>
                <w:sz w:val="17"/>
              </w:rPr>
              <w:t>нное</w:t>
            </w:r>
            <w:proofErr w:type="spellEnd"/>
          </w:p>
        </w:tc>
        <w:tc>
          <w:tcPr>
            <w:tcW w:w="2045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r w:rsidRPr="00055930">
              <w:rPr>
                <w:rFonts w:ascii="Times New Roman" w:hAnsi="Times New Roman" w:cs="Times New Roman"/>
                <w:sz w:val="17"/>
                <w:lang w:val="ru-RU"/>
              </w:rPr>
              <w:t>учиться, работать, исследовать, болеть, искать</w:t>
            </w:r>
          </w:p>
        </w:tc>
        <w:tc>
          <w:tcPr>
            <w:tcW w:w="2045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sz w:val="17"/>
              </w:rPr>
              <w:t>Маман</w:t>
            </w:r>
            <w:proofErr w:type="spellEnd"/>
            <w:r w:rsidRPr="00055930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7"/>
              </w:rPr>
              <w:t>дерек</w:t>
            </w:r>
            <w:proofErr w:type="spellEnd"/>
            <w:r w:rsidRPr="00055930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7"/>
              </w:rPr>
              <w:t>жина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7"/>
              </w:rPr>
              <w:t>п</w:t>
            </w:r>
            <w:proofErr w:type="spellEnd"/>
            <w:r w:rsidRPr="00055930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7"/>
              </w:rPr>
              <w:t>жүр</w:t>
            </w:r>
            <w:proofErr w:type="spellEnd"/>
            <w:r w:rsidRPr="00055930">
              <w:rPr>
                <w:rFonts w:ascii="Times New Roman" w:hAnsi="Times New Roman" w:cs="Times New Roman"/>
                <w:sz w:val="17"/>
              </w:rPr>
              <w:t>.</w:t>
            </w:r>
          </w:p>
        </w:tc>
      </w:tr>
    </w:tbl>
    <w:p w:rsidR="008B28CD" w:rsidRPr="003454F9" w:rsidRDefault="00D41B48">
      <w:pPr>
        <w:pStyle w:val="21"/>
        <w:rPr>
          <w:rFonts w:ascii="Times New Roman" w:hAnsi="Times New Roman" w:cs="Times New Roman"/>
          <w:sz w:val="24"/>
          <w:szCs w:val="24"/>
        </w:rPr>
      </w:pPr>
      <w:proofErr w:type="spellStart"/>
      <w:r w:rsidRPr="003454F9">
        <w:rPr>
          <w:rFonts w:ascii="Times New Roman" w:hAnsi="Times New Roman" w:cs="Times New Roman"/>
          <w:sz w:val="24"/>
          <w:szCs w:val="24"/>
        </w:rPr>
        <w:t>Мини-контрасты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8"/>
        <w:gridCol w:w="3408"/>
        <w:gridCol w:w="3264"/>
        <w:gridCol w:w="144"/>
      </w:tblGrid>
      <w:tr w:rsidR="008B28CD" w:rsidRPr="00055930">
        <w:trPr>
          <w:cantSplit/>
          <w:tblHeader/>
          <w:jc w:val="center"/>
        </w:trPr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243B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B28CD" w:rsidRPr="00055930" w:rsidRDefault="00D41B48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Ситуация</w:t>
            </w:r>
          </w:p>
        </w:tc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243B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B28CD" w:rsidRPr="00055930" w:rsidRDefault="00D41B48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Предложение</w:t>
            </w:r>
          </w:p>
        </w:tc>
        <w:tc>
          <w:tcPr>
            <w:tcW w:w="3408" w:type="dxa"/>
            <w:gridSpan w:val="2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243B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B28CD" w:rsidRPr="00055930" w:rsidRDefault="00D41B48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Почему эта форма</w:t>
            </w:r>
          </w:p>
        </w:tc>
      </w:tr>
      <w:tr w:rsidR="008B28CD" w:rsidRPr="00055930">
        <w:trPr>
          <w:cantSplit/>
          <w:jc w:val="center"/>
        </w:trPr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8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>Студент сейчас сидит и чертит.</w:t>
            </w:r>
          </w:p>
        </w:tc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8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Студент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сызба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сыз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ып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отыр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>.</w:t>
            </w:r>
          </w:p>
        </w:tc>
        <w:tc>
          <w:tcPr>
            <w:tcW w:w="3408" w:type="dxa"/>
            <w:gridSpan w:val="2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8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8"/>
              </w:rPr>
              <w:t>локальная работа сидя</w:t>
            </w:r>
          </w:p>
        </w:tc>
      </w:tr>
      <w:tr w:rsidR="008B28CD" w:rsidRPr="00055930">
        <w:trPr>
          <w:cantSplit/>
          <w:jc w:val="center"/>
        </w:trPr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>Ид</w:t>
            </w:r>
            <w:r w:rsidR="00055930">
              <w:rPr>
                <w:rFonts w:ascii="Times New Roman" w:hAnsi="Times New Roman" w:cs="Times New Roman"/>
                <w:sz w:val="18"/>
                <w:lang w:val="ru-RU"/>
              </w:rPr>
              <w:t>е</w:t>
            </w:r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>т снег; важен сам процесс.</w:t>
            </w:r>
          </w:p>
        </w:tc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Қар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жау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ып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жатыр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>.</w:t>
            </w:r>
          </w:p>
        </w:tc>
        <w:tc>
          <w:tcPr>
            <w:tcW w:w="3408" w:type="dxa"/>
            <w:gridSpan w:val="2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8"/>
              </w:rPr>
              <w:t>нейтральный наблюдаемый процесс</w:t>
            </w:r>
          </w:p>
        </w:tc>
      </w:tr>
      <w:tr w:rsidR="008B28CD" w:rsidRPr="008150B1">
        <w:trPr>
          <w:cantSplit/>
          <w:jc w:val="center"/>
        </w:trPr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8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>Группа в течение недели готовит проект.</w:t>
            </w:r>
          </w:p>
        </w:tc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8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Топ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жоба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дайында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п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жүр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>.</w:t>
            </w:r>
          </w:p>
        </w:tc>
        <w:tc>
          <w:tcPr>
            <w:tcW w:w="3408" w:type="dxa"/>
            <w:gridSpan w:val="2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8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>протяж</w:t>
            </w:r>
            <w:r w:rsidR="00055930">
              <w:rPr>
                <w:rFonts w:ascii="Times New Roman" w:hAnsi="Times New Roman" w:cs="Times New Roman"/>
                <w:sz w:val="18"/>
                <w:lang w:val="ru-RU"/>
              </w:rPr>
              <w:t>е</w:t>
            </w:r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>нное действие в текущий период</w:t>
            </w:r>
          </w:p>
        </w:tc>
      </w:tr>
      <w:tr w:rsidR="008B28CD" w:rsidRPr="008150B1">
        <w:trPr>
          <w:gridAfter w:val="1"/>
          <w:wAfter w:w="112" w:type="dxa"/>
          <w:jc w:val="center"/>
        </w:trPr>
        <w:tc>
          <w:tcPr>
            <w:tcW w:w="10080" w:type="dxa"/>
            <w:gridSpan w:val="3"/>
            <w:tcBorders>
              <w:top w:val="single" w:sz="9" w:space="0" w:color="D6A63A"/>
              <w:left w:val="single" w:sz="9" w:space="0" w:color="D6A63A"/>
              <w:bottom w:val="single" w:sz="9" w:space="0" w:color="D6A63A"/>
              <w:right w:val="single" w:sz="9" w:space="0" w:color="D6A63A"/>
            </w:tcBorders>
            <w:shd w:val="clear" w:color="auto" w:fill="FFF6DE"/>
            <w:tcMar>
              <w:top w:w="110" w:type="dxa"/>
              <w:left w:w="150" w:type="dxa"/>
              <w:bottom w:w="110" w:type="dxa"/>
              <w:right w:w="150" w:type="dxa"/>
            </w:tcMar>
          </w:tcPr>
          <w:p w:rsidR="008B28CD" w:rsidRPr="00055930" w:rsidRDefault="00D41B48">
            <w:pPr>
              <w:spacing w:after="0" w:line="250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055930">
              <w:rPr>
                <w:rFonts w:ascii="Times New Roman" w:hAnsi="Times New Roman" w:cs="Times New Roman"/>
                <w:b/>
                <w:color w:val="D6A63A"/>
                <w:sz w:val="17"/>
                <w:lang w:val="ru-RU"/>
              </w:rPr>
              <w:t xml:space="preserve">ПРОВЕРКА  </w:t>
            </w:r>
            <w:r w:rsidRPr="00055930">
              <w:rPr>
                <w:rFonts w:ascii="Times New Roman" w:hAnsi="Times New Roman" w:cs="Times New Roman"/>
                <w:lang w:val="ru-RU"/>
              </w:rPr>
              <w:t>Если</w:t>
            </w:r>
            <w:proofErr w:type="gramEnd"/>
            <w:r w:rsidRPr="00055930">
              <w:rPr>
                <w:rFonts w:ascii="Times New Roman" w:hAnsi="Times New Roman" w:cs="Times New Roman"/>
                <w:lang w:val="ru-RU"/>
              </w:rPr>
              <w:t xml:space="preserve"> убрать смысловой глагол, останется ли нужное значение? «</w:t>
            </w:r>
            <w:proofErr w:type="spellStart"/>
            <w:r w:rsidRPr="00055930">
              <w:rPr>
                <w:rFonts w:ascii="Times New Roman" w:hAnsi="Times New Roman" w:cs="Times New Roman"/>
                <w:lang w:val="ru-RU"/>
              </w:rPr>
              <w:t>Ол</w:t>
            </w:r>
            <w:proofErr w:type="spellEnd"/>
            <w:r w:rsidRPr="0005593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lang w:val="ru-RU"/>
              </w:rPr>
              <w:t>отыр</w:t>
            </w:r>
            <w:proofErr w:type="spellEnd"/>
            <w:r w:rsidRPr="00055930">
              <w:rPr>
                <w:rFonts w:ascii="Times New Roman" w:hAnsi="Times New Roman" w:cs="Times New Roman"/>
                <w:lang w:val="ru-RU"/>
              </w:rPr>
              <w:t>» сообщает только положение; «</w:t>
            </w:r>
            <w:proofErr w:type="spellStart"/>
            <w:r w:rsidRPr="00055930">
              <w:rPr>
                <w:rFonts w:ascii="Times New Roman" w:hAnsi="Times New Roman" w:cs="Times New Roman"/>
                <w:lang w:val="ru-RU"/>
              </w:rPr>
              <w:t>Ол</w:t>
            </w:r>
            <w:proofErr w:type="spellEnd"/>
            <w:r w:rsidRPr="0005593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lang w:val="ru-RU"/>
              </w:rPr>
              <w:t>есеп</w:t>
            </w:r>
            <w:proofErr w:type="spellEnd"/>
            <w:r w:rsidRPr="0005593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lang w:val="ru-RU"/>
              </w:rPr>
              <w:t>шығарып</w:t>
            </w:r>
            <w:proofErr w:type="spellEnd"/>
            <w:r w:rsidRPr="0005593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lang w:val="ru-RU"/>
              </w:rPr>
              <w:t>отыр</w:t>
            </w:r>
            <w:proofErr w:type="spellEnd"/>
            <w:r w:rsidRPr="00055930">
              <w:rPr>
                <w:rFonts w:ascii="Times New Roman" w:hAnsi="Times New Roman" w:cs="Times New Roman"/>
                <w:lang w:val="ru-RU"/>
              </w:rPr>
              <w:t>» называет конкретное действие.</w:t>
            </w:r>
          </w:p>
        </w:tc>
      </w:tr>
    </w:tbl>
    <w:p w:rsidR="008B28CD" w:rsidRPr="00055930" w:rsidRDefault="00D41B48">
      <w:pPr>
        <w:rPr>
          <w:rFonts w:ascii="Times New Roman" w:hAnsi="Times New Roman" w:cs="Times New Roman"/>
          <w:lang w:val="ru-RU"/>
        </w:rPr>
      </w:pPr>
      <w:r w:rsidRPr="00055930">
        <w:rPr>
          <w:rFonts w:ascii="Times New Roman" w:hAnsi="Times New Roman" w:cs="Times New Roman"/>
          <w:lang w:val="ru-RU"/>
        </w:rPr>
        <w:br w:type="page"/>
      </w:r>
    </w:p>
    <w:p w:rsidR="008B28CD" w:rsidRPr="003454F9" w:rsidRDefault="00D41B48">
      <w:pPr>
        <w:pStyle w:val="1"/>
        <w:rPr>
          <w:rFonts w:ascii="Times New Roman" w:hAnsi="Times New Roman" w:cs="Times New Roman"/>
          <w:sz w:val="24"/>
          <w:szCs w:val="24"/>
          <w:lang w:val="ru-RU"/>
        </w:rPr>
      </w:pPr>
      <w:r w:rsidRPr="003454F9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Памятка «Бара </w:t>
      </w:r>
      <w:proofErr w:type="spellStart"/>
      <w:r w:rsidRPr="003454F9">
        <w:rPr>
          <w:rFonts w:ascii="Times New Roman" w:hAnsi="Times New Roman" w:cs="Times New Roman"/>
          <w:sz w:val="24"/>
          <w:szCs w:val="24"/>
          <w:lang w:val="ru-RU"/>
        </w:rPr>
        <w:t>жатыр</w:t>
      </w:r>
      <w:proofErr w:type="spellEnd"/>
      <w:r w:rsidRPr="003454F9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3454F9">
        <w:rPr>
          <w:rFonts w:ascii="Times New Roman" w:hAnsi="Times New Roman" w:cs="Times New Roman"/>
          <w:sz w:val="24"/>
          <w:szCs w:val="24"/>
          <w:lang w:val="ru-RU"/>
        </w:rPr>
        <w:t>келе</w:t>
      </w:r>
      <w:proofErr w:type="spellEnd"/>
      <w:r w:rsidRPr="003454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454F9">
        <w:rPr>
          <w:rFonts w:ascii="Times New Roman" w:hAnsi="Times New Roman" w:cs="Times New Roman"/>
          <w:sz w:val="24"/>
          <w:szCs w:val="24"/>
          <w:lang w:val="ru-RU"/>
        </w:rPr>
        <w:t>жатыр</w:t>
      </w:r>
      <w:proofErr w:type="spellEnd"/>
      <w:r w:rsidRPr="003454F9">
        <w:rPr>
          <w:rFonts w:ascii="Times New Roman" w:hAnsi="Times New Roman" w:cs="Times New Roman"/>
          <w:sz w:val="24"/>
          <w:szCs w:val="24"/>
          <w:lang w:val="ru-RU"/>
        </w:rPr>
        <w:t>: направление движения»</w:t>
      </w:r>
    </w:p>
    <w:p w:rsidR="008B28CD" w:rsidRPr="003454F9" w:rsidRDefault="00D41B48">
      <w:pPr>
        <w:pStyle w:val="21"/>
        <w:rPr>
          <w:rFonts w:ascii="Times New Roman" w:hAnsi="Times New Roman" w:cs="Times New Roman"/>
          <w:sz w:val="24"/>
          <w:szCs w:val="24"/>
          <w:lang w:val="ru-RU"/>
        </w:rPr>
      </w:pPr>
      <w:r w:rsidRPr="003454F9">
        <w:rPr>
          <w:rFonts w:ascii="Times New Roman" w:hAnsi="Times New Roman" w:cs="Times New Roman"/>
          <w:sz w:val="24"/>
          <w:szCs w:val="24"/>
          <w:lang w:val="ru-RU"/>
        </w:rPr>
        <w:t>1. Точка отсч</w:t>
      </w:r>
      <w:r w:rsidR="00055930" w:rsidRPr="003454F9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3454F9">
        <w:rPr>
          <w:rFonts w:ascii="Times New Roman" w:hAnsi="Times New Roman" w:cs="Times New Roman"/>
          <w:sz w:val="24"/>
          <w:szCs w:val="24"/>
          <w:lang w:val="ru-RU"/>
        </w:rPr>
        <w:t>та решает вс</w:t>
      </w:r>
      <w:r w:rsidR="00055930" w:rsidRPr="003454F9">
        <w:rPr>
          <w:rFonts w:ascii="Times New Roman" w:hAnsi="Times New Roman" w:cs="Times New Roman"/>
          <w:sz w:val="24"/>
          <w:szCs w:val="24"/>
          <w:lang w:val="ru-RU"/>
        </w:rPr>
        <w:t>е</w:t>
      </w:r>
    </w:p>
    <w:p w:rsidR="008B28CD" w:rsidRPr="003454F9" w:rsidRDefault="00D41B48">
      <w:pPr>
        <w:spacing w:after="100"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454F9">
        <w:rPr>
          <w:rFonts w:ascii="Times New Roman" w:hAnsi="Times New Roman" w:cs="Times New Roman"/>
          <w:sz w:val="24"/>
          <w:szCs w:val="24"/>
          <w:lang w:val="ru-RU"/>
        </w:rPr>
        <w:t>Формы различаются не временем, а направлением. Точкой отсч</w:t>
      </w:r>
      <w:r w:rsidR="00055930" w:rsidRPr="003454F9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3454F9">
        <w:rPr>
          <w:rFonts w:ascii="Times New Roman" w:hAnsi="Times New Roman" w:cs="Times New Roman"/>
          <w:sz w:val="24"/>
          <w:szCs w:val="24"/>
          <w:lang w:val="ru-RU"/>
        </w:rPr>
        <w:t>та чаще служит говорящий, но ею может быть и названное место: дом, школа, станция, офис.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w:rsidR="008B28CD" w:rsidRPr="00055930">
        <w:trPr>
          <w:cantSplit/>
          <w:tblHeader/>
          <w:jc w:val="center"/>
        </w:trPr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243B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B28CD" w:rsidRPr="00055930" w:rsidRDefault="00D41B48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Форма</w:t>
            </w:r>
            <w:proofErr w:type="spellEnd"/>
          </w:p>
        </w:tc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243B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B28CD" w:rsidRPr="00055930" w:rsidRDefault="00D41B48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Направление</w:t>
            </w:r>
          </w:p>
        </w:tc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243B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B28CD" w:rsidRPr="00055930" w:rsidRDefault="00D41B48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Вопрос к себе</w:t>
            </w:r>
          </w:p>
        </w:tc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243B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B28CD" w:rsidRPr="00055930" w:rsidRDefault="003454F9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8"/>
                <w:lang w:val="ru-RU"/>
              </w:rPr>
              <w:t>П</w:t>
            </w:r>
            <w:proofErr w:type="spellStart"/>
            <w:r w:rsidR="00D41B48"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ример</w:t>
            </w:r>
            <w:proofErr w:type="spellEnd"/>
          </w:p>
        </w:tc>
      </w:tr>
      <w:tr w:rsidR="008B28CD" w:rsidRPr="00055930">
        <w:trPr>
          <w:cantSplit/>
          <w:jc w:val="center"/>
        </w:trPr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EE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sz w:val="18"/>
              </w:rPr>
              <w:t>бара жатыр</w:t>
            </w:r>
          </w:p>
        </w:tc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EE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от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точки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отсч</w:t>
            </w:r>
            <w:r w:rsidR="00055930">
              <w:rPr>
                <w:rFonts w:ascii="Times New Roman" w:hAnsi="Times New Roman" w:cs="Times New Roman"/>
                <w:sz w:val="18"/>
              </w:rPr>
              <w:t>е</w:t>
            </w:r>
            <w:r w:rsidRPr="00055930">
              <w:rPr>
                <w:rFonts w:ascii="Times New Roman" w:hAnsi="Times New Roman" w:cs="Times New Roman"/>
                <w:sz w:val="18"/>
              </w:rPr>
              <w:t>та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→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туда</w:t>
            </w:r>
            <w:proofErr w:type="spellEnd"/>
          </w:p>
        </w:tc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EE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8"/>
              </w:rPr>
              <w:t>Объект удаляется?</w:t>
            </w:r>
          </w:p>
        </w:tc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EE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8"/>
              </w:rPr>
              <w:t>Автобус вокзалға бар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а</w:t>
            </w:r>
            <w:r w:rsidRPr="00055930">
              <w:rPr>
                <w:rFonts w:ascii="Times New Roman" w:hAnsi="Times New Roman" w:cs="Times New Roman"/>
                <w:sz w:val="18"/>
              </w:rPr>
              <w:t xml:space="preserve"> жатыр.</w:t>
            </w:r>
          </w:p>
        </w:tc>
      </w:tr>
      <w:tr w:rsidR="008B28CD" w:rsidRPr="00055930">
        <w:trPr>
          <w:cantSplit/>
          <w:jc w:val="center"/>
        </w:trPr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EAF5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sz w:val="18"/>
              </w:rPr>
              <w:t>келе жатыр</w:t>
            </w:r>
          </w:p>
        </w:tc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EAF5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8"/>
              </w:rPr>
              <w:t xml:space="preserve">к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точке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отсч</w:t>
            </w:r>
            <w:r w:rsidR="00055930">
              <w:rPr>
                <w:rFonts w:ascii="Times New Roman" w:hAnsi="Times New Roman" w:cs="Times New Roman"/>
                <w:sz w:val="18"/>
              </w:rPr>
              <w:t>е</w:t>
            </w:r>
            <w:r w:rsidRPr="00055930">
              <w:rPr>
                <w:rFonts w:ascii="Times New Roman" w:hAnsi="Times New Roman" w:cs="Times New Roman"/>
                <w:sz w:val="18"/>
              </w:rPr>
              <w:t>та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→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сюда</w:t>
            </w:r>
            <w:proofErr w:type="spellEnd"/>
          </w:p>
        </w:tc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EAF5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8"/>
              </w:rPr>
              <w:t>Объект приближается?</w:t>
            </w:r>
          </w:p>
        </w:tc>
        <w:tc>
          <w:tcPr>
            <w:tcW w:w="2556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EAF5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8"/>
              </w:rPr>
              <w:t>Такси бізге кел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е</w:t>
            </w:r>
            <w:r w:rsidRPr="00055930">
              <w:rPr>
                <w:rFonts w:ascii="Times New Roman" w:hAnsi="Times New Roman" w:cs="Times New Roman"/>
                <w:sz w:val="18"/>
              </w:rPr>
              <w:t xml:space="preserve"> жатыр.</w:t>
            </w:r>
          </w:p>
        </w:tc>
      </w:tr>
    </w:tbl>
    <w:p w:rsidR="008B28CD" w:rsidRPr="003454F9" w:rsidRDefault="00D41B48">
      <w:pPr>
        <w:pStyle w:val="21"/>
        <w:rPr>
          <w:rFonts w:ascii="Times New Roman" w:hAnsi="Times New Roman" w:cs="Times New Roman"/>
          <w:sz w:val="24"/>
          <w:szCs w:val="24"/>
        </w:rPr>
      </w:pPr>
      <w:r w:rsidRPr="003454F9">
        <w:rPr>
          <w:rFonts w:ascii="Times New Roman" w:hAnsi="Times New Roman" w:cs="Times New Roman"/>
          <w:sz w:val="24"/>
          <w:szCs w:val="24"/>
        </w:rPr>
        <w:t>2. Два типа конструкции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8"/>
        <w:gridCol w:w="3408"/>
        <w:gridCol w:w="3426"/>
        <w:gridCol w:w="54"/>
      </w:tblGrid>
      <w:tr w:rsidR="008B28CD" w:rsidRPr="008150B1" w:rsidTr="007D5FC0">
        <w:trPr>
          <w:gridAfter w:val="1"/>
          <w:wAfter w:w="54" w:type="dxa"/>
          <w:jc w:val="center"/>
        </w:trPr>
        <w:tc>
          <w:tcPr>
            <w:tcW w:w="10242" w:type="dxa"/>
            <w:gridSpan w:val="3"/>
            <w:tcBorders>
              <w:top w:val="single" w:sz="9" w:space="0" w:color="536FA8"/>
              <w:left w:val="single" w:sz="9" w:space="0" w:color="536FA8"/>
              <w:bottom w:val="single" w:sz="9" w:space="0" w:color="536FA8"/>
              <w:right w:val="single" w:sz="9" w:space="0" w:color="536FA8"/>
            </w:tcBorders>
            <w:shd w:val="clear" w:color="auto" w:fill="EEF3FA"/>
            <w:tcMar>
              <w:top w:w="110" w:type="dxa"/>
              <w:left w:w="150" w:type="dxa"/>
              <w:bottom w:w="110" w:type="dxa"/>
              <w:right w:w="150" w:type="dxa"/>
            </w:tcMar>
          </w:tcPr>
          <w:p w:rsidR="008B28CD" w:rsidRPr="00055930" w:rsidRDefault="00D41B48">
            <w:pPr>
              <w:spacing w:after="0" w:line="250" w:lineRule="auto"/>
              <w:rPr>
                <w:rFonts w:ascii="Times New Roman" w:hAnsi="Times New Roman" w:cs="Times New Roman"/>
                <w:lang w:val="ru-RU"/>
              </w:rPr>
            </w:pPr>
            <w:r w:rsidRPr="00055930">
              <w:rPr>
                <w:rFonts w:ascii="Times New Roman" w:hAnsi="Times New Roman" w:cs="Times New Roman"/>
                <w:b/>
                <w:color w:val="536FA8"/>
                <w:sz w:val="17"/>
                <w:lang w:val="ru-RU"/>
              </w:rPr>
              <w:t xml:space="preserve">БАЗОВЫЕ НАПРАВЛЕННЫЕ </w:t>
            </w:r>
            <w:proofErr w:type="gramStart"/>
            <w:r w:rsidRPr="00055930">
              <w:rPr>
                <w:rFonts w:ascii="Times New Roman" w:hAnsi="Times New Roman" w:cs="Times New Roman"/>
                <w:b/>
                <w:color w:val="536FA8"/>
                <w:sz w:val="17"/>
                <w:lang w:val="ru-RU"/>
              </w:rPr>
              <w:t xml:space="preserve">ГЛАГОЛЫ  </w:t>
            </w:r>
            <w:r w:rsidRPr="00055930">
              <w:rPr>
                <w:rFonts w:ascii="Times New Roman" w:hAnsi="Times New Roman" w:cs="Times New Roman"/>
                <w:lang w:val="ru-RU"/>
              </w:rPr>
              <w:t>бар</w:t>
            </w:r>
            <w:proofErr w:type="gramEnd"/>
            <w:r w:rsidRPr="00055930">
              <w:rPr>
                <w:rFonts w:ascii="Times New Roman" w:hAnsi="Times New Roman" w:cs="Times New Roman"/>
                <w:lang w:val="ru-RU"/>
              </w:rPr>
              <w:t xml:space="preserve"> / </w:t>
            </w:r>
            <w:proofErr w:type="spellStart"/>
            <w:r w:rsidRPr="00055930">
              <w:rPr>
                <w:rFonts w:ascii="Times New Roman" w:hAnsi="Times New Roman" w:cs="Times New Roman"/>
                <w:lang w:val="ru-RU"/>
              </w:rPr>
              <w:t>апар</w:t>
            </w:r>
            <w:proofErr w:type="spellEnd"/>
            <w:r w:rsidRPr="00055930">
              <w:rPr>
                <w:rFonts w:ascii="Times New Roman" w:hAnsi="Times New Roman" w:cs="Times New Roman"/>
                <w:lang w:val="ru-RU"/>
              </w:rPr>
              <w:t xml:space="preserve"> + </w:t>
            </w:r>
            <w:r w:rsidRPr="00055930">
              <w:rPr>
                <w:rFonts w:ascii="Times New Roman" w:hAnsi="Times New Roman" w:cs="Times New Roman"/>
                <w:i/>
                <w:color w:val="C00000"/>
                <w:lang w:val="ru-RU"/>
              </w:rPr>
              <w:t>-а</w:t>
            </w:r>
            <w:r w:rsidRPr="00055930">
              <w:rPr>
                <w:rFonts w:ascii="Times New Roman" w:hAnsi="Times New Roman" w:cs="Times New Roman"/>
                <w:lang w:val="ru-RU"/>
              </w:rPr>
              <w:t xml:space="preserve"> + </w:t>
            </w:r>
            <w:proofErr w:type="spellStart"/>
            <w:r w:rsidRPr="00055930">
              <w:rPr>
                <w:rFonts w:ascii="Times New Roman" w:hAnsi="Times New Roman" w:cs="Times New Roman"/>
                <w:lang w:val="ru-RU"/>
              </w:rPr>
              <w:t>жатыр</w:t>
            </w:r>
            <w:proofErr w:type="spellEnd"/>
            <w:r w:rsidRPr="00055930">
              <w:rPr>
                <w:rFonts w:ascii="Times New Roman" w:hAnsi="Times New Roman" w:cs="Times New Roman"/>
                <w:lang w:val="ru-RU"/>
              </w:rPr>
              <w:t xml:space="preserve">;  </w:t>
            </w:r>
            <w:proofErr w:type="spellStart"/>
            <w:r w:rsidRPr="00055930">
              <w:rPr>
                <w:rFonts w:ascii="Times New Roman" w:hAnsi="Times New Roman" w:cs="Times New Roman"/>
                <w:lang w:val="ru-RU"/>
              </w:rPr>
              <w:t>кел</w:t>
            </w:r>
            <w:proofErr w:type="spellEnd"/>
            <w:r w:rsidRPr="00055930">
              <w:rPr>
                <w:rFonts w:ascii="Times New Roman" w:hAnsi="Times New Roman" w:cs="Times New Roman"/>
                <w:lang w:val="ru-RU"/>
              </w:rPr>
              <w:t xml:space="preserve"> / </w:t>
            </w:r>
            <w:proofErr w:type="spellStart"/>
            <w:r w:rsidRPr="00055930">
              <w:rPr>
                <w:rFonts w:ascii="Times New Roman" w:hAnsi="Times New Roman" w:cs="Times New Roman"/>
                <w:lang w:val="ru-RU"/>
              </w:rPr>
              <w:t>әкел</w:t>
            </w:r>
            <w:proofErr w:type="spellEnd"/>
            <w:r w:rsidRPr="00055930">
              <w:rPr>
                <w:rFonts w:ascii="Times New Roman" w:hAnsi="Times New Roman" w:cs="Times New Roman"/>
                <w:lang w:val="ru-RU"/>
              </w:rPr>
              <w:t xml:space="preserve"> + </w:t>
            </w:r>
            <w:r w:rsidRPr="00055930">
              <w:rPr>
                <w:rFonts w:ascii="Times New Roman" w:hAnsi="Times New Roman" w:cs="Times New Roman"/>
                <w:i/>
                <w:color w:val="C00000"/>
                <w:lang w:val="ru-RU"/>
              </w:rPr>
              <w:t>-е</w:t>
            </w:r>
            <w:r w:rsidRPr="00055930">
              <w:rPr>
                <w:rFonts w:ascii="Times New Roman" w:hAnsi="Times New Roman" w:cs="Times New Roman"/>
                <w:lang w:val="ru-RU"/>
              </w:rPr>
              <w:t xml:space="preserve"> + </w:t>
            </w:r>
            <w:proofErr w:type="spellStart"/>
            <w:r w:rsidRPr="00055930">
              <w:rPr>
                <w:rFonts w:ascii="Times New Roman" w:hAnsi="Times New Roman" w:cs="Times New Roman"/>
                <w:lang w:val="ru-RU"/>
              </w:rPr>
              <w:t>жатыр</w:t>
            </w:r>
            <w:proofErr w:type="spellEnd"/>
          </w:p>
        </w:tc>
      </w:tr>
      <w:tr w:rsidR="008B28CD" w:rsidRPr="00055930" w:rsidTr="007D5FC0">
        <w:trPr>
          <w:cantSplit/>
          <w:tblHeader/>
          <w:jc w:val="center"/>
        </w:trPr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243B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B28CD" w:rsidRPr="00055930" w:rsidRDefault="00D41B48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Глагол</w:t>
            </w:r>
            <w:proofErr w:type="spellEnd"/>
          </w:p>
        </w:tc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243B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B28CD" w:rsidRPr="00055930" w:rsidRDefault="00D41B48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Направление</w:t>
            </w:r>
          </w:p>
        </w:tc>
        <w:tc>
          <w:tcPr>
            <w:tcW w:w="3480" w:type="dxa"/>
            <w:gridSpan w:val="2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243B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B28CD" w:rsidRPr="00055930" w:rsidRDefault="00D41B48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Пример</w:t>
            </w:r>
          </w:p>
        </w:tc>
      </w:tr>
      <w:tr w:rsidR="008B28CD" w:rsidRPr="00055930" w:rsidTr="007D5FC0">
        <w:trPr>
          <w:cantSplit/>
          <w:jc w:val="center"/>
        </w:trPr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8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sz w:val="18"/>
              </w:rPr>
              <w:t>бару</w:t>
            </w:r>
          </w:p>
        </w:tc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8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8"/>
              </w:rPr>
              <w:t>идти / ехать туда</w:t>
            </w:r>
          </w:p>
        </w:tc>
        <w:tc>
          <w:tcPr>
            <w:tcW w:w="3480" w:type="dxa"/>
            <w:gridSpan w:val="2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8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8"/>
              </w:rPr>
              <w:t>Біз көрмеге бар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а</w:t>
            </w:r>
            <w:r w:rsidRPr="00055930">
              <w:rPr>
                <w:rFonts w:ascii="Times New Roman" w:hAnsi="Times New Roman" w:cs="Times New Roman"/>
                <w:sz w:val="18"/>
              </w:rPr>
              <w:t xml:space="preserve"> жатыр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мыз</w:t>
            </w:r>
            <w:r w:rsidRPr="00055930">
              <w:rPr>
                <w:rFonts w:ascii="Times New Roman" w:hAnsi="Times New Roman" w:cs="Times New Roman"/>
                <w:sz w:val="18"/>
              </w:rPr>
              <w:t>.</w:t>
            </w:r>
          </w:p>
        </w:tc>
      </w:tr>
      <w:tr w:rsidR="008B28CD" w:rsidRPr="00055930" w:rsidTr="007D5FC0">
        <w:trPr>
          <w:cantSplit/>
          <w:jc w:val="center"/>
        </w:trPr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sz w:val="18"/>
              </w:rPr>
              <w:t>келу</w:t>
            </w:r>
          </w:p>
        </w:tc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8"/>
              </w:rPr>
              <w:t>идти / ехать сюда</w:t>
            </w:r>
          </w:p>
        </w:tc>
        <w:tc>
          <w:tcPr>
            <w:tcW w:w="3480" w:type="dxa"/>
            <w:gridSpan w:val="2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8"/>
              </w:rPr>
              <w:t>Қонақтар кеңсеге кел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е</w:t>
            </w:r>
            <w:r w:rsidRPr="00055930">
              <w:rPr>
                <w:rFonts w:ascii="Times New Roman" w:hAnsi="Times New Roman" w:cs="Times New Roman"/>
                <w:sz w:val="18"/>
              </w:rPr>
              <w:t xml:space="preserve"> жатыр.</w:t>
            </w:r>
          </w:p>
        </w:tc>
      </w:tr>
      <w:tr w:rsidR="008B28CD" w:rsidRPr="00055930" w:rsidTr="007D5FC0">
        <w:trPr>
          <w:cantSplit/>
          <w:jc w:val="center"/>
        </w:trPr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8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sz w:val="18"/>
              </w:rPr>
              <w:t>апару</w:t>
            </w:r>
          </w:p>
        </w:tc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8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8"/>
              </w:rPr>
              <w:t>нести / везти туда</w:t>
            </w:r>
          </w:p>
        </w:tc>
        <w:tc>
          <w:tcPr>
            <w:tcW w:w="3480" w:type="dxa"/>
            <w:gridSpan w:val="2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8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8"/>
              </w:rPr>
              <w:t>Курьер сәлемдемені бөлімге апар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а</w:t>
            </w:r>
            <w:r w:rsidRPr="00055930">
              <w:rPr>
                <w:rFonts w:ascii="Times New Roman" w:hAnsi="Times New Roman" w:cs="Times New Roman"/>
                <w:sz w:val="18"/>
              </w:rPr>
              <w:t xml:space="preserve"> жатыр.</w:t>
            </w:r>
          </w:p>
        </w:tc>
      </w:tr>
      <w:tr w:rsidR="008B28CD" w:rsidRPr="00055930" w:rsidTr="007D5FC0">
        <w:trPr>
          <w:cantSplit/>
          <w:jc w:val="center"/>
        </w:trPr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sz w:val="18"/>
              </w:rPr>
              <w:t>әкелу</w:t>
            </w:r>
          </w:p>
        </w:tc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8"/>
              </w:rPr>
              <w:t>нести / везти сюда</w:t>
            </w:r>
          </w:p>
        </w:tc>
        <w:tc>
          <w:tcPr>
            <w:tcW w:w="3480" w:type="dxa"/>
            <w:gridSpan w:val="2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8"/>
              </w:rPr>
              <w:t>Зертханашы құралды осында әкел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е</w:t>
            </w:r>
            <w:r w:rsidRPr="00055930">
              <w:rPr>
                <w:rFonts w:ascii="Times New Roman" w:hAnsi="Times New Roman" w:cs="Times New Roman"/>
                <w:sz w:val="18"/>
              </w:rPr>
              <w:t xml:space="preserve"> жатыр.</w:t>
            </w:r>
          </w:p>
        </w:tc>
      </w:tr>
    </w:tbl>
    <w:p w:rsidR="003454F9" w:rsidRDefault="003454F9" w:rsidP="003454F9">
      <w:pPr>
        <w:rPr>
          <w:rFonts w:ascii="Times New Roman" w:hAnsi="Times New Roman" w:cs="Times New Roman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  <w:gridCol w:w="72"/>
      </w:tblGrid>
      <w:tr w:rsidR="007D5FC0" w:rsidRPr="008150B1" w:rsidTr="009A1F9D">
        <w:trPr>
          <w:jc w:val="center"/>
        </w:trPr>
        <w:tc>
          <w:tcPr>
            <w:tcW w:w="10242" w:type="dxa"/>
            <w:gridSpan w:val="3"/>
            <w:tcBorders>
              <w:top w:val="single" w:sz="9" w:space="0" w:color="2B8582"/>
              <w:left w:val="single" w:sz="9" w:space="0" w:color="2B8582"/>
              <w:bottom w:val="single" w:sz="9" w:space="0" w:color="2B8582"/>
              <w:right w:val="single" w:sz="9" w:space="0" w:color="2B8582"/>
            </w:tcBorders>
            <w:shd w:val="clear" w:color="auto" w:fill="EAF5F3"/>
            <w:tcMar>
              <w:top w:w="110" w:type="dxa"/>
              <w:left w:w="150" w:type="dxa"/>
              <w:bottom w:w="110" w:type="dxa"/>
              <w:right w:w="150" w:type="dxa"/>
            </w:tcMar>
          </w:tcPr>
          <w:p w:rsidR="007D5FC0" w:rsidRPr="00055930" w:rsidRDefault="007D5FC0" w:rsidP="009A1F9D">
            <w:pPr>
              <w:spacing w:after="0" w:line="250" w:lineRule="auto"/>
              <w:rPr>
                <w:rFonts w:ascii="Times New Roman" w:hAnsi="Times New Roman" w:cs="Times New Roman"/>
                <w:lang w:val="ru-RU"/>
              </w:rPr>
            </w:pPr>
            <w:r w:rsidRPr="00055930">
              <w:rPr>
                <w:rFonts w:ascii="Times New Roman" w:hAnsi="Times New Roman" w:cs="Times New Roman"/>
                <w:b/>
                <w:color w:val="2B8582"/>
                <w:sz w:val="17"/>
                <w:lang w:val="ru-RU"/>
              </w:rPr>
              <w:t xml:space="preserve">ГЛАГОЛ СПОСОБА </w:t>
            </w:r>
            <w:proofErr w:type="gramStart"/>
            <w:r w:rsidRPr="00055930">
              <w:rPr>
                <w:rFonts w:ascii="Times New Roman" w:hAnsi="Times New Roman" w:cs="Times New Roman"/>
                <w:b/>
                <w:color w:val="2B8582"/>
                <w:sz w:val="17"/>
                <w:lang w:val="ru-RU"/>
              </w:rPr>
              <w:t xml:space="preserve">ДВИЖЕНИЯ  </w:t>
            </w:r>
            <w:r w:rsidRPr="00055930">
              <w:rPr>
                <w:rFonts w:ascii="Times New Roman" w:hAnsi="Times New Roman" w:cs="Times New Roman"/>
                <w:lang w:val="ru-RU"/>
              </w:rPr>
              <w:t>основа</w:t>
            </w:r>
            <w:proofErr w:type="gramEnd"/>
            <w:r w:rsidRPr="00055930">
              <w:rPr>
                <w:rFonts w:ascii="Times New Roman" w:hAnsi="Times New Roman" w:cs="Times New Roman"/>
                <w:lang w:val="ru-RU"/>
              </w:rPr>
              <w:t xml:space="preserve"> + </w:t>
            </w:r>
            <w:r w:rsidRPr="00055930">
              <w:rPr>
                <w:rFonts w:ascii="Times New Roman" w:hAnsi="Times New Roman" w:cs="Times New Roman"/>
                <w:i/>
                <w:color w:val="C00000"/>
                <w:lang w:val="ru-RU"/>
              </w:rPr>
              <w:t>-</w:t>
            </w:r>
            <w:proofErr w:type="spellStart"/>
            <w:r w:rsidRPr="00055930">
              <w:rPr>
                <w:rFonts w:ascii="Times New Roman" w:hAnsi="Times New Roman" w:cs="Times New Roman"/>
                <w:i/>
                <w:color w:val="C00000"/>
                <w:lang w:val="ru-RU"/>
              </w:rPr>
              <w:t>ып</w:t>
            </w:r>
            <w:proofErr w:type="spellEnd"/>
            <w:r w:rsidRPr="00055930">
              <w:rPr>
                <w:rFonts w:ascii="Times New Roman" w:hAnsi="Times New Roman" w:cs="Times New Roman"/>
                <w:i/>
                <w:color w:val="C00000"/>
                <w:lang w:val="ru-RU"/>
              </w:rPr>
              <w:t>/-</w:t>
            </w:r>
            <w:proofErr w:type="spellStart"/>
            <w:r w:rsidRPr="00055930">
              <w:rPr>
                <w:rFonts w:ascii="Times New Roman" w:hAnsi="Times New Roman" w:cs="Times New Roman"/>
                <w:i/>
                <w:color w:val="C00000"/>
                <w:lang w:val="ru-RU"/>
              </w:rPr>
              <w:t>іп</w:t>
            </w:r>
            <w:proofErr w:type="spellEnd"/>
            <w:r w:rsidRPr="00055930">
              <w:rPr>
                <w:rFonts w:ascii="Times New Roman" w:hAnsi="Times New Roman" w:cs="Times New Roman"/>
                <w:lang w:val="ru-RU"/>
              </w:rPr>
              <w:t xml:space="preserve"> + бара </w:t>
            </w:r>
            <w:proofErr w:type="spellStart"/>
            <w:r w:rsidRPr="00055930">
              <w:rPr>
                <w:rFonts w:ascii="Times New Roman" w:hAnsi="Times New Roman" w:cs="Times New Roman"/>
                <w:lang w:val="ru-RU"/>
              </w:rPr>
              <w:t>жатыр</w:t>
            </w:r>
            <w:proofErr w:type="spellEnd"/>
            <w:r w:rsidRPr="00055930">
              <w:rPr>
                <w:rFonts w:ascii="Times New Roman" w:hAnsi="Times New Roman" w:cs="Times New Roman"/>
                <w:lang w:val="ru-RU"/>
              </w:rPr>
              <w:t xml:space="preserve"> / </w:t>
            </w:r>
            <w:proofErr w:type="spellStart"/>
            <w:r w:rsidRPr="00055930">
              <w:rPr>
                <w:rFonts w:ascii="Times New Roman" w:hAnsi="Times New Roman" w:cs="Times New Roman"/>
                <w:lang w:val="ru-RU"/>
              </w:rPr>
              <w:t>келе</w:t>
            </w:r>
            <w:proofErr w:type="spellEnd"/>
            <w:r w:rsidRPr="0005593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lang w:val="ru-RU"/>
              </w:rPr>
              <w:t>жатыр</w:t>
            </w:r>
            <w:proofErr w:type="spellEnd"/>
            <w:r w:rsidRPr="00055930">
              <w:rPr>
                <w:rFonts w:ascii="Times New Roman" w:hAnsi="Times New Roman" w:cs="Times New Roman"/>
                <w:lang w:val="ru-RU"/>
              </w:rPr>
              <w:t xml:space="preserve"> + личное окончание</w:t>
            </w:r>
          </w:p>
        </w:tc>
      </w:tr>
      <w:tr w:rsidR="007D5FC0" w:rsidRPr="00055930" w:rsidTr="009A1F9D">
        <w:trPr>
          <w:gridAfter w:val="1"/>
          <w:wAfter w:w="72" w:type="dxa"/>
          <w:cantSplit/>
          <w:tblHeader/>
          <w:jc w:val="center"/>
        </w:trPr>
        <w:tc>
          <w:tcPr>
            <w:tcW w:w="5112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243B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D5FC0" w:rsidRPr="00055930" w:rsidRDefault="007D5FC0" w:rsidP="009A1F9D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Удаление</w:t>
            </w:r>
            <w:proofErr w:type="spellEnd"/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 xml:space="preserve">: </w:t>
            </w:r>
            <w:proofErr w:type="spellStart"/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бара</w:t>
            </w:r>
            <w:proofErr w:type="spellEnd"/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жатыр</w:t>
            </w:r>
            <w:proofErr w:type="spellEnd"/>
          </w:p>
        </w:tc>
        <w:tc>
          <w:tcPr>
            <w:tcW w:w="5112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243B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D5FC0" w:rsidRPr="00055930" w:rsidRDefault="007D5FC0" w:rsidP="009A1F9D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Приближение</w:t>
            </w:r>
            <w:proofErr w:type="spellEnd"/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 xml:space="preserve">: </w:t>
            </w:r>
            <w:proofErr w:type="spellStart"/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келе</w:t>
            </w:r>
            <w:proofErr w:type="spellEnd"/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жатыр</w:t>
            </w:r>
            <w:proofErr w:type="spellEnd"/>
          </w:p>
        </w:tc>
      </w:tr>
      <w:tr w:rsidR="007D5FC0" w:rsidRPr="00055930" w:rsidTr="009A1F9D">
        <w:trPr>
          <w:gridAfter w:val="1"/>
          <w:wAfter w:w="72" w:type="dxa"/>
          <w:cantSplit/>
          <w:jc w:val="center"/>
        </w:trPr>
        <w:tc>
          <w:tcPr>
            <w:tcW w:w="5112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EE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D5FC0" w:rsidRPr="00055930" w:rsidRDefault="007D5FC0" w:rsidP="009A1F9D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lang w:val="ru-RU"/>
              </w:rPr>
              <w:t>Спортшы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көпірге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қарай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жү</w:t>
            </w:r>
            <w:proofErr w:type="spellEnd"/>
            <w:r>
              <w:rPr>
                <w:rFonts w:ascii="Times New Roman" w:hAnsi="Times New Roman" w:cs="Times New Roman"/>
                <w:sz w:val="18"/>
                <w:lang w:val="ru-RU"/>
              </w:rPr>
              <w:t>г</w:t>
            </w:r>
            <w:r>
              <w:rPr>
                <w:rFonts w:ascii="Times New Roman" w:hAnsi="Times New Roman" w:cs="Times New Roman"/>
                <w:sz w:val="18"/>
                <w:lang w:val="kk-KZ"/>
              </w:rPr>
              <w:t>ір</w:t>
            </w:r>
            <w:proofErr w:type="spellStart"/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іп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бара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жатыр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>.</w:t>
            </w:r>
          </w:p>
        </w:tc>
        <w:tc>
          <w:tcPr>
            <w:tcW w:w="5112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EAF5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D5FC0" w:rsidRPr="00055930" w:rsidRDefault="007D5FC0" w:rsidP="009A1F9D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lang w:val="ru-RU"/>
              </w:rPr>
              <w:t>Спортшы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бізге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қарай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ж</w:t>
            </w:r>
            <w:r>
              <w:rPr>
                <w:rFonts w:ascii="Times New Roman" w:hAnsi="Times New Roman" w:cs="Times New Roman"/>
                <w:sz w:val="18"/>
                <w:lang w:val="kk-KZ"/>
              </w:rPr>
              <w:t>үгір</w:t>
            </w:r>
            <w:proofErr w:type="spellStart"/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іп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келе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жатыр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>.</w:t>
            </w:r>
          </w:p>
        </w:tc>
      </w:tr>
      <w:tr w:rsidR="007D5FC0" w:rsidRPr="00055930" w:rsidTr="009A1F9D">
        <w:trPr>
          <w:gridAfter w:val="1"/>
          <w:wAfter w:w="72" w:type="dxa"/>
          <w:cantSplit/>
          <w:jc w:val="center"/>
        </w:trPr>
        <w:tc>
          <w:tcPr>
            <w:tcW w:w="5112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EEF3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D5FC0" w:rsidRPr="00055930" w:rsidRDefault="007D5FC0" w:rsidP="009A1F9D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Ұшақ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оңтүстікке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ұш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ып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бара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жатыр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>.</w:t>
            </w:r>
          </w:p>
        </w:tc>
        <w:tc>
          <w:tcPr>
            <w:tcW w:w="5112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EAF5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D5FC0" w:rsidRPr="00055930" w:rsidRDefault="007D5FC0" w:rsidP="009A1F9D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Ұшақ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әуежайға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жақында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п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келе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жатыр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>.</w:t>
            </w:r>
          </w:p>
        </w:tc>
      </w:tr>
    </w:tbl>
    <w:p w:rsidR="007D5FC0" w:rsidRDefault="007D5FC0" w:rsidP="003454F9">
      <w:pPr>
        <w:rPr>
          <w:rFonts w:ascii="Times New Roman" w:hAnsi="Times New Roman" w:cs="Times New Roman"/>
        </w:rPr>
      </w:pPr>
    </w:p>
    <w:p w:rsidR="008B28CD" w:rsidRPr="003454F9" w:rsidRDefault="00D41B48" w:rsidP="003454F9">
      <w:pPr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lang w:val="ru-RU"/>
        </w:rPr>
      </w:pPr>
      <w:r w:rsidRPr="003454F9"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lang w:val="ru-RU"/>
        </w:rPr>
        <w:t>Памятка: алгоритм выбора и типичные ошибки</w:t>
      </w:r>
    </w:p>
    <w:p w:rsidR="008B28CD" w:rsidRPr="003454F9" w:rsidRDefault="00D41B48">
      <w:pPr>
        <w:pStyle w:val="21"/>
        <w:rPr>
          <w:rFonts w:ascii="Times New Roman" w:hAnsi="Times New Roman" w:cs="Times New Roman"/>
          <w:sz w:val="24"/>
          <w:szCs w:val="24"/>
        </w:rPr>
      </w:pPr>
      <w:proofErr w:type="spellStart"/>
      <w:r w:rsidRPr="003454F9">
        <w:rPr>
          <w:rFonts w:ascii="Times New Roman" w:hAnsi="Times New Roman" w:cs="Times New Roman"/>
          <w:sz w:val="24"/>
          <w:szCs w:val="24"/>
        </w:rPr>
        <w:t>Падежные</w:t>
      </w:r>
      <w:proofErr w:type="spellEnd"/>
      <w:r w:rsidRPr="003454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54F9">
        <w:rPr>
          <w:rFonts w:ascii="Times New Roman" w:hAnsi="Times New Roman" w:cs="Times New Roman"/>
          <w:sz w:val="24"/>
          <w:szCs w:val="24"/>
        </w:rPr>
        <w:t>подсказки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8B28CD" w:rsidRPr="00055930">
        <w:trPr>
          <w:cantSplit/>
          <w:tblHeader/>
          <w:jc w:val="center"/>
        </w:trPr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243B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B28CD" w:rsidRPr="00055930" w:rsidRDefault="00D41B48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Что обозначаем</w:t>
            </w:r>
          </w:p>
        </w:tc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243B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B28CD" w:rsidRPr="00055930" w:rsidRDefault="00D41B48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Показатель</w:t>
            </w:r>
          </w:p>
        </w:tc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243B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B28CD" w:rsidRPr="00055930" w:rsidRDefault="00D41B48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Пример</w:t>
            </w:r>
          </w:p>
        </w:tc>
      </w:tr>
      <w:tr w:rsidR="008B28CD" w:rsidRPr="00055930">
        <w:trPr>
          <w:cantSplit/>
          <w:jc w:val="center"/>
        </w:trPr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8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sz w:val="18"/>
              </w:rPr>
              <w:t>Исходная точка</w:t>
            </w:r>
          </w:p>
        </w:tc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8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  <w:lang w:val="ru-RU"/>
              </w:rPr>
              <w:t>-дан/-</w:t>
            </w:r>
            <w:proofErr w:type="spellStart"/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  <w:lang w:val="ru-RU"/>
              </w:rPr>
              <w:t>ден</w:t>
            </w:r>
            <w:proofErr w:type="spellEnd"/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  <w:lang w:val="ru-RU"/>
              </w:rPr>
              <w:t>, -</w:t>
            </w:r>
            <w:proofErr w:type="spellStart"/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  <w:lang w:val="ru-RU"/>
              </w:rPr>
              <w:t>тан</w:t>
            </w:r>
            <w:proofErr w:type="spellEnd"/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  <w:lang w:val="ru-RU"/>
              </w:rPr>
              <w:t>/-</w:t>
            </w:r>
            <w:proofErr w:type="spellStart"/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  <w:lang w:val="ru-RU"/>
              </w:rPr>
              <w:t>тен</w:t>
            </w:r>
            <w:proofErr w:type="spellEnd"/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  <w:lang w:val="ru-RU"/>
              </w:rPr>
              <w:t>, -</w:t>
            </w:r>
            <w:proofErr w:type="spellStart"/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  <w:lang w:val="ru-RU"/>
              </w:rPr>
              <w:t>нан</w:t>
            </w:r>
            <w:proofErr w:type="spellEnd"/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  <w:lang w:val="ru-RU"/>
              </w:rPr>
              <w:t>/-</w:t>
            </w:r>
            <w:proofErr w:type="spellStart"/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  <w:lang w:val="ru-RU"/>
              </w:rPr>
              <w:t>нен</w:t>
            </w:r>
            <w:proofErr w:type="spellEnd"/>
          </w:p>
        </w:tc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8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Ол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аялдамадан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кел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е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жатыр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>.</w:t>
            </w:r>
          </w:p>
        </w:tc>
      </w:tr>
      <w:tr w:rsidR="008B28CD" w:rsidRPr="00055930">
        <w:trPr>
          <w:cantSplit/>
          <w:jc w:val="center"/>
        </w:trPr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sz w:val="18"/>
              </w:rPr>
              <w:t>Цель движения</w:t>
            </w:r>
          </w:p>
        </w:tc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  <w:lang w:val="ru-RU"/>
              </w:rPr>
              <w:t>-</w:t>
            </w:r>
            <w:proofErr w:type="spellStart"/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  <w:lang w:val="ru-RU"/>
              </w:rPr>
              <w:t>ға</w:t>
            </w:r>
            <w:proofErr w:type="spellEnd"/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  <w:lang w:val="ru-RU"/>
              </w:rPr>
              <w:t>/-</w:t>
            </w:r>
            <w:proofErr w:type="spellStart"/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  <w:lang w:val="ru-RU"/>
              </w:rPr>
              <w:t>ге</w:t>
            </w:r>
            <w:proofErr w:type="spellEnd"/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  <w:lang w:val="ru-RU"/>
              </w:rPr>
              <w:t>, -</w:t>
            </w:r>
            <w:proofErr w:type="spellStart"/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  <w:lang w:val="ru-RU"/>
              </w:rPr>
              <w:t>қа</w:t>
            </w:r>
            <w:proofErr w:type="spellEnd"/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  <w:lang w:val="ru-RU"/>
              </w:rPr>
              <w:t>/-</w:t>
            </w:r>
            <w:proofErr w:type="spellStart"/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  <w:lang w:val="ru-RU"/>
              </w:rPr>
              <w:t>ке</w:t>
            </w:r>
            <w:proofErr w:type="spellEnd"/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  <w:lang w:val="ru-RU"/>
              </w:rPr>
              <w:t>, -на/-не</w:t>
            </w:r>
          </w:p>
        </w:tc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Ол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кітапханаға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бар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а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</w:rPr>
              <w:t>жатыр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</w:rPr>
              <w:t>.</w:t>
            </w:r>
          </w:p>
        </w:tc>
      </w:tr>
      <w:tr w:rsidR="008B28CD" w:rsidRPr="00055930">
        <w:trPr>
          <w:cantSplit/>
          <w:jc w:val="center"/>
        </w:trPr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8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sz w:val="18"/>
              </w:rPr>
              <w:t>Направление</w:t>
            </w:r>
          </w:p>
        </w:tc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8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color w:val="243B6B"/>
                <w:sz w:val="18"/>
              </w:rPr>
              <w:t>қарай</w:t>
            </w:r>
          </w:p>
        </w:tc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8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8"/>
              </w:rPr>
              <w:t>Олар бізге қарай жүгір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іп</w:t>
            </w:r>
            <w:r w:rsidRPr="00055930">
              <w:rPr>
                <w:rFonts w:ascii="Times New Roman" w:hAnsi="Times New Roman" w:cs="Times New Roman"/>
                <w:sz w:val="18"/>
              </w:rPr>
              <w:t xml:space="preserve"> келе жатыр.</w:t>
            </w:r>
          </w:p>
        </w:tc>
      </w:tr>
    </w:tbl>
    <w:p w:rsidR="008B28CD" w:rsidRPr="003454F9" w:rsidRDefault="00D41B48">
      <w:pPr>
        <w:pStyle w:val="21"/>
        <w:rPr>
          <w:rFonts w:ascii="Times New Roman" w:hAnsi="Times New Roman" w:cs="Times New Roman"/>
          <w:sz w:val="24"/>
          <w:szCs w:val="24"/>
        </w:rPr>
      </w:pPr>
      <w:proofErr w:type="spellStart"/>
      <w:r w:rsidRPr="003454F9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3454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54F9">
        <w:rPr>
          <w:rFonts w:ascii="Times New Roman" w:hAnsi="Times New Roman" w:cs="Times New Roman"/>
          <w:sz w:val="24"/>
          <w:szCs w:val="24"/>
        </w:rPr>
        <w:t>перепутайте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8B28CD" w:rsidRPr="00055930">
        <w:trPr>
          <w:cantSplit/>
          <w:tblHeader/>
          <w:jc w:val="center"/>
        </w:trPr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243B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B28CD" w:rsidRPr="00055930" w:rsidRDefault="00D41B48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Контекст</w:t>
            </w:r>
          </w:p>
        </w:tc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243B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B28CD" w:rsidRPr="00055930" w:rsidRDefault="00D41B48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Правильный вариант</w:t>
            </w:r>
          </w:p>
        </w:tc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243B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B28CD" w:rsidRPr="00055930" w:rsidRDefault="00D41B48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Причина</w:t>
            </w:r>
          </w:p>
        </w:tc>
      </w:tr>
      <w:tr w:rsidR="008B28CD" w:rsidRPr="00055930">
        <w:trPr>
          <w:cantSplit/>
          <w:jc w:val="center"/>
        </w:trPr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8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8"/>
              </w:rPr>
              <w:t>Человек удаляется от говорящего.</w:t>
            </w:r>
          </w:p>
        </w:tc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8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8"/>
              </w:rPr>
              <w:t>Ол асығ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ып</w:t>
            </w:r>
            <w:r w:rsidRPr="00055930">
              <w:rPr>
                <w:rFonts w:ascii="Times New Roman" w:hAnsi="Times New Roman" w:cs="Times New Roman"/>
                <w:sz w:val="18"/>
              </w:rPr>
              <w:t xml:space="preserve"> бара жатыр.</w:t>
            </w:r>
          </w:p>
        </w:tc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8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sz w:val="17"/>
              </w:rPr>
              <w:t>направление</w:t>
            </w:r>
            <w:proofErr w:type="spellEnd"/>
            <w:r w:rsidRPr="00055930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7"/>
              </w:rPr>
              <w:t>от</w:t>
            </w:r>
            <w:proofErr w:type="spellEnd"/>
            <w:r w:rsidRPr="00055930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7"/>
              </w:rPr>
              <w:t>точки</w:t>
            </w:r>
            <w:proofErr w:type="spellEnd"/>
            <w:r w:rsidRPr="00055930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7"/>
              </w:rPr>
              <w:t>отсч</w:t>
            </w:r>
            <w:r w:rsidR="00055930">
              <w:rPr>
                <w:rFonts w:ascii="Times New Roman" w:hAnsi="Times New Roman" w:cs="Times New Roman"/>
                <w:sz w:val="17"/>
              </w:rPr>
              <w:t>е</w:t>
            </w:r>
            <w:r w:rsidRPr="00055930">
              <w:rPr>
                <w:rFonts w:ascii="Times New Roman" w:hAnsi="Times New Roman" w:cs="Times New Roman"/>
                <w:sz w:val="17"/>
              </w:rPr>
              <w:t>та</w:t>
            </w:r>
            <w:proofErr w:type="spellEnd"/>
          </w:p>
        </w:tc>
      </w:tr>
      <w:tr w:rsidR="008B28CD" w:rsidRPr="00055930">
        <w:trPr>
          <w:cantSplit/>
          <w:jc w:val="center"/>
        </w:trPr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8"/>
              </w:rPr>
              <w:t>Человек движется к нам.</w:t>
            </w:r>
          </w:p>
        </w:tc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8"/>
              </w:rPr>
              <w:t>Ол асығ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</w:rPr>
              <w:t>ып</w:t>
            </w:r>
            <w:r w:rsidRPr="00055930">
              <w:rPr>
                <w:rFonts w:ascii="Times New Roman" w:hAnsi="Times New Roman" w:cs="Times New Roman"/>
                <w:sz w:val="18"/>
              </w:rPr>
              <w:t xml:space="preserve"> келе жатыр.</w:t>
            </w:r>
          </w:p>
        </w:tc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055930">
              <w:rPr>
                <w:rFonts w:ascii="Times New Roman" w:hAnsi="Times New Roman" w:cs="Times New Roman"/>
                <w:sz w:val="17"/>
              </w:rPr>
              <w:t>направление</w:t>
            </w:r>
            <w:proofErr w:type="spellEnd"/>
            <w:r w:rsidRPr="00055930">
              <w:rPr>
                <w:rFonts w:ascii="Times New Roman" w:hAnsi="Times New Roman" w:cs="Times New Roman"/>
                <w:sz w:val="17"/>
              </w:rPr>
              <w:t xml:space="preserve"> к </w:t>
            </w:r>
            <w:proofErr w:type="spellStart"/>
            <w:r w:rsidRPr="00055930">
              <w:rPr>
                <w:rFonts w:ascii="Times New Roman" w:hAnsi="Times New Roman" w:cs="Times New Roman"/>
                <w:sz w:val="17"/>
              </w:rPr>
              <w:t>точке</w:t>
            </w:r>
            <w:proofErr w:type="spellEnd"/>
            <w:r w:rsidRPr="00055930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7"/>
              </w:rPr>
              <w:t>отсч</w:t>
            </w:r>
            <w:r w:rsidR="00055930">
              <w:rPr>
                <w:rFonts w:ascii="Times New Roman" w:hAnsi="Times New Roman" w:cs="Times New Roman"/>
                <w:sz w:val="17"/>
              </w:rPr>
              <w:t>е</w:t>
            </w:r>
            <w:r w:rsidRPr="00055930">
              <w:rPr>
                <w:rFonts w:ascii="Times New Roman" w:hAnsi="Times New Roman" w:cs="Times New Roman"/>
                <w:sz w:val="17"/>
              </w:rPr>
              <w:t>та</w:t>
            </w:r>
            <w:proofErr w:type="spellEnd"/>
          </w:p>
        </w:tc>
      </w:tr>
      <w:tr w:rsidR="008B28CD" w:rsidRPr="008150B1">
        <w:trPr>
          <w:cantSplit/>
          <w:jc w:val="center"/>
        </w:trPr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6DE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sz w:val="18"/>
              </w:rPr>
              <w:t>Спрашиваем об уходе.</w:t>
            </w:r>
          </w:p>
        </w:tc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6DE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>Сіз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>кет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  <w:lang w:val="ru-RU"/>
              </w:rPr>
              <w:t>іп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 xml:space="preserve"> бара </w:t>
            </w:r>
            <w:proofErr w:type="spellStart"/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>жатыр</w:t>
            </w:r>
            <w:r w:rsidRPr="00055930">
              <w:rPr>
                <w:rFonts w:ascii="Times New Roman" w:hAnsi="Times New Roman" w:cs="Times New Roman"/>
                <w:i/>
                <w:color w:val="C00000"/>
                <w:sz w:val="18"/>
                <w:lang w:val="ru-RU"/>
              </w:rPr>
              <w:t>сыз</w:t>
            </w:r>
            <w:proofErr w:type="spellEnd"/>
            <w:r w:rsidRPr="00055930">
              <w:rPr>
                <w:rFonts w:ascii="Times New Roman" w:hAnsi="Times New Roman" w:cs="Times New Roman"/>
                <w:sz w:val="18"/>
                <w:lang w:val="ru-RU"/>
              </w:rPr>
              <w:t xml:space="preserve"> ба?</w:t>
            </w:r>
          </w:p>
        </w:tc>
        <w:tc>
          <w:tcPr>
            <w:tcW w:w="340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6DE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r w:rsidRPr="00055930">
              <w:rPr>
                <w:rFonts w:ascii="Times New Roman" w:hAnsi="Times New Roman" w:cs="Times New Roman"/>
                <w:sz w:val="17"/>
                <w:lang w:val="ru-RU"/>
              </w:rPr>
              <w:t xml:space="preserve">кету обозначает удаление; сочетание </w:t>
            </w:r>
            <w:proofErr w:type="spellStart"/>
            <w:r w:rsidRPr="00055930">
              <w:rPr>
                <w:rFonts w:ascii="Times New Roman" w:hAnsi="Times New Roman" w:cs="Times New Roman"/>
                <w:sz w:val="17"/>
                <w:lang w:val="ru-RU"/>
              </w:rPr>
              <w:t>кетіп</w:t>
            </w:r>
            <w:proofErr w:type="spellEnd"/>
            <w:r w:rsidRPr="00055930">
              <w:rPr>
                <w:rFonts w:ascii="Times New Roman" w:hAnsi="Times New Roman" w:cs="Times New Roman"/>
                <w:sz w:val="17"/>
                <w:lang w:val="ru-RU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7"/>
                <w:lang w:val="ru-RU"/>
              </w:rPr>
              <w:t>келе</w:t>
            </w:r>
            <w:proofErr w:type="spellEnd"/>
            <w:r w:rsidRPr="00055930">
              <w:rPr>
                <w:rFonts w:ascii="Times New Roman" w:hAnsi="Times New Roman" w:cs="Times New Roman"/>
                <w:sz w:val="17"/>
                <w:lang w:val="ru-RU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7"/>
                <w:lang w:val="ru-RU"/>
              </w:rPr>
              <w:t>жатыр</w:t>
            </w:r>
            <w:proofErr w:type="spellEnd"/>
            <w:r w:rsidRPr="00055930">
              <w:rPr>
                <w:rFonts w:ascii="Times New Roman" w:hAnsi="Times New Roman" w:cs="Times New Roman"/>
                <w:sz w:val="17"/>
                <w:lang w:val="ru-RU"/>
              </w:rPr>
              <w:t xml:space="preserve"> в этой модели не употребляется</w:t>
            </w:r>
          </w:p>
        </w:tc>
      </w:tr>
    </w:tbl>
    <w:p w:rsidR="008B28CD" w:rsidRPr="003454F9" w:rsidRDefault="00D41B48">
      <w:pPr>
        <w:pStyle w:val="21"/>
        <w:rPr>
          <w:rFonts w:ascii="Times New Roman" w:hAnsi="Times New Roman" w:cs="Times New Roman"/>
          <w:sz w:val="24"/>
          <w:szCs w:val="24"/>
          <w:lang w:val="ru-RU"/>
        </w:rPr>
      </w:pPr>
      <w:r w:rsidRPr="003454F9">
        <w:rPr>
          <w:rFonts w:ascii="Times New Roman" w:hAnsi="Times New Roman" w:cs="Times New Roman"/>
          <w:sz w:val="24"/>
          <w:szCs w:val="24"/>
          <w:lang w:val="ru-RU"/>
        </w:rPr>
        <w:t>Отрицание и вопрос</w:t>
      </w:r>
    </w:p>
    <w:p w:rsidR="008B28CD" w:rsidRPr="003454F9" w:rsidRDefault="00D41B48">
      <w:pPr>
        <w:spacing w:after="100"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454F9">
        <w:rPr>
          <w:rFonts w:ascii="Times New Roman" w:hAnsi="Times New Roman" w:cs="Times New Roman"/>
          <w:sz w:val="24"/>
          <w:szCs w:val="24"/>
          <w:lang w:val="ru-RU"/>
        </w:rPr>
        <w:t>Направление сохраняется и в отрицательной, и в вопросительной конструкции.</w:t>
      </w:r>
    </w:p>
    <w:p w:rsidR="008B28CD" w:rsidRPr="003454F9" w:rsidRDefault="00D41B48">
      <w:pPr>
        <w:spacing w:after="100" w:line="254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3454F9">
        <w:rPr>
          <w:rFonts w:ascii="Times New Roman" w:hAnsi="Times New Roman" w:cs="Times New Roman"/>
          <w:sz w:val="24"/>
          <w:szCs w:val="24"/>
          <w:lang w:val="ru-RU"/>
        </w:rPr>
        <w:lastRenderedPageBreak/>
        <w:t>Олар</w:t>
      </w:r>
      <w:proofErr w:type="spellEnd"/>
      <w:r w:rsidRPr="003454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454F9">
        <w:rPr>
          <w:rFonts w:ascii="Times New Roman" w:hAnsi="Times New Roman" w:cs="Times New Roman"/>
          <w:sz w:val="24"/>
          <w:szCs w:val="24"/>
          <w:lang w:val="ru-RU"/>
        </w:rPr>
        <w:t>бізге</w:t>
      </w:r>
      <w:proofErr w:type="spellEnd"/>
      <w:r w:rsidRPr="003454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454F9">
        <w:rPr>
          <w:rFonts w:ascii="Times New Roman" w:hAnsi="Times New Roman" w:cs="Times New Roman"/>
          <w:sz w:val="24"/>
          <w:szCs w:val="24"/>
          <w:lang w:val="ru-RU"/>
        </w:rPr>
        <w:t>қарай</w:t>
      </w:r>
      <w:proofErr w:type="spellEnd"/>
      <w:r w:rsidRPr="003454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454F9">
        <w:rPr>
          <w:rFonts w:ascii="Times New Roman" w:hAnsi="Times New Roman" w:cs="Times New Roman"/>
          <w:sz w:val="24"/>
          <w:szCs w:val="24"/>
          <w:lang w:val="ru-RU"/>
        </w:rPr>
        <w:t>жүгір</w:t>
      </w:r>
      <w:r w:rsidRPr="003454F9"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t>іп</w:t>
      </w:r>
      <w:proofErr w:type="spellEnd"/>
      <w:r w:rsidRPr="003454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454F9">
        <w:rPr>
          <w:rFonts w:ascii="Times New Roman" w:hAnsi="Times New Roman" w:cs="Times New Roman"/>
          <w:sz w:val="24"/>
          <w:szCs w:val="24"/>
          <w:lang w:val="ru-RU"/>
        </w:rPr>
        <w:t>кел</w:t>
      </w:r>
      <w:r w:rsidRPr="003454F9"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t>е</w:t>
      </w:r>
      <w:proofErr w:type="spellEnd"/>
      <w:r w:rsidRPr="003454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454F9">
        <w:rPr>
          <w:rFonts w:ascii="Times New Roman" w:hAnsi="Times New Roman" w:cs="Times New Roman"/>
          <w:sz w:val="24"/>
          <w:szCs w:val="24"/>
          <w:lang w:val="ru-RU"/>
        </w:rPr>
        <w:t>жат</w:t>
      </w:r>
      <w:r w:rsidRPr="003454F9"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t>қан</w:t>
      </w:r>
      <w:proofErr w:type="spellEnd"/>
      <w:r w:rsidRPr="003454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454F9">
        <w:rPr>
          <w:rFonts w:ascii="Times New Roman" w:hAnsi="Times New Roman" w:cs="Times New Roman"/>
          <w:sz w:val="24"/>
          <w:szCs w:val="24"/>
          <w:lang w:val="ru-RU"/>
        </w:rPr>
        <w:t>жоқ</w:t>
      </w:r>
      <w:proofErr w:type="spellEnd"/>
      <w:r w:rsidRPr="003454F9">
        <w:rPr>
          <w:rFonts w:ascii="Times New Roman" w:hAnsi="Times New Roman" w:cs="Times New Roman"/>
          <w:sz w:val="24"/>
          <w:szCs w:val="24"/>
          <w:lang w:val="ru-RU"/>
        </w:rPr>
        <w:t xml:space="preserve">.  •  Сен </w:t>
      </w:r>
      <w:proofErr w:type="spellStart"/>
      <w:r w:rsidRPr="003454F9">
        <w:rPr>
          <w:rFonts w:ascii="Times New Roman" w:hAnsi="Times New Roman" w:cs="Times New Roman"/>
          <w:sz w:val="24"/>
          <w:szCs w:val="24"/>
          <w:lang w:val="ru-RU"/>
        </w:rPr>
        <w:t>тауға</w:t>
      </w:r>
      <w:proofErr w:type="spellEnd"/>
      <w:r w:rsidRPr="003454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454F9">
        <w:rPr>
          <w:rFonts w:ascii="Times New Roman" w:hAnsi="Times New Roman" w:cs="Times New Roman"/>
          <w:sz w:val="24"/>
          <w:szCs w:val="24"/>
          <w:lang w:val="ru-RU"/>
        </w:rPr>
        <w:t>көтеріл</w:t>
      </w:r>
      <w:r w:rsidRPr="003454F9"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t>іп</w:t>
      </w:r>
      <w:proofErr w:type="spellEnd"/>
      <w:r w:rsidRPr="003454F9">
        <w:rPr>
          <w:rFonts w:ascii="Times New Roman" w:hAnsi="Times New Roman" w:cs="Times New Roman"/>
          <w:sz w:val="24"/>
          <w:szCs w:val="24"/>
          <w:lang w:val="ru-RU"/>
        </w:rPr>
        <w:t xml:space="preserve"> бара </w:t>
      </w:r>
      <w:proofErr w:type="spellStart"/>
      <w:r w:rsidRPr="003454F9">
        <w:rPr>
          <w:rFonts w:ascii="Times New Roman" w:hAnsi="Times New Roman" w:cs="Times New Roman"/>
          <w:sz w:val="24"/>
          <w:szCs w:val="24"/>
          <w:lang w:val="ru-RU"/>
        </w:rPr>
        <w:t>жатыр</w:t>
      </w:r>
      <w:r w:rsidRPr="003454F9"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t>сың</w:t>
      </w:r>
      <w:proofErr w:type="spellEnd"/>
      <w:r w:rsidRPr="003454F9">
        <w:rPr>
          <w:rFonts w:ascii="Times New Roman" w:hAnsi="Times New Roman" w:cs="Times New Roman"/>
          <w:sz w:val="24"/>
          <w:szCs w:val="24"/>
          <w:lang w:val="ru-RU"/>
        </w:rPr>
        <w:t xml:space="preserve"> ба?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8B28CD" w:rsidRPr="00055930">
        <w:trPr>
          <w:jc w:val="center"/>
        </w:trPr>
        <w:tc>
          <w:tcPr>
            <w:tcW w:w="10080" w:type="dxa"/>
            <w:tcBorders>
              <w:top w:val="single" w:sz="9" w:space="0" w:color="D6A63A"/>
              <w:left w:val="single" w:sz="9" w:space="0" w:color="D6A63A"/>
              <w:bottom w:val="single" w:sz="9" w:space="0" w:color="D6A63A"/>
              <w:right w:val="single" w:sz="9" w:space="0" w:color="D6A63A"/>
            </w:tcBorders>
            <w:shd w:val="clear" w:color="auto" w:fill="FFF6DE"/>
            <w:tcMar>
              <w:top w:w="110" w:type="dxa"/>
              <w:left w:w="150" w:type="dxa"/>
              <w:bottom w:w="110" w:type="dxa"/>
              <w:right w:w="150" w:type="dxa"/>
            </w:tcMar>
          </w:tcPr>
          <w:p w:rsidR="008B28CD" w:rsidRPr="00055930" w:rsidRDefault="00D41B48">
            <w:pPr>
              <w:spacing w:after="0" w:line="250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055930">
              <w:rPr>
                <w:rFonts w:ascii="Times New Roman" w:hAnsi="Times New Roman" w:cs="Times New Roman"/>
                <w:b/>
                <w:color w:val="D6A63A"/>
                <w:sz w:val="17"/>
                <w:lang w:val="ru-RU"/>
              </w:rPr>
              <w:t xml:space="preserve">КОНТЕКСТ  </w:t>
            </w:r>
            <w:r w:rsidRPr="00055930">
              <w:rPr>
                <w:rFonts w:ascii="Times New Roman" w:hAnsi="Times New Roman" w:cs="Times New Roman"/>
                <w:lang w:val="ru-RU"/>
              </w:rPr>
              <w:t>Одна</w:t>
            </w:r>
            <w:proofErr w:type="gramEnd"/>
            <w:r w:rsidRPr="00055930">
              <w:rPr>
                <w:rFonts w:ascii="Times New Roman" w:hAnsi="Times New Roman" w:cs="Times New Roman"/>
                <w:lang w:val="ru-RU"/>
              </w:rPr>
              <w:t xml:space="preserve"> и та же траектория может быть описана по-разному, если меняется точка отсч</w:t>
            </w:r>
            <w:r w:rsidR="00055930">
              <w:rPr>
                <w:rFonts w:ascii="Times New Roman" w:hAnsi="Times New Roman" w:cs="Times New Roman"/>
                <w:lang w:val="ru-RU"/>
              </w:rPr>
              <w:t>е</w:t>
            </w:r>
            <w:r w:rsidRPr="00055930">
              <w:rPr>
                <w:rFonts w:ascii="Times New Roman" w:hAnsi="Times New Roman" w:cs="Times New Roman"/>
                <w:lang w:val="ru-RU"/>
              </w:rPr>
              <w:t>та. Всегда определяйте, к кому или от кого движется объект.</w:t>
            </w:r>
          </w:p>
        </w:tc>
      </w:tr>
    </w:tbl>
    <w:p w:rsidR="007D5FC0" w:rsidRDefault="007D5FC0" w:rsidP="007D5FC0">
      <w:pPr>
        <w:rPr>
          <w:rFonts w:ascii="Times New Roman" w:hAnsi="Times New Roman" w:cs="Times New Roman"/>
          <w:lang w:val="ru-RU"/>
        </w:rPr>
      </w:pPr>
    </w:p>
    <w:p w:rsidR="008B28CD" w:rsidRPr="007D5FC0" w:rsidRDefault="00D41B48" w:rsidP="007D5FC0">
      <w:pPr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lang w:val="ru-RU"/>
        </w:rPr>
      </w:pPr>
      <w:proofErr w:type="spellStart"/>
      <w:r w:rsidRPr="007D5FC0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Задание</w:t>
      </w:r>
      <w:proofErr w:type="spellEnd"/>
      <w:r w:rsidRPr="007D5FC0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 xml:space="preserve"> </w:t>
      </w:r>
      <w:proofErr w:type="spellStart"/>
      <w:r w:rsidRPr="007D5FC0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после</w:t>
      </w:r>
      <w:proofErr w:type="spellEnd"/>
      <w:r w:rsidRPr="007D5FC0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 xml:space="preserve"> </w:t>
      </w:r>
      <w:proofErr w:type="spellStart"/>
      <w:r w:rsidRPr="007D5FC0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чтения</w:t>
      </w:r>
      <w:proofErr w:type="spellEnd"/>
    </w:p>
    <w:p w:rsidR="008B28CD" w:rsidRPr="007D5FC0" w:rsidRDefault="00D41B48">
      <w:pPr>
        <w:spacing w:after="100"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D5FC0">
        <w:rPr>
          <w:rFonts w:ascii="Times New Roman" w:hAnsi="Times New Roman" w:cs="Times New Roman"/>
          <w:sz w:val="24"/>
          <w:szCs w:val="24"/>
          <w:lang w:val="ru-RU"/>
        </w:rPr>
        <w:t>Выполните задания без обращения к материалу. Затем проверьте ответы по ключу.</w:t>
      </w:r>
    </w:p>
    <w:p w:rsidR="008B28CD" w:rsidRPr="007D5FC0" w:rsidRDefault="00D41B48" w:rsidP="007D5FC0">
      <w:pPr>
        <w:pStyle w:val="ae"/>
        <w:keepNext/>
        <w:numPr>
          <w:ilvl w:val="0"/>
          <w:numId w:val="10"/>
        </w:numPr>
        <w:shd w:val="clear" w:color="auto" w:fill="FFFFFF" w:themeFill="background1"/>
        <w:spacing w:before="80" w:after="20" w:line="254" w:lineRule="auto"/>
        <w:ind w:left="284" w:hanging="284"/>
        <w:rPr>
          <w:rFonts w:ascii="Times New Roman" w:hAnsi="Times New Roman" w:cs="Times New Roman"/>
          <w:sz w:val="24"/>
          <w:szCs w:val="24"/>
          <w:lang w:val="ru-RU"/>
        </w:rPr>
      </w:pPr>
      <w:r w:rsidRPr="007D5FC0">
        <w:rPr>
          <w:rFonts w:ascii="Times New Roman" w:hAnsi="Times New Roman" w:cs="Times New Roman"/>
          <w:b/>
          <w:color w:val="243B6B"/>
          <w:sz w:val="24"/>
          <w:szCs w:val="24"/>
          <w:lang w:val="ru-RU"/>
        </w:rPr>
        <w:t>Определите форму</w:t>
      </w:r>
    </w:p>
    <w:p w:rsidR="008B28CD" w:rsidRPr="007D5FC0" w:rsidRDefault="00D41B48" w:rsidP="007D5FC0">
      <w:pPr>
        <w:shd w:val="clear" w:color="auto" w:fill="FFFFFF" w:themeFill="background1"/>
        <w:spacing w:after="20"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Какое предложение содержит простую форму </w:t>
      </w:r>
      <w:proofErr w:type="spellStart"/>
      <w:r w:rsidRPr="007D5FC0">
        <w:rPr>
          <w:rFonts w:ascii="Times New Roman" w:hAnsi="Times New Roman" w:cs="Times New Roman"/>
          <w:sz w:val="24"/>
          <w:szCs w:val="24"/>
          <w:lang w:val="ru-RU"/>
        </w:rPr>
        <w:t>нақ</w:t>
      </w:r>
      <w:proofErr w:type="spellEnd"/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 осы </w:t>
      </w:r>
      <w:proofErr w:type="spellStart"/>
      <w:r w:rsidRPr="007D5FC0">
        <w:rPr>
          <w:rFonts w:ascii="Times New Roman" w:hAnsi="Times New Roman" w:cs="Times New Roman"/>
          <w:sz w:val="24"/>
          <w:szCs w:val="24"/>
          <w:lang w:val="ru-RU"/>
        </w:rPr>
        <w:t>шақ</w:t>
      </w:r>
      <w:proofErr w:type="spellEnd"/>
      <w:r w:rsidRPr="007D5FC0">
        <w:rPr>
          <w:rFonts w:ascii="Times New Roman" w:hAnsi="Times New Roman" w:cs="Times New Roman"/>
          <w:sz w:val="24"/>
          <w:szCs w:val="24"/>
          <w:lang w:val="ru-RU"/>
        </w:rPr>
        <w:t>?</w:t>
      </w:r>
    </w:p>
    <w:p w:rsidR="008B28CD" w:rsidRPr="007D5FC0" w:rsidRDefault="00D41B48" w:rsidP="007D5FC0">
      <w:pPr>
        <w:shd w:val="clear" w:color="auto" w:fill="FFFFFF" w:themeFill="background1"/>
        <w:spacing w:after="60" w:line="245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D5FC0">
        <w:rPr>
          <w:rFonts w:ascii="Times New Roman" w:hAnsi="Times New Roman" w:cs="Times New Roman"/>
          <w:sz w:val="24"/>
          <w:szCs w:val="24"/>
        </w:rPr>
        <w:t>A</w:t>
      </w:r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proofErr w:type="spellStart"/>
      <w:r w:rsidRPr="007D5FC0">
        <w:rPr>
          <w:rFonts w:ascii="Times New Roman" w:hAnsi="Times New Roman" w:cs="Times New Roman"/>
          <w:sz w:val="24"/>
          <w:szCs w:val="24"/>
          <w:lang w:val="ru-RU"/>
        </w:rPr>
        <w:t>Дәрігер</w:t>
      </w:r>
      <w:proofErr w:type="spellEnd"/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D5FC0">
        <w:rPr>
          <w:rFonts w:ascii="Times New Roman" w:hAnsi="Times New Roman" w:cs="Times New Roman"/>
          <w:sz w:val="24"/>
          <w:szCs w:val="24"/>
          <w:lang w:val="ru-RU"/>
        </w:rPr>
        <w:t>науқасты</w:t>
      </w:r>
      <w:proofErr w:type="spellEnd"/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D5FC0">
        <w:rPr>
          <w:rFonts w:ascii="Times New Roman" w:hAnsi="Times New Roman" w:cs="Times New Roman"/>
          <w:sz w:val="24"/>
          <w:szCs w:val="24"/>
          <w:lang w:val="ru-RU"/>
        </w:rPr>
        <w:t>қарап</w:t>
      </w:r>
      <w:proofErr w:type="spellEnd"/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D5FC0">
        <w:rPr>
          <w:rFonts w:ascii="Times New Roman" w:hAnsi="Times New Roman" w:cs="Times New Roman"/>
          <w:sz w:val="24"/>
          <w:szCs w:val="24"/>
          <w:lang w:val="ru-RU"/>
        </w:rPr>
        <w:t>отыр</w:t>
      </w:r>
      <w:proofErr w:type="spellEnd"/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.   </w:t>
      </w:r>
      <w:r w:rsidRPr="007D5FC0">
        <w:rPr>
          <w:rFonts w:ascii="Times New Roman" w:hAnsi="Times New Roman" w:cs="Times New Roman"/>
          <w:sz w:val="24"/>
          <w:szCs w:val="24"/>
        </w:rPr>
        <w:t>B</w:t>
      </w:r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proofErr w:type="spellStart"/>
      <w:r w:rsidRPr="007D5FC0">
        <w:rPr>
          <w:rFonts w:ascii="Times New Roman" w:hAnsi="Times New Roman" w:cs="Times New Roman"/>
          <w:sz w:val="24"/>
          <w:szCs w:val="24"/>
          <w:lang w:val="ru-RU"/>
        </w:rPr>
        <w:t>Дәрігер</w:t>
      </w:r>
      <w:proofErr w:type="spellEnd"/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D5FC0">
        <w:rPr>
          <w:rFonts w:ascii="Times New Roman" w:hAnsi="Times New Roman" w:cs="Times New Roman"/>
          <w:sz w:val="24"/>
          <w:szCs w:val="24"/>
          <w:lang w:val="ru-RU"/>
        </w:rPr>
        <w:t>кабинетте</w:t>
      </w:r>
      <w:proofErr w:type="spellEnd"/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D5FC0">
        <w:rPr>
          <w:rFonts w:ascii="Times New Roman" w:hAnsi="Times New Roman" w:cs="Times New Roman"/>
          <w:sz w:val="24"/>
          <w:szCs w:val="24"/>
          <w:lang w:val="ru-RU"/>
        </w:rPr>
        <w:t>отыр</w:t>
      </w:r>
      <w:proofErr w:type="spellEnd"/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.   </w:t>
      </w:r>
      <w:r w:rsidRPr="007D5FC0">
        <w:rPr>
          <w:rFonts w:ascii="Times New Roman" w:hAnsi="Times New Roman" w:cs="Times New Roman"/>
          <w:sz w:val="24"/>
          <w:szCs w:val="24"/>
        </w:rPr>
        <w:t>C</w:t>
      </w:r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proofErr w:type="spellStart"/>
      <w:r w:rsidRPr="007D5FC0">
        <w:rPr>
          <w:rFonts w:ascii="Times New Roman" w:hAnsi="Times New Roman" w:cs="Times New Roman"/>
          <w:sz w:val="24"/>
          <w:szCs w:val="24"/>
          <w:lang w:val="ru-RU"/>
        </w:rPr>
        <w:t>Дәрігер</w:t>
      </w:r>
      <w:proofErr w:type="spellEnd"/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D5FC0">
        <w:rPr>
          <w:rFonts w:ascii="Times New Roman" w:hAnsi="Times New Roman" w:cs="Times New Roman"/>
          <w:sz w:val="24"/>
          <w:szCs w:val="24"/>
          <w:lang w:val="ru-RU"/>
        </w:rPr>
        <w:t>күнде</w:t>
      </w:r>
      <w:proofErr w:type="spellEnd"/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D5FC0">
        <w:rPr>
          <w:rFonts w:ascii="Times New Roman" w:hAnsi="Times New Roman" w:cs="Times New Roman"/>
          <w:sz w:val="24"/>
          <w:szCs w:val="24"/>
          <w:lang w:val="ru-RU"/>
        </w:rPr>
        <w:t>қабылдайды</w:t>
      </w:r>
      <w:proofErr w:type="spellEnd"/>
      <w:r w:rsidRPr="007D5FC0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B28CD" w:rsidRPr="007D5FC0" w:rsidRDefault="007D5FC0" w:rsidP="007D5FC0">
      <w:pPr>
        <w:keepNext/>
        <w:shd w:val="clear" w:color="auto" w:fill="FFFFFF" w:themeFill="background1"/>
        <w:spacing w:before="80" w:after="20" w:line="25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243B6B"/>
          <w:sz w:val="24"/>
          <w:szCs w:val="24"/>
          <w:lang w:val="ru-RU"/>
        </w:rPr>
        <w:t xml:space="preserve">2. </w:t>
      </w:r>
      <w:r w:rsidR="00D41B48" w:rsidRPr="007D5FC0">
        <w:rPr>
          <w:rFonts w:ascii="Times New Roman" w:hAnsi="Times New Roman" w:cs="Times New Roman"/>
          <w:b/>
          <w:color w:val="243B6B"/>
          <w:sz w:val="24"/>
          <w:szCs w:val="24"/>
          <w:lang w:val="ru-RU"/>
        </w:rPr>
        <w:t>Выберите вспомогательный глагол</w:t>
      </w:r>
    </w:p>
    <w:p w:rsidR="008B28CD" w:rsidRPr="007D5FC0" w:rsidRDefault="00D41B48" w:rsidP="007D5FC0">
      <w:pPr>
        <w:shd w:val="clear" w:color="auto" w:fill="FFFFFF" w:themeFill="background1"/>
        <w:spacing w:after="20"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D5FC0">
        <w:rPr>
          <w:rFonts w:ascii="Times New Roman" w:hAnsi="Times New Roman" w:cs="Times New Roman"/>
          <w:sz w:val="24"/>
          <w:szCs w:val="24"/>
          <w:lang w:val="ru-RU"/>
        </w:rPr>
        <w:t>Вставьте наиболее нейтральную форму текущего процесса: «</w:t>
      </w:r>
      <w:proofErr w:type="spellStart"/>
      <w:r w:rsidRPr="007D5FC0">
        <w:rPr>
          <w:rFonts w:ascii="Times New Roman" w:hAnsi="Times New Roman" w:cs="Times New Roman"/>
          <w:sz w:val="24"/>
          <w:szCs w:val="24"/>
          <w:lang w:val="ru-RU"/>
        </w:rPr>
        <w:t>Зауытта</w:t>
      </w:r>
      <w:proofErr w:type="spellEnd"/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D5FC0">
        <w:rPr>
          <w:rFonts w:ascii="Times New Roman" w:hAnsi="Times New Roman" w:cs="Times New Roman"/>
          <w:sz w:val="24"/>
          <w:szCs w:val="24"/>
          <w:lang w:val="ru-RU"/>
        </w:rPr>
        <w:t>жаңа</w:t>
      </w:r>
      <w:proofErr w:type="spellEnd"/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D5FC0">
        <w:rPr>
          <w:rFonts w:ascii="Times New Roman" w:hAnsi="Times New Roman" w:cs="Times New Roman"/>
          <w:sz w:val="24"/>
          <w:szCs w:val="24"/>
          <w:lang w:val="ru-RU"/>
        </w:rPr>
        <w:t>құрылғы</w:t>
      </w:r>
      <w:proofErr w:type="spellEnd"/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D5FC0">
        <w:rPr>
          <w:rFonts w:ascii="Times New Roman" w:hAnsi="Times New Roman" w:cs="Times New Roman"/>
          <w:sz w:val="24"/>
          <w:szCs w:val="24"/>
          <w:lang w:val="ru-RU"/>
        </w:rPr>
        <w:t>жасалып</w:t>
      </w:r>
      <w:proofErr w:type="spellEnd"/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 ___». </w:t>
      </w:r>
    </w:p>
    <w:p w:rsidR="008B28CD" w:rsidRPr="007D5FC0" w:rsidRDefault="00D41B48" w:rsidP="007D5FC0">
      <w:pPr>
        <w:shd w:val="clear" w:color="auto" w:fill="FFFFFF" w:themeFill="background1"/>
        <w:spacing w:after="60" w:line="245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D5FC0">
        <w:rPr>
          <w:rFonts w:ascii="Times New Roman" w:hAnsi="Times New Roman" w:cs="Times New Roman"/>
          <w:sz w:val="24"/>
          <w:szCs w:val="24"/>
        </w:rPr>
        <w:t>A</w:t>
      </w:r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proofErr w:type="spellStart"/>
      <w:r w:rsidRPr="007D5FC0">
        <w:rPr>
          <w:rFonts w:ascii="Times New Roman" w:hAnsi="Times New Roman" w:cs="Times New Roman"/>
          <w:sz w:val="24"/>
          <w:szCs w:val="24"/>
          <w:lang w:val="ru-RU"/>
        </w:rPr>
        <w:t>отыр</w:t>
      </w:r>
      <w:proofErr w:type="spellEnd"/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Pr="007D5FC0">
        <w:rPr>
          <w:rFonts w:ascii="Times New Roman" w:hAnsi="Times New Roman" w:cs="Times New Roman"/>
          <w:sz w:val="24"/>
          <w:szCs w:val="24"/>
        </w:rPr>
        <w:t>B</w:t>
      </w:r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proofErr w:type="spellStart"/>
      <w:r w:rsidRPr="007D5FC0">
        <w:rPr>
          <w:rFonts w:ascii="Times New Roman" w:hAnsi="Times New Roman" w:cs="Times New Roman"/>
          <w:sz w:val="24"/>
          <w:szCs w:val="24"/>
          <w:lang w:val="ru-RU"/>
        </w:rPr>
        <w:t>жатыр</w:t>
      </w:r>
      <w:proofErr w:type="spellEnd"/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Pr="007D5FC0">
        <w:rPr>
          <w:rFonts w:ascii="Times New Roman" w:hAnsi="Times New Roman" w:cs="Times New Roman"/>
          <w:sz w:val="24"/>
          <w:szCs w:val="24"/>
        </w:rPr>
        <w:t>C</w:t>
      </w:r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proofErr w:type="spellStart"/>
      <w:r w:rsidRPr="007D5FC0">
        <w:rPr>
          <w:rFonts w:ascii="Times New Roman" w:hAnsi="Times New Roman" w:cs="Times New Roman"/>
          <w:sz w:val="24"/>
          <w:szCs w:val="24"/>
          <w:lang w:val="ru-RU"/>
        </w:rPr>
        <w:t>жүр</w:t>
      </w:r>
      <w:proofErr w:type="spellEnd"/>
    </w:p>
    <w:p w:rsidR="008B28CD" w:rsidRPr="007D5FC0" w:rsidRDefault="007D5FC0" w:rsidP="007D5FC0">
      <w:pPr>
        <w:keepNext/>
        <w:shd w:val="clear" w:color="auto" w:fill="FFFFFF" w:themeFill="background1"/>
        <w:spacing w:before="80" w:after="20" w:line="25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243B6B"/>
          <w:sz w:val="24"/>
          <w:szCs w:val="24"/>
          <w:lang w:val="ru-RU"/>
        </w:rPr>
        <w:t xml:space="preserve">3. </w:t>
      </w:r>
      <w:r w:rsidR="00D41B48" w:rsidRPr="007D5FC0">
        <w:rPr>
          <w:rFonts w:ascii="Times New Roman" w:hAnsi="Times New Roman" w:cs="Times New Roman"/>
          <w:b/>
          <w:color w:val="243B6B"/>
          <w:sz w:val="24"/>
          <w:szCs w:val="24"/>
          <w:lang w:val="ru-RU"/>
        </w:rPr>
        <w:t>Поставьте окончание</w:t>
      </w:r>
    </w:p>
    <w:p w:rsidR="008B28CD" w:rsidRPr="007D5FC0" w:rsidRDefault="00D41B48">
      <w:pPr>
        <w:spacing w:after="20"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D5FC0">
        <w:rPr>
          <w:rFonts w:ascii="Times New Roman" w:hAnsi="Times New Roman" w:cs="Times New Roman"/>
          <w:sz w:val="24"/>
          <w:szCs w:val="24"/>
          <w:lang w:val="ru-RU"/>
        </w:rPr>
        <w:t>Дополните: «</w:t>
      </w:r>
      <w:proofErr w:type="spellStart"/>
      <w:r w:rsidRPr="007D5FC0">
        <w:rPr>
          <w:rFonts w:ascii="Times New Roman" w:hAnsi="Times New Roman" w:cs="Times New Roman"/>
          <w:sz w:val="24"/>
          <w:szCs w:val="24"/>
          <w:lang w:val="ru-RU"/>
        </w:rPr>
        <w:t>Біз</w:t>
      </w:r>
      <w:proofErr w:type="spellEnd"/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D5FC0">
        <w:rPr>
          <w:rFonts w:ascii="Times New Roman" w:hAnsi="Times New Roman" w:cs="Times New Roman"/>
          <w:sz w:val="24"/>
          <w:szCs w:val="24"/>
          <w:lang w:val="ru-RU"/>
        </w:rPr>
        <w:t>есепті</w:t>
      </w:r>
      <w:proofErr w:type="spellEnd"/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D5FC0">
        <w:rPr>
          <w:rFonts w:ascii="Times New Roman" w:hAnsi="Times New Roman" w:cs="Times New Roman"/>
          <w:sz w:val="24"/>
          <w:szCs w:val="24"/>
          <w:lang w:val="ru-RU"/>
        </w:rPr>
        <w:t>тексеріп</w:t>
      </w:r>
      <w:proofErr w:type="spellEnd"/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D5FC0">
        <w:rPr>
          <w:rFonts w:ascii="Times New Roman" w:hAnsi="Times New Roman" w:cs="Times New Roman"/>
          <w:sz w:val="24"/>
          <w:szCs w:val="24"/>
          <w:lang w:val="ru-RU"/>
        </w:rPr>
        <w:t>отыр</w:t>
      </w:r>
      <w:proofErr w:type="spellEnd"/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___». </w:t>
      </w:r>
    </w:p>
    <w:p w:rsidR="008B28CD" w:rsidRPr="007D5FC0" w:rsidRDefault="00D41B48">
      <w:pPr>
        <w:spacing w:after="60" w:line="245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D5FC0">
        <w:rPr>
          <w:rFonts w:ascii="Times New Roman" w:hAnsi="Times New Roman" w:cs="Times New Roman"/>
          <w:sz w:val="24"/>
          <w:szCs w:val="24"/>
        </w:rPr>
        <w:t>A</w:t>
      </w:r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proofErr w:type="spellStart"/>
      <w:r w:rsidRPr="007D5FC0">
        <w:rPr>
          <w:rFonts w:ascii="Times New Roman" w:hAnsi="Times New Roman" w:cs="Times New Roman"/>
          <w:sz w:val="24"/>
          <w:szCs w:val="24"/>
          <w:lang w:val="ru-RU"/>
        </w:rPr>
        <w:t>мын</w:t>
      </w:r>
      <w:proofErr w:type="spellEnd"/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Pr="007D5FC0">
        <w:rPr>
          <w:rFonts w:ascii="Times New Roman" w:hAnsi="Times New Roman" w:cs="Times New Roman"/>
          <w:sz w:val="24"/>
          <w:szCs w:val="24"/>
        </w:rPr>
        <w:t>B</w:t>
      </w:r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) мыз   </w:t>
      </w:r>
      <w:r w:rsidRPr="007D5FC0">
        <w:rPr>
          <w:rFonts w:ascii="Times New Roman" w:hAnsi="Times New Roman" w:cs="Times New Roman"/>
          <w:sz w:val="24"/>
          <w:szCs w:val="24"/>
        </w:rPr>
        <w:t>C</w:t>
      </w:r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proofErr w:type="spellStart"/>
      <w:r w:rsidRPr="007D5FC0">
        <w:rPr>
          <w:rFonts w:ascii="Times New Roman" w:hAnsi="Times New Roman" w:cs="Times New Roman"/>
          <w:sz w:val="24"/>
          <w:szCs w:val="24"/>
          <w:lang w:val="ru-RU"/>
        </w:rPr>
        <w:t>сыңдар</w:t>
      </w:r>
      <w:proofErr w:type="spellEnd"/>
    </w:p>
    <w:p w:rsidR="008B28CD" w:rsidRPr="007D5FC0" w:rsidRDefault="007D5FC0">
      <w:pPr>
        <w:keepNext/>
        <w:spacing w:before="80" w:after="20" w:line="25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243B6B"/>
          <w:sz w:val="24"/>
          <w:szCs w:val="24"/>
          <w:lang w:val="ru-RU"/>
        </w:rPr>
        <w:t xml:space="preserve">4. </w:t>
      </w:r>
      <w:r w:rsidR="00D41B48" w:rsidRPr="007D5FC0">
        <w:rPr>
          <w:rFonts w:ascii="Times New Roman" w:hAnsi="Times New Roman" w:cs="Times New Roman"/>
          <w:b/>
          <w:color w:val="243B6B"/>
          <w:sz w:val="24"/>
          <w:szCs w:val="24"/>
          <w:lang w:val="ru-RU"/>
        </w:rPr>
        <w:t>Образуйте отрицание</w:t>
      </w:r>
    </w:p>
    <w:p w:rsidR="008B28CD" w:rsidRPr="007D5FC0" w:rsidRDefault="00D41B48">
      <w:pPr>
        <w:spacing w:after="20"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Выберите нейтральное отрицание: «Он сейчас не направляется в архив». </w:t>
      </w:r>
    </w:p>
    <w:p w:rsidR="008B28CD" w:rsidRPr="007D5FC0" w:rsidRDefault="00D41B48">
      <w:pPr>
        <w:spacing w:after="60" w:line="245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D5FC0">
        <w:rPr>
          <w:rFonts w:ascii="Times New Roman" w:hAnsi="Times New Roman" w:cs="Times New Roman"/>
          <w:sz w:val="24"/>
          <w:szCs w:val="24"/>
        </w:rPr>
        <w:t>A</w:t>
      </w:r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proofErr w:type="spellStart"/>
      <w:r w:rsidRPr="007D5FC0">
        <w:rPr>
          <w:rFonts w:ascii="Times New Roman" w:hAnsi="Times New Roman" w:cs="Times New Roman"/>
          <w:sz w:val="24"/>
          <w:szCs w:val="24"/>
          <w:lang w:val="ru-RU"/>
        </w:rPr>
        <w:t>Ол</w:t>
      </w:r>
      <w:proofErr w:type="spellEnd"/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D5FC0">
        <w:rPr>
          <w:rFonts w:ascii="Times New Roman" w:hAnsi="Times New Roman" w:cs="Times New Roman"/>
          <w:sz w:val="24"/>
          <w:szCs w:val="24"/>
          <w:lang w:val="ru-RU"/>
        </w:rPr>
        <w:t>мұрағатқа</w:t>
      </w:r>
      <w:proofErr w:type="spellEnd"/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 бара </w:t>
      </w:r>
      <w:proofErr w:type="spellStart"/>
      <w:r w:rsidRPr="007D5FC0">
        <w:rPr>
          <w:rFonts w:ascii="Times New Roman" w:hAnsi="Times New Roman" w:cs="Times New Roman"/>
          <w:sz w:val="24"/>
          <w:szCs w:val="24"/>
          <w:lang w:val="ru-RU"/>
        </w:rPr>
        <w:t>жатқан</w:t>
      </w:r>
      <w:proofErr w:type="spellEnd"/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D5FC0">
        <w:rPr>
          <w:rFonts w:ascii="Times New Roman" w:hAnsi="Times New Roman" w:cs="Times New Roman"/>
          <w:sz w:val="24"/>
          <w:szCs w:val="24"/>
          <w:lang w:val="ru-RU"/>
        </w:rPr>
        <w:t>жоқ</w:t>
      </w:r>
      <w:proofErr w:type="spellEnd"/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.   </w:t>
      </w:r>
      <w:r w:rsidRPr="007D5FC0">
        <w:rPr>
          <w:rFonts w:ascii="Times New Roman" w:hAnsi="Times New Roman" w:cs="Times New Roman"/>
          <w:sz w:val="24"/>
          <w:szCs w:val="24"/>
        </w:rPr>
        <w:t>B</w:t>
      </w:r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proofErr w:type="spellStart"/>
      <w:r w:rsidRPr="007D5FC0">
        <w:rPr>
          <w:rFonts w:ascii="Times New Roman" w:hAnsi="Times New Roman" w:cs="Times New Roman"/>
          <w:sz w:val="24"/>
          <w:szCs w:val="24"/>
          <w:lang w:val="ru-RU"/>
        </w:rPr>
        <w:t>Ол</w:t>
      </w:r>
      <w:proofErr w:type="spellEnd"/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D5FC0">
        <w:rPr>
          <w:rFonts w:ascii="Times New Roman" w:hAnsi="Times New Roman" w:cs="Times New Roman"/>
          <w:sz w:val="24"/>
          <w:szCs w:val="24"/>
          <w:lang w:val="ru-RU"/>
        </w:rPr>
        <w:t>мұрағатқа</w:t>
      </w:r>
      <w:proofErr w:type="spellEnd"/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D5FC0">
        <w:rPr>
          <w:rFonts w:ascii="Times New Roman" w:hAnsi="Times New Roman" w:cs="Times New Roman"/>
          <w:sz w:val="24"/>
          <w:szCs w:val="24"/>
          <w:lang w:val="ru-RU"/>
        </w:rPr>
        <w:t>бармады</w:t>
      </w:r>
      <w:proofErr w:type="spellEnd"/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.   </w:t>
      </w:r>
      <w:r w:rsidRPr="007D5FC0">
        <w:rPr>
          <w:rFonts w:ascii="Times New Roman" w:hAnsi="Times New Roman" w:cs="Times New Roman"/>
          <w:sz w:val="24"/>
          <w:szCs w:val="24"/>
        </w:rPr>
        <w:t>C</w:t>
      </w:r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proofErr w:type="spellStart"/>
      <w:r w:rsidRPr="007D5FC0">
        <w:rPr>
          <w:rFonts w:ascii="Times New Roman" w:hAnsi="Times New Roman" w:cs="Times New Roman"/>
          <w:sz w:val="24"/>
          <w:szCs w:val="24"/>
          <w:lang w:val="ru-RU"/>
        </w:rPr>
        <w:t>Ол</w:t>
      </w:r>
      <w:proofErr w:type="spellEnd"/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D5FC0">
        <w:rPr>
          <w:rFonts w:ascii="Times New Roman" w:hAnsi="Times New Roman" w:cs="Times New Roman"/>
          <w:sz w:val="24"/>
          <w:szCs w:val="24"/>
          <w:lang w:val="ru-RU"/>
        </w:rPr>
        <w:t>мұрағатқа</w:t>
      </w:r>
      <w:proofErr w:type="spellEnd"/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D5FC0">
        <w:rPr>
          <w:rFonts w:ascii="Times New Roman" w:hAnsi="Times New Roman" w:cs="Times New Roman"/>
          <w:sz w:val="24"/>
          <w:szCs w:val="24"/>
          <w:lang w:val="ru-RU"/>
        </w:rPr>
        <w:t>бармайды</w:t>
      </w:r>
      <w:proofErr w:type="spellEnd"/>
      <w:r w:rsidRPr="007D5FC0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B28CD" w:rsidRPr="007D5FC0" w:rsidRDefault="007D5FC0">
      <w:pPr>
        <w:keepNext/>
        <w:spacing w:before="80" w:after="20" w:line="25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243B6B"/>
          <w:sz w:val="24"/>
          <w:szCs w:val="24"/>
          <w:lang w:val="ru-RU"/>
        </w:rPr>
        <w:t xml:space="preserve">5. </w:t>
      </w:r>
      <w:r w:rsidR="00D41B48" w:rsidRPr="007D5FC0">
        <w:rPr>
          <w:rFonts w:ascii="Times New Roman" w:hAnsi="Times New Roman" w:cs="Times New Roman"/>
          <w:b/>
          <w:color w:val="243B6B"/>
          <w:sz w:val="24"/>
          <w:szCs w:val="24"/>
          <w:lang w:val="ru-RU"/>
        </w:rPr>
        <w:t>Определите направление</w:t>
      </w:r>
    </w:p>
    <w:p w:rsidR="008B28CD" w:rsidRPr="007D5FC0" w:rsidRDefault="00D41B48">
      <w:pPr>
        <w:spacing w:after="20"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D5FC0">
        <w:rPr>
          <w:rFonts w:ascii="Times New Roman" w:hAnsi="Times New Roman" w:cs="Times New Roman"/>
          <w:sz w:val="24"/>
          <w:szCs w:val="24"/>
          <w:lang w:val="ru-RU"/>
        </w:rPr>
        <w:t>Вы стоите у входа и видите, что коллега приближается к вам. Как сказать?</w:t>
      </w:r>
    </w:p>
    <w:p w:rsidR="008B28CD" w:rsidRPr="007D5FC0" w:rsidRDefault="00D41B48">
      <w:pPr>
        <w:spacing w:after="60" w:line="245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D5FC0">
        <w:rPr>
          <w:rFonts w:ascii="Times New Roman" w:hAnsi="Times New Roman" w:cs="Times New Roman"/>
          <w:sz w:val="24"/>
          <w:szCs w:val="24"/>
        </w:rPr>
        <w:t>A</w:t>
      </w:r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proofErr w:type="spellStart"/>
      <w:r w:rsidRPr="007D5FC0">
        <w:rPr>
          <w:rFonts w:ascii="Times New Roman" w:hAnsi="Times New Roman" w:cs="Times New Roman"/>
          <w:sz w:val="24"/>
          <w:szCs w:val="24"/>
          <w:lang w:val="ru-RU"/>
        </w:rPr>
        <w:t>Әріптесім</w:t>
      </w:r>
      <w:proofErr w:type="spellEnd"/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D5FC0">
        <w:rPr>
          <w:rFonts w:ascii="Times New Roman" w:hAnsi="Times New Roman" w:cs="Times New Roman"/>
          <w:sz w:val="24"/>
          <w:szCs w:val="24"/>
          <w:lang w:val="ru-RU"/>
        </w:rPr>
        <w:t>маған</w:t>
      </w:r>
      <w:proofErr w:type="spellEnd"/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D5FC0">
        <w:rPr>
          <w:rFonts w:ascii="Times New Roman" w:hAnsi="Times New Roman" w:cs="Times New Roman"/>
          <w:sz w:val="24"/>
          <w:szCs w:val="24"/>
          <w:lang w:val="ru-RU"/>
        </w:rPr>
        <w:t>қарай</w:t>
      </w:r>
      <w:proofErr w:type="spellEnd"/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D5FC0">
        <w:rPr>
          <w:rFonts w:ascii="Times New Roman" w:hAnsi="Times New Roman" w:cs="Times New Roman"/>
          <w:sz w:val="24"/>
          <w:szCs w:val="24"/>
          <w:lang w:val="ru-RU"/>
        </w:rPr>
        <w:t>келе</w:t>
      </w:r>
      <w:proofErr w:type="spellEnd"/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D5FC0">
        <w:rPr>
          <w:rFonts w:ascii="Times New Roman" w:hAnsi="Times New Roman" w:cs="Times New Roman"/>
          <w:sz w:val="24"/>
          <w:szCs w:val="24"/>
          <w:lang w:val="ru-RU"/>
        </w:rPr>
        <w:t>жатыр</w:t>
      </w:r>
      <w:proofErr w:type="spellEnd"/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.   </w:t>
      </w:r>
      <w:r w:rsidRPr="007D5FC0">
        <w:rPr>
          <w:rFonts w:ascii="Times New Roman" w:hAnsi="Times New Roman" w:cs="Times New Roman"/>
          <w:sz w:val="24"/>
          <w:szCs w:val="24"/>
        </w:rPr>
        <w:t>B</w:t>
      </w:r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proofErr w:type="spellStart"/>
      <w:r w:rsidRPr="007D5FC0">
        <w:rPr>
          <w:rFonts w:ascii="Times New Roman" w:hAnsi="Times New Roman" w:cs="Times New Roman"/>
          <w:sz w:val="24"/>
          <w:szCs w:val="24"/>
          <w:lang w:val="ru-RU"/>
        </w:rPr>
        <w:t>Әріптесім</w:t>
      </w:r>
      <w:proofErr w:type="spellEnd"/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D5FC0">
        <w:rPr>
          <w:rFonts w:ascii="Times New Roman" w:hAnsi="Times New Roman" w:cs="Times New Roman"/>
          <w:sz w:val="24"/>
          <w:szCs w:val="24"/>
          <w:lang w:val="ru-RU"/>
        </w:rPr>
        <w:t>маған</w:t>
      </w:r>
      <w:proofErr w:type="spellEnd"/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D5FC0">
        <w:rPr>
          <w:rFonts w:ascii="Times New Roman" w:hAnsi="Times New Roman" w:cs="Times New Roman"/>
          <w:sz w:val="24"/>
          <w:szCs w:val="24"/>
          <w:lang w:val="ru-RU"/>
        </w:rPr>
        <w:t>қарай</w:t>
      </w:r>
      <w:proofErr w:type="spellEnd"/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 бара </w:t>
      </w:r>
      <w:proofErr w:type="spellStart"/>
      <w:r w:rsidRPr="007D5FC0">
        <w:rPr>
          <w:rFonts w:ascii="Times New Roman" w:hAnsi="Times New Roman" w:cs="Times New Roman"/>
          <w:sz w:val="24"/>
          <w:szCs w:val="24"/>
          <w:lang w:val="ru-RU"/>
        </w:rPr>
        <w:t>жатыр</w:t>
      </w:r>
      <w:proofErr w:type="spellEnd"/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.   </w:t>
      </w:r>
      <w:r w:rsidRPr="007D5FC0">
        <w:rPr>
          <w:rFonts w:ascii="Times New Roman" w:hAnsi="Times New Roman" w:cs="Times New Roman"/>
          <w:sz w:val="24"/>
          <w:szCs w:val="24"/>
        </w:rPr>
        <w:t>C</w:t>
      </w:r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proofErr w:type="spellStart"/>
      <w:r w:rsidRPr="007D5FC0">
        <w:rPr>
          <w:rFonts w:ascii="Times New Roman" w:hAnsi="Times New Roman" w:cs="Times New Roman"/>
          <w:sz w:val="24"/>
          <w:szCs w:val="24"/>
          <w:lang w:val="ru-RU"/>
        </w:rPr>
        <w:t>Әріптесім</w:t>
      </w:r>
      <w:proofErr w:type="spellEnd"/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D5FC0">
        <w:rPr>
          <w:rFonts w:ascii="Times New Roman" w:hAnsi="Times New Roman" w:cs="Times New Roman"/>
          <w:sz w:val="24"/>
          <w:szCs w:val="24"/>
          <w:lang w:val="ru-RU"/>
        </w:rPr>
        <w:t>маған</w:t>
      </w:r>
      <w:proofErr w:type="spellEnd"/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D5FC0">
        <w:rPr>
          <w:rFonts w:ascii="Times New Roman" w:hAnsi="Times New Roman" w:cs="Times New Roman"/>
          <w:sz w:val="24"/>
          <w:szCs w:val="24"/>
          <w:lang w:val="ru-RU"/>
        </w:rPr>
        <w:t>қарай</w:t>
      </w:r>
      <w:proofErr w:type="spellEnd"/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D5FC0">
        <w:rPr>
          <w:rFonts w:ascii="Times New Roman" w:hAnsi="Times New Roman" w:cs="Times New Roman"/>
          <w:sz w:val="24"/>
          <w:szCs w:val="24"/>
          <w:lang w:val="ru-RU"/>
        </w:rPr>
        <w:t>келді</w:t>
      </w:r>
      <w:proofErr w:type="spellEnd"/>
      <w:r w:rsidRPr="007D5FC0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B28CD" w:rsidRPr="007D5FC0" w:rsidRDefault="007D5FC0">
      <w:pPr>
        <w:keepNext/>
        <w:spacing w:before="80" w:after="20" w:line="25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243B6B"/>
          <w:sz w:val="24"/>
          <w:szCs w:val="24"/>
          <w:lang w:val="ru-RU"/>
        </w:rPr>
        <w:t xml:space="preserve">6. </w:t>
      </w:r>
      <w:r w:rsidR="00D41B48" w:rsidRPr="007D5FC0">
        <w:rPr>
          <w:rFonts w:ascii="Times New Roman" w:hAnsi="Times New Roman" w:cs="Times New Roman"/>
          <w:b/>
          <w:color w:val="243B6B"/>
          <w:sz w:val="24"/>
          <w:szCs w:val="24"/>
          <w:lang w:val="ru-RU"/>
        </w:rPr>
        <w:t>Исправьте ошибку</w:t>
      </w:r>
    </w:p>
    <w:p w:rsidR="008B28CD" w:rsidRPr="007D5FC0" w:rsidRDefault="00D41B48">
      <w:pPr>
        <w:spacing w:after="20"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D5FC0">
        <w:rPr>
          <w:rFonts w:ascii="Times New Roman" w:hAnsi="Times New Roman" w:cs="Times New Roman"/>
          <w:sz w:val="24"/>
          <w:szCs w:val="24"/>
          <w:lang w:val="ru-RU"/>
        </w:rPr>
        <w:t>Выберите корректный вопрос об удалении собеседника.</w:t>
      </w:r>
    </w:p>
    <w:p w:rsidR="008B28CD" w:rsidRPr="007D5FC0" w:rsidRDefault="00D41B48">
      <w:pPr>
        <w:spacing w:after="60" w:line="245" w:lineRule="auto"/>
        <w:rPr>
          <w:rFonts w:ascii="Times New Roman" w:hAnsi="Times New Roman" w:cs="Times New Roman"/>
          <w:sz w:val="24"/>
          <w:szCs w:val="24"/>
        </w:rPr>
      </w:pPr>
      <w:r w:rsidRPr="007D5FC0">
        <w:rPr>
          <w:rFonts w:ascii="Times New Roman" w:hAnsi="Times New Roman" w:cs="Times New Roman"/>
          <w:sz w:val="24"/>
          <w:szCs w:val="24"/>
        </w:rPr>
        <w:t>A</w:t>
      </w:r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proofErr w:type="spellStart"/>
      <w:r w:rsidRPr="007D5FC0">
        <w:rPr>
          <w:rFonts w:ascii="Times New Roman" w:hAnsi="Times New Roman" w:cs="Times New Roman"/>
          <w:sz w:val="24"/>
          <w:szCs w:val="24"/>
          <w:lang w:val="ru-RU"/>
        </w:rPr>
        <w:t>Сіз</w:t>
      </w:r>
      <w:proofErr w:type="spellEnd"/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D5FC0">
        <w:rPr>
          <w:rFonts w:ascii="Times New Roman" w:hAnsi="Times New Roman" w:cs="Times New Roman"/>
          <w:sz w:val="24"/>
          <w:szCs w:val="24"/>
          <w:lang w:val="ru-RU"/>
        </w:rPr>
        <w:t>кетіп</w:t>
      </w:r>
      <w:proofErr w:type="spellEnd"/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D5FC0">
        <w:rPr>
          <w:rFonts w:ascii="Times New Roman" w:hAnsi="Times New Roman" w:cs="Times New Roman"/>
          <w:sz w:val="24"/>
          <w:szCs w:val="24"/>
          <w:lang w:val="ru-RU"/>
        </w:rPr>
        <w:t>келе</w:t>
      </w:r>
      <w:proofErr w:type="spellEnd"/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D5FC0">
        <w:rPr>
          <w:rFonts w:ascii="Times New Roman" w:hAnsi="Times New Roman" w:cs="Times New Roman"/>
          <w:sz w:val="24"/>
          <w:szCs w:val="24"/>
          <w:lang w:val="ru-RU"/>
        </w:rPr>
        <w:t>жатырсыз</w:t>
      </w:r>
      <w:proofErr w:type="spellEnd"/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 ба?   </w:t>
      </w:r>
      <w:r w:rsidRPr="007D5FC0">
        <w:rPr>
          <w:rFonts w:ascii="Times New Roman" w:hAnsi="Times New Roman" w:cs="Times New Roman"/>
          <w:sz w:val="24"/>
          <w:szCs w:val="24"/>
        </w:rPr>
        <w:t>B</w:t>
      </w:r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proofErr w:type="spellStart"/>
      <w:r w:rsidRPr="007D5FC0">
        <w:rPr>
          <w:rFonts w:ascii="Times New Roman" w:hAnsi="Times New Roman" w:cs="Times New Roman"/>
          <w:sz w:val="24"/>
          <w:szCs w:val="24"/>
          <w:lang w:val="ru-RU"/>
        </w:rPr>
        <w:t>Сіз</w:t>
      </w:r>
      <w:proofErr w:type="spellEnd"/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D5FC0">
        <w:rPr>
          <w:rFonts w:ascii="Times New Roman" w:hAnsi="Times New Roman" w:cs="Times New Roman"/>
          <w:sz w:val="24"/>
          <w:szCs w:val="24"/>
          <w:lang w:val="ru-RU"/>
        </w:rPr>
        <w:t>кетіп</w:t>
      </w:r>
      <w:proofErr w:type="spellEnd"/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 бара </w:t>
      </w:r>
      <w:proofErr w:type="spellStart"/>
      <w:r w:rsidRPr="007D5FC0">
        <w:rPr>
          <w:rFonts w:ascii="Times New Roman" w:hAnsi="Times New Roman" w:cs="Times New Roman"/>
          <w:sz w:val="24"/>
          <w:szCs w:val="24"/>
          <w:lang w:val="ru-RU"/>
        </w:rPr>
        <w:t>жатырсыз</w:t>
      </w:r>
      <w:proofErr w:type="spellEnd"/>
      <w:r w:rsidRPr="007D5FC0">
        <w:rPr>
          <w:rFonts w:ascii="Times New Roman" w:hAnsi="Times New Roman" w:cs="Times New Roman"/>
          <w:sz w:val="24"/>
          <w:szCs w:val="24"/>
          <w:lang w:val="ru-RU"/>
        </w:rPr>
        <w:t xml:space="preserve"> ба?   </w:t>
      </w:r>
      <w:r w:rsidRPr="007D5FC0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7D5FC0">
        <w:rPr>
          <w:rFonts w:ascii="Times New Roman" w:hAnsi="Times New Roman" w:cs="Times New Roman"/>
          <w:sz w:val="24"/>
          <w:szCs w:val="24"/>
        </w:rPr>
        <w:t>Сіз</w:t>
      </w:r>
      <w:proofErr w:type="spellEnd"/>
      <w:r w:rsidRPr="007D5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5FC0">
        <w:rPr>
          <w:rFonts w:ascii="Times New Roman" w:hAnsi="Times New Roman" w:cs="Times New Roman"/>
          <w:sz w:val="24"/>
          <w:szCs w:val="24"/>
        </w:rPr>
        <w:t>кете</w:t>
      </w:r>
      <w:proofErr w:type="spellEnd"/>
      <w:r w:rsidRPr="007D5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5FC0">
        <w:rPr>
          <w:rFonts w:ascii="Times New Roman" w:hAnsi="Times New Roman" w:cs="Times New Roman"/>
          <w:sz w:val="24"/>
          <w:szCs w:val="24"/>
        </w:rPr>
        <w:t>жүрсіз</w:t>
      </w:r>
      <w:proofErr w:type="spellEnd"/>
      <w:r w:rsidRPr="007D5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5FC0">
        <w:rPr>
          <w:rFonts w:ascii="Times New Roman" w:hAnsi="Times New Roman" w:cs="Times New Roman"/>
          <w:sz w:val="24"/>
          <w:szCs w:val="24"/>
        </w:rPr>
        <w:t>бе</w:t>
      </w:r>
      <w:proofErr w:type="spellEnd"/>
      <w:r w:rsidRPr="007D5FC0">
        <w:rPr>
          <w:rFonts w:ascii="Times New Roman" w:hAnsi="Times New Roman" w:cs="Times New Roman"/>
          <w:sz w:val="24"/>
          <w:szCs w:val="24"/>
        </w:rPr>
        <w:t>?</w:t>
      </w:r>
    </w:p>
    <w:p w:rsidR="008B28CD" w:rsidRPr="00055930" w:rsidRDefault="00D41B48">
      <w:pPr>
        <w:pStyle w:val="21"/>
        <w:rPr>
          <w:rFonts w:ascii="Times New Roman" w:hAnsi="Times New Roman" w:cs="Times New Roman"/>
        </w:rPr>
      </w:pPr>
      <w:r w:rsidRPr="00055930">
        <w:rPr>
          <w:rFonts w:ascii="Times New Roman" w:hAnsi="Times New Roman" w:cs="Times New Roman"/>
        </w:rPr>
        <w:t>Ключ и пояснения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18"/>
        <w:gridCol w:w="2693"/>
        <w:gridCol w:w="6113"/>
      </w:tblGrid>
      <w:tr w:rsidR="008B28CD" w:rsidRPr="00055930" w:rsidTr="007D5FC0">
        <w:trPr>
          <w:cantSplit/>
          <w:tblHeader/>
          <w:jc w:val="center"/>
        </w:trPr>
        <w:tc>
          <w:tcPr>
            <w:tcW w:w="141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243B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B28CD" w:rsidRPr="00055930" w:rsidRDefault="00D41B48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№</w:t>
            </w:r>
          </w:p>
        </w:tc>
        <w:tc>
          <w:tcPr>
            <w:tcW w:w="2693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243B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B28CD" w:rsidRPr="00055930" w:rsidRDefault="00D41B48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Ответ</w:t>
            </w:r>
          </w:p>
        </w:tc>
        <w:tc>
          <w:tcPr>
            <w:tcW w:w="6113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243B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B28CD" w:rsidRPr="00055930" w:rsidRDefault="00D41B48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color w:val="FFFFFF"/>
                <w:sz w:val="18"/>
              </w:rPr>
              <w:t>Пояснение</w:t>
            </w:r>
          </w:p>
        </w:tc>
      </w:tr>
      <w:tr w:rsidR="008B28CD" w:rsidRPr="00055930" w:rsidTr="007D5FC0">
        <w:trPr>
          <w:cantSplit/>
          <w:jc w:val="center"/>
        </w:trPr>
        <w:tc>
          <w:tcPr>
            <w:tcW w:w="141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8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sz w:val="17"/>
              </w:rPr>
              <w:t>1</w:t>
            </w:r>
          </w:p>
        </w:tc>
        <w:tc>
          <w:tcPr>
            <w:tcW w:w="2693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8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sz w:val="17"/>
              </w:rPr>
              <w:t>B</w:t>
            </w:r>
          </w:p>
        </w:tc>
        <w:tc>
          <w:tcPr>
            <w:tcW w:w="6113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8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055930">
              <w:rPr>
                <w:rFonts w:ascii="Times New Roman" w:hAnsi="Times New Roman" w:cs="Times New Roman"/>
                <w:sz w:val="17"/>
                <w:lang w:val="ru-RU"/>
              </w:rPr>
              <w:t>отыр</w:t>
            </w:r>
            <w:proofErr w:type="spellEnd"/>
            <w:r w:rsidRPr="00055930">
              <w:rPr>
                <w:rFonts w:ascii="Times New Roman" w:hAnsi="Times New Roman" w:cs="Times New Roman"/>
                <w:sz w:val="17"/>
                <w:lang w:val="ru-RU"/>
              </w:rPr>
              <w:t xml:space="preserve"> самостоятельно обозначает положени</w:t>
            </w:r>
            <w:r w:rsidR="007D5FC0">
              <w:rPr>
                <w:rFonts w:ascii="Times New Roman" w:hAnsi="Times New Roman" w:cs="Times New Roman"/>
                <w:sz w:val="17"/>
                <w:lang w:val="ru-RU"/>
              </w:rPr>
              <w:t>е</w:t>
            </w:r>
          </w:p>
        </w:tc>
      </w:tr>
      <w:tr w:rsidR="008B28CD" w:rsidRPr="008150B1" w:rsidTr="007D5FC0">
        <w:trPr>
          <w:cantSplit/>
          <w:jc w:val="center"/>
        </w:trPr>
        <w:tc>
          <w:tcPr>
            <w:tcW w:w="141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sz w:val="17"/>
              </w:rPr>
              <w:t>2</w:t>
            </w:r>
          </w:p>
        </w:tc>
        <w:tc>
          <w:tcPr>
            <w:tcW w:w="2693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sz w:val="17"/>
              </w:rPr>
              <w:t>B</w:t>
            </w:r>
          </w:p>
        </w:tc>
        <w:tc>
          <w:tcPr>
            <w:tcW w:w="6113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055930">
              <w:rPr>
                <w:rFonts w:ascii="Times New Roman" w:hAnsi="Times New Roman" w:cs="Times New Roman"/>
                <w:sz w:val="17"/>
                <w:lang w:val="ru-RU"/>
              </w:rPr>
              <w:t>жасалып</w:t>
            </w:r>
            <w:proofErr w:type="spellEnd"/>
            <w:r w:rsidRPr="00055930">
              <w:rPr>
                <w:rFonts w:ascii="Times New Roman" w:hAnsi="Times New Roman" w:cs="Times New Roman"/>
                <w:sz w:val="17"/>
                <w:lang w:val="ru-RU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7"/>
                <w:lang w:val="ru-RU"/>
              </w:rPr>
              <w:t>жатыр</w:t>
            </w:r>
            <w:proofErr w:type="spellEnd"/>
            <w:r w:rsidRPr="00055930">
              <w:rPr>
                <w:rFonts w:ascii="Times New Roman" w:hAnsi="Times New Roman" w:cs="Times New Roman"/>
                <w:sz w:val="17"/>
                <w:lang w:val="ru-RU"/>
              </w:rPr>
              <w:t xml:space="preserve"> нейтрально переда</w:t>
            </w:r>
            <w:r w:rsidR="00055930">
              <w:rPr>
                <w:rFonts w:ascii="Times New Roman" w:hAnsi="Times New Roman" w:cs="Times New Roman"/>
                <w:sz w:val="17"/>
                <w:lang w:val="ru-RU"/>
              </w:rPr>
              <w:t>е</w:t>
            </w:r>
            <w:r w:rsidRPr="00055930">
              <w:rPr>
                <w:rFonts w:ascii="Times New Roman" w:hAnsi="Times New Roman" w:cs="Times New Roman"/>
                <w:sz w:val="17"/>
                <w:lang w:val="ru-RU"/>
              </w:rPr>
              <w:t>т текущий производственный процесс.</w:t>
            </w:r>
          </w:p>
        </w:tc>
      </w:tr>
      <w:tr w:rsidR="008B28CD" w:rsidRPr="008150B1" w:rsidTr="007D5FC0">
        <w:trPr>
          <w:cantSplit/>
          <w:jc w:val="center"/>
        </w:trPr>
        <w:tc>
          <w:tcPr>
            <w:tcW w:w="141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8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sz w:val="17"/>
              </w:rPr>
              <w:t>3</w:t>
            </w:r>
          </w:p>
        </w:tc>
        <w:tc>
          <w:tcPr>
            <w:tcW w:w="2693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8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sz w:val="17"/>
              </w:rPr>
              <w:t>B</w:t>
            </w:r>
          </w:p>
        </w:tc>
        <w:tc>
          <w:tcPr>
            <w:tcW w:w="6113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8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r w:rsidRPr="00055930">
              <w:rPr>
                <w:rFonts w:ascii="Times New Roman" w:hAnsi="Times New Roman" w:cs="Times New Roman"/>
                <w:sz w:val="17"/>
                <w:lang w:val="ru-RU"/>
              </w:rPr>
              <w:t xml:space="preserve">личное окончание </w:t>
            </w:r>
            <w:r w:rsidRPr="00055930">
              <w:rPr>
                <w:rFonts w:ascii="Times New Roman" w:hAnsi="Times New Roman" w:cs="Times New Roman"/>
                <w:sz w:val="17"/>
              </w:rPr>
              <w:t>I</w:t>
            </w:r>
            <w:r w:rsidRPr="00055930">
              <w:rPr>
                <w:rFonts w:ascii="Times New Roman" w:hAnsi="Times New Roman" w:cs="Times New Roman"/>
                <w:sz w:val="17"/>
                <w:lang w:val="ru-RU"/>
              </w:rPr>
              <w:t xml:space="preserve"> лица множественного числа присоединяется к </w:t>
            </w:r>
            <w:proofErr w:type="spellStart"/>
            <w:r w:rsidRPr="00055930">
              <w:rPr>
                <w:rFonts w:ascii="Times New Roman" w:hAnsi="Times New Roman" w:cs="Times New Roman"/>
                <w:sz w:val="17"/>
                <w:lang w:val="ru-RU"/>
              </w:rPr>
              <w:t>отыр</w:t>
            </w:r>
            <w:proofErr w:type="spellEnd"/>
            <w:r w:rsidRPr="00055930">
              <w:rPr>
                <w:rFonts w:ascii="Times New Roman" w:hAnsi="Times New Roman" w:cs="Times New Roman"/>
                <w:sz w:val="17"/>
                <w:lang w:val="ru-RU"/>
              </w:rPr>
              <w:t xml:space="preserve">: </w:t>
            </w:r>
            <w:proofErr w:type="spellStart"/>
            <w:r w:rsidRPr="00055930">
              <w:rPr>
                <w:rFonts w:ascii="Times New Roman" w:hAnsi="Times New Roman" w:cs="Times New Roman"/>
                <w:sz w:val="17"/>
                <w:lang w:val="ru-RU"/>
              </w:rPr>
              <w:t>отырмыз</w:t>
            </w:r>
            <w:proofErr w:type="spellEnd"/>
            <w:r w:rsidRPr="00055930">
              <w:rPr>
                <w:rFonts w:ascii="Times New Roman" w:hAnsi="Times New Roman" w:cs="Times New Roman"/>
                <w:sz w:val="17"/>
                <w:lang w:val="ru-RU"/>
              </w:rPr>
              <w:t>.</w:t>
            </w:r>
          </w:p>
        </w:tc>
      </w:tr>
      <w:tr w:rsidR="008B28CD" w:rsidRPr="008150B1" w:rsidTr="007D5FC0">
        <w:trPr>
          <w:cantSplit/>
          <w:jc w:val="center"/>
        </w:trPr>
        <w:tc>
          <w:tcPr>
            <w:tcW w:w="141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sz w:val="17"/>
              </w:rPr>
              <w:t>4</w:t>
            </w:r>
          </w:p>
        </w:tc>
        <w:tc>
          <w:tcPr>
            <w:tcW w:w="2693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sz w:val="17"/>
              </w:rPr>
              <w:t>A</w:t>
            </w:r>
          </w:p>
        </w:tc>
        <w:tc>
          <w:tcPr>
            <w:tcW w:w="6113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r w:rsidRPr="00055930">
              <w:rPr>
                <w:rFonts w:ascii="Times New Roman" w:hAnsi="Times New Roman" w:cs="Times New Roman"/>
                <w:sz w:val="17"/>
                <w:lang w:val="ru-RU"/>
              </w:rPr>
              <w:t xml:space="preserve">бара </w:t>
            </w:r>
            <w:proofErr w:type="spellStart"/>
            <w:r w:rsidRPr="00055930">
              <w:rPr>
                <w:rFonts w:ascii="Times New Roman" w:hAnsi="Times New Roman" w:cs="Times New Roman"/>
                <w:sz w:val="17"/>
                <w:lang w:val="ru-RU"/>
              </w:rPr>
              <w:t>жатқан</w:t>
            </w:r>
            <w:proofErr w:type="spellEnd"/>
            <w:r w:rsidRPr="00055930">
              <w:rPr>
                <w:rFonts w:ascii="Times New Roman" w:hAnsi="Times New Roman" w:cs="Times New Roman"/>
                <w:sz w:val="17"/>
                <w:lang w:val="ru-RU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7"/>
                <w:lang w:val="ru-RU"/>
              </w:rPr>
              <w:t>жоқ</w:t>
            </w:r>
            <w:proofErr w:type="spellEnd"/>
            <w:r w:rsidRPr="00055930">
              <w:rPr>
                <w:rFonts w:ascii="Times New Roman" w:hAnsi="Times New Roman" w:cs="Times New Roman"/>
                <w:sz w:val="17"/>
                <w:lang w:val="ru-RU"/>
              </w:rPr>
              <w:t xml:space="preserve"> нейтрально сообщает, что движение сейчас не происходит.</w:t>
            </w:r>
          </w:p>
        </w:tc>
      </w:tr>
      <w:tr w:rsidR="008B28CD" w:rsidRPr="008150B1" w:rsidTr="007D5FC0">
        <w:trPr>
          <w:cantSplit/>
          <w:jc w:val="center"/>
        </w:trPr>
        <w:tc>
          <w:tcPr>
            <w:tcW w:w="141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8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sz w:val="17"/>
              </w:rPr>
              <w:t>5</w:t>
            </w:r>
          </w:p>
        </w:tc>
        <w:tc>
          <w:tcPr>
            <w:tcW w:w="2693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8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sz w:val="17"/>
              </w:rPr>
              <w:t>A</w:t>
            </w:r>
          </w:p>
        </w:tc>
        <w:tc>
          <w:tcPr>
            <w:tcW w:w="6113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8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r w:rsidRPr="00055930">
              <w:rPr>
                <w:rFonts w:ascii="Times New Roman" w:hAnsi="Times New Roman" w:cs="Times New Roman"/>
                <w:sz w:val="17"/>
                <w:lang w:val="ru-RU"/>
              </w:rPr>
              <w:t xml:space="preserve">движение направлено к говорящему, поэтому </w:t>
            </w:r>
            <w:proofErr w:type="spellStart"/>
            <w:r w:rsidRPr="00055930">
              <w:rPr>
                <w:rFonts w:ascii="Times New Roman" w:hAnsi="Times New Roman" w:cs="Times New Roman"/>
                <w:sz w:val="17"/>
                <w:lang w:val="ru-RU"/>
              </w:rPr>
              <w:t>келе</w:t>
            </w:r>
            <w:proofErr w:type="spellEnd"/>
            <w:r w:rsidRPr="00055930">
              <w:rPr>
                <w:rFonts w:ascii="Times New Roman" w:hAnsi="Times New Roman" w:cs="Times New Roman"/>
                <w:sz w:val="17"/>
                <w:lang w:val="ru-RU"/>
              </w:rPr>
              <w:t xml:space="preserve"> </w:t>
            </w:r>
            <w:proofErr w:type="spellStart"/>
            <w:r w:rsidRPr="00055930">
              <w:rPr>
                <w:rFonts w:ascii="Times New Roman" w:hAnsi="Times New Roman" w:cs="Times New Roman"/>
                <w:sz w:val="17"/>
                <w:lang w:val="ru-RU"/>
              </w:rPr>
              <w:t>жатыр</w:t>
            </w:r>
            <w:proofErr w:type="spellEnd"/>
            <w:r w:rsidRPr="00055930">
              <w:rPr>
                <w:rFonts w:ascii="Times New Roman" w:hAnsi="Times New Roman" w:cs="Times New Roman"/>
                <w:sz w:val="17"/>
                <w:lang w:val="ru-RU"/>
              </w:rPr>
              <w:t>.</w:t>
            </w:r>
          </w:p>
        </w:tc>
      </w:tr>
      <w:tr w:rsidR="008B28CD" w:rsidRPr="008150B1" w:rsidTr="007D5FC0">
        <w:trPr>
          <w:cantSplit/>
          <w:jc w:val="center"/>
        </w:trPr>
        <w:tc>
          <w:tcPr>
            <w:tcW w:w="1418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sz w:val="17"/>
              </w:rPr>
              <w:t>6</w:t>
            </w:r>
          </w:p>
        </w:tc>
        <w:tc>
          <w:tcPr>
            <w:tcW w:w="2693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055930">
              <w:rPr>
                <w:rFonts w:ascii="Times New Roman" w:hAnsi="Times New Roman" w:cs="Times New Roman"/>
                <w:b/>
                <w:sz w:val="17"/>
              </w:rPr>
              <w:t>B</w:t>
            </w:r>
          </w:p>
        </w:tc>
        <w:tc>
          <w:tcPr>
            <w:tcW w:w="6113" w:type="dxa"/>
            <w:tcBorders>
              <w:top w:val="single" w:sz="6" w:space="0" w:color="D8DEE8"/>
              <w:left w:val="single" w:sz="6" w:space="0" w:color="D8DEE8"/>
              <w:bottom w:val="single" w:sz="6" w:space="0" w:color="D8DEE8"/>
              <w:right w:val="single" w:sz="6" w:space="0" w:color="D8DEE8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B28CD" w:rsidRPr="00055930" w:rsidRDefault="00D41B48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r w:rsidRPr="00055930">
              <w:rPr>
                <w:rFonts w:ascii="Times New Roman" w:hAnsi="Times New Roman" w:cs="Times New Roman"/>
                <w:sz w:val="17"/>
                <w:lang w:val="ru-RU"/>
              </w:rPr>
              <w:t xml:space="preserve">кету обозначает удаление и сочетается с бара </w:t>
            </w:r>
            <w:proofErr w:type="spellStart"/>
            <w:r w:rsidRPr="00055930">
              <w:rPr>
                <w:rFonts w:ascii="Times New Roman" w:hAnsi="Times New Roman" w:cs="Times New Roman"/>
                <w:sz w:val="17"/>
                <w:lang w:val="ru-RU"/>
              </w:rPr>
              <w:t>жатыр</w:t>
            </w:r>
            <w:proofErr w:type="spellEnd"/>
            <w:r w:rsidRPr="00055930">
              <w:rPr>
                <w:rFonts w:ascii="Times New Roman" w:hAnsi="Times New Roman" w:cs="Times New Roman"/>
                <w:sz w:val="17"/>
                <w:lang w:val="ru-RU"/>
              </w:rPr>
              <w:t>.</w:t>
            </w:r>
          </w:p>
        </w:tc>
      </w:tr>
    </w:tbl>
    <w:p w:rsidR="00D41B48" w:rsidRPr="00055930" w:rsidRDefault="00D41B48" w:rsidP="007D5FC0">
      <w:pPr>
        <w:pStyle w:val="a0"/>
        <w:numPr>
          <w:ilvl w:val="0"/>
          <w:numId w:val="0"/>
        </w:numPr>
        <w:spacing w:after="40" w:line="250" w:lineRule="auto"/>
        <w:ind w:left="360" w:hanging="360"/>
        <w:rPr>
          <w:rFonts w:ascii="Times New Roman" w:hAnsi="Times New Roman" w:cs="Times New Roman"/>
          <w:lang w:val="ru-RU"/>
        </w:rPr>
      </w:pPr>
    </w:p>
    <w:sectPr w:rsidR="00D41B48" w:rsidRPr="00055930" w:rsidSect="00034616">
      <w:headerReference w:type="default" r:id="rId8"/>
      <w:footerReference w:type="default" r:id="rId9"/>
      <w:pgSz w:w="12240" w:h="15840"/>
      <w:pgMar w:top="893" w:right="1008" w:bottom="835" w:left="1008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3ED0" w:rsidRDefault="00A53ED0">
      <w:pPr>
        <w:spacing w:after="0" w:line="240" w:lineRule="auto"/>
      </w:pPr>
      <w:r>
        <w:separator/>
      </w:r>
    </w:p>
  </w:endnote>
  <w:endnote w:type="continuationSeparator" w:id="0">
    <w:p w:rsidR="00A53ED0" w:rsidRDefault="00A53E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28CD" w:rsidRDefault="00D41B48">
    <w:pPr>
      <w:pStyle w:val="a7"/>
      <w:jc w:val="right"/>
    </w:pPr>
    <w:r>
      <w:rPr>
        <w:color w:val="667085"/>
        <w:sz w:val="16"/>
      </w:rPr>
      <w:t xml:space="preserve">МООК • Нақ осы шақ     </w:t>
    </w:r>
    <w:r>
      <w:rPr>
        <w:color w:val="667085"/>
        <w:sz w:val="16"/>
      </w:rPr>
      <w:fldChar w:fldCharType="begin"/>
    </w:r>
    <w:r>
      <w:rPr>
        <w:color w:val="667085"/>
        <w:sz w:val="16"/>
      </w:rPr>
      <w:instrText xml:space="preserve"> PAGE </w:instrText>
    </w:r>
    <w:r>
      <w:rPr>
        <w:color w:val="667085"/>
        <w:sz w:val="16"/>
      </w:rPr>
      <w:fldChar w:fldCharType="separate"/>
    </w:r>
    <w:r w:rsidR="00055930">
      <w:rPr>
        <w:noProof/>
        <w:color w:val="667085"/>
        <w:sz w:val="16"/>
      </w:rPr>
      <w:t>1</w:t>
    </w:r>
    <w:r>
      <w:rPr>
        <w:color w:val="667085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3ED0" w:rsidRDefault="00A53ED0">
      <w:pPr>
        <w:spacing w:after="0" w:line="240" w:lineRule="auto"/>
      </w:pPr>
      <w:r>
        <w:separator/>
      </w:r>
    </w:p>
  </w:footnote>
  <w:footnote w:type="continuationSeparator" w:id="0">
    <w:p w:rsidR="00A53ED0" w:rsidRDefault="00A53E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5930" w:rsidRPr="007F7952" w:rsidRDefault="00055930" w:rsidP="00055930">
    <w:pPr>
      <w:pStyle w:val="a5"/>
      <w:jc w:val="right"/>
      <w:rPr>
        <w:lang w:val="kk-KZ"/>
      </w:rPr>
    </w:pPr>
    <w:r>
      <w:rPr>
        <w:color w:val="5C6977"/>
        <w:sz w:val="17"/>
        <w:lang w:val="ru-RU"/>
      </w:rPr>
      <w:t xml:space="preserve">МООК </w:t>
    </w:r>
    <w:r w:rsidRPr="00CD2D17">
      <w:rPr>
        <w:color w:val="5C6977"/>
        <w:sz w:val="17"/>
        <w:lang w:val="ru-RU"/>
      </w:rPr>
      <w:t>«Временные формы глагола в казахском языке»</w:t>
    </w:r>
    <w:r>
      <w:rPr>
        <w:color w:val="5C6977"/>
        <w:sz w:val="17"/>
        <w:lang w:val="ru-RU"/>
      </w:rPr>
      <w:t>/Модуль 1. На</w:t>
    </w:r>
    <w:r>
      <w:rPr>
        <w:color w:val="5C6977"/>
        <w:sz w:val="17"/>
        <w:lang w:val="kk-KZ"/>
      </w:rPr>
      <w:t>қ</w:t>
    </w:r>
    <w:r>
      <w:rPr>
        <w:color w:val="5C6977"/>
        <w:sz w:val="17"/>
        <w:lang w:val="ru-RU"/>
      </w:rPr>
      <w:t xml:space="preserve"> осы </w:t>
    </w:r>
    <w:proofErr w:type="spellStart"/>
    <w:r>
      <w:rPr>
        <w:color w:val="5C6977"/>
        <w:sz w:val="17"/>
        <w:lang w:val="ru-RU"/>
      </w:rPr>
      <w:t>шақ</w:t>
    </w:r>
    <w:proofErr w:type="spellEnd"/>
  </w:p>
  <w:p w:rsidR="008B28CD" w:rsidRPr="00055930" w:rsidRDefault="008B28CD" w:rsidP="0005593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5056B9E"/>
    <w:multiLevelType w:val="hybridMultilevel"/>
    <w:tmpl w:val="4066EA6E"/>
    <w:lvl w:ilvl="0" w:tplc="323C8C7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243B6B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5930"/>
    <w:rsid w:val="0006063C"/>
    <w:rsid w:val="0015074B"/>
    <w:rsid w:val="0029639D"/>
    <w:rsid w:val="00326F90"/>
    <w:rsid w:val="003454F9"/>
    <w:rsid w:val="005F0314"/>
    <w:rsid w:val="007D5FC0"/>
    <w:rsid w:val="008150B1"/>
    <w:rsid w:val="008B28CD"/>
    <w:rsid w:val="00A53ED0"/>
    <w:rsid w:val="00AA1D8D"/>
    <w:rsid w:val="00B47730"/>
    <w:rsid w:val="00CB0664"/>
    <w:rsid w:val="00D41B48"/>
    <w:rsid w:val="00D63D1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246259"/>
  <w14:defaultImageDpi w14:val="300"/>
  <w15:docId w15:val="{3F8259C2-A685-4C2E-B3AB-29123F5BA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rPr>
      <w:rFonts w:ascii="DejaVu Sans" w:eastAsia="DejaVu Sans" w:hAnsi="DejaVu Sans"/>
      <w:color w:val="243044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" w:after="140"/>
      <w:outlineLvl w:val="0"/>
    </w:pPr>
    <w:rPr>
      <w:rFonts w:asciiTheme="majorHAnsi" w:eastAsiaTheme="majorEastAsia" w:hAnsiTheme="majorHAnsi" w:cstheme="majorBidi"/>
      <w:b/>
      <w:bCs/>
      <w:color w:val="243B6B"/>
      <w:sz w:val="3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/>
      <w:b/>
      <w:bCs/>
      <w:color w:val="536FA8"/>
      <w:sz w:val="27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00" w:after="60"/>
      <w:outlineLvl w:val="2"/>
    </w:pPr>
    <w:rPr>
      <w:rFonts w:asciiTheme="majorHAnsi" w:eastAsiaTheme="majorEastAsia" w:hAnsiTheme="majorHAnsi" w:cstheme="majorBidi"/>
      <w:b/>
      <w:bCs/>
      <w:color w:val="2B8582"/>
      <w:sz w:val="22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00B6BD2-0C78-4A6C-A602-673A3F362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1450</Words>
  <Characters>8267</Characters>
  <Application>Microsoft Office Word</Application>
  <DocSecurity>0</DocSecurity>
  <Lines>68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Материалы для самостоятельного чтения: Нақ осы шақ</vt:lpstr>
      <vt:lpstr/>
    </vt:vector>
  </TitlesOfParts>
  <Manager/>
  <Company/>
  <LinksUpToDate>false</LinksUpToDate>
  <CharactersWithSpaces>9698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Материалы для самостоятельного чтения: Нақ осы шақ</dc:title>
  <dc:subject>Простая и сложная формы; значение отыр, тұр, жатыр, жүр; направление движения</dc:subject>
  <dc:creator>python-docx</dc:creator>
  <cp:keywords>нақ осы шақ, казахский язык, материалы для чтения, бара жатыр, келе жатыр</cp:keywords>
  <dc:description>generated by python-docx</dc:description>
  <cp:lastModifiedBy>Альфия Омурзакова</cp:lastModifiedBy>
  <cp:revision>3</cp:revision>
  <dcterms:created xsi:type="dcterms:W3CDTF">2026-09-13T11:13:00Z</dcterms:created>
  <dcterms:modified xsi:type="dcterms:W3CDTF">2026-09-14T08:27:00Z</dcterms:modified>
  <cp:category/>
</cp:coreProperties>
</file>