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064" w:rsidRPr="00972064" w:rsidRDefault="00972064" w:rsidP="00972064">
      <w:pPr>
        <w:spacing w:before="1520" w:after="320"/>
        <w:jc w:val="center"/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b/>
          <w:color w:val="2E74B5"/>
          <w:lang w:val="ru-RU"/>
        </w:rPr>
        <w:t>МАТЕРИАЛЫ ДЛЯ САМОСТОЯТЕЛЬНОГО ИЗУЧЕНИЯ</w:t>
      </w:r>
    </w:p>
    <w:p w:rsidR="00972064" w:rsidRPr="00972064" w:rsidRDefault="00972064" w:rsidP="00972064">
      <w:pPr>
        <w:spacing w:after="160"/>
        <w:jc w:val="center"/>
        <w:rPr>
          <w:rFonts w:ascii="Times New Roman" w:hAnsi="Times New Roman" w:cs="Times New Roman"/>
          <w:b/>
          <w:color w:val="1F4D78"/>
          <w:sz w:val="56"/>
          <w:lang w:val="ru-RU"/>
        </w:rPr>
      </w:pPr>
      <w:r w:rsidRPr="00972064">
        <w:rPr>
          <w:rFonts w:ascii="Times New Roman" w:hAnsi="Times New Roman" w:cs="Times New Roman"/>
          <w:b/>
          <w:color w:val="1F4D78"/>
          <w:sz w:val="56"/>
          <w:lang w:val="ru-RU"/>
        </w:rPr>
        <w:t xml:space="preserve">ЖЕДЕЛ ӨТКЕН ШАҚ </w:t>
      </w:r>
    </w:p>
    <w:p w:rsidR="00972064" w:rsidRPr="00972064" w:rsidRDefault="00972064" w:rsidP="00972064">
      <w:pPr>
        <w:spacing w:after="160"/>
        <w:jc w:val="center"/>
        <w:rPr>
          <w:rFonts w:ascii="Times New Roman" w:hAnsi="Times New Roman" w:cs="Times New Roman"/>
          <w:b/>
          <w:color w:val="1F4D78"/>
          <w:sz w:val="56"/>
          <w:lang w:val="ru-RU"/>
        </w:rPr>
      </w:pPr>
      <w:r w:rsidRPr="00972064">
        <w:rPr>
          <w:rFonts w:ascii="Times New Roman" w:hAnsi="Times New Roman" w:cs="Times New Roman"/>
          <w:b/>
          <w:color w:val="1F4D78"/>
          <w:sz w:val="56"/>
          <w:lang w:val="ru-RU"/>
        </w:rPr>
        <w:t>БҰРЫНҒЫ ӨТКЕН ШАҚ</w:t>
      </w:r>
    </w:p>
    <w:p w:rsidR="00972064" w:rsidRPr="00972064" w:rsidRDefault="00972064" w:rsidP="00972064">
      <w:pPr>
        <w:spacing w:after="160"/>
        <w:jc w:val="center"/>
        <w:rPr>
          <w:rFonts w:ascii="Times New Roman" w:hAnsi="Times New Roman" w:cs="Times New Roman"/>
          <w:lang w:val="ru-RU"/>
        </w:rPr>
      </w:pPr>
    </w:p>
    <w:p w:rsidR="00972064" w:rsidRPr="00972064" w:rsidRDefault="00972064" w:rsidP="00972064">
      <w:pPr>
        <w:spacing w:after="760"/>
        <w:jc w:val="center"/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i/>
          <w:color w:val="5C6977"/>
          <w:sz w:val="28"/>
          <w:lang w:val="ru-RU"/>
        </w:rPr>
        <w:t>Значение, маркеры, модель образования и употребление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C89432"/>
              <w:left w:val="single" w:sz="9" w:space="0" w:color="C89432"/>
              <w:bottom w:val="single" w:sz="9" w:space="0" w:color="C89432"/>
              <w:right w:val="single" w:sz="9" w:space="0" w:color="C89432"/>
            </w:tcBorders>
            <w:shd w:val="clear" w:color="auto" w:fill="F6ECD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2064">
              <w:rPr>
                <w:rFonts w:ascii="Times New Roman" w:hAnsi="Times New Roman" w:cs="Times New Roman"/>
                <w:b/>
                <w:color w:val="C89432"/>
                <w:sz w:val="24"/>
                <w:szCs w:val="24"/>
                <w:lang w:val="ru-RU"/>
              </w:rPr>
              <w:t xml:space="preserve">ЦЕЛЬ </w:t>
            </w:r>
            <w:proofErr w:type="gramStart"/>
            <w:r w:rsidRPr="00972064">
              <w:rPr>
                <w:rFonts w:ascii="Times New Roman" w:hAnsi="Times New Roman" w:cs="Times New Roman"/>
                <w:b/>
                <w:color w:val="C89432"/>
                <w:sz w:val="24"/>
                <w:szCs w:val="24"/>
                <w:lang w:val="ru-RU"/>
              </w:rPr>
              <w:t xml:space="preserve">МАТЕРИАЛА  </w:t>
            </w:r>
            <w:r w:rsidRPr="00972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Научиться</w:t>
            </w:r>
            <w:proofErr w:type="gramEnd"/>
            <w:r w:rsidRPr="00972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различать прошлое как конкретный факт, известное событие и поздно обнаруженный результат, затем выбирать нужный показатель и личное окончание.</w:t>
            </w:r>
          </w:p>
        </w:tc>
      </w:tr>
    </w:tbl>
    <w:p w:rsidR="00B95A44" w:rsidRPr="00972064" w:rsidRDefault="00972064">
      <w:pPr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lang w:val="ru-RU"/>
        </w:rPr>
        <w:br w:type="page"/>
      </w:r>
    </w:p>
    <w:p w:rsidR="00B95A44" w:rsidRPr="00972064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972064">
        <w:rPr>
          <w:rFonts w:ascii="Times New Roman" w:hAnsi="Times New Roman" w:cs="Times New Roman"/>
          <w:sz w:val="28"/>
          <w:lang w:val="ru-RU"/>
        </w:rPr>
        <w:lastRenderedPageBreak/>
        <w:t>Статья «</w:t>
      </w: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t>Жедел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t>өткен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t>шақ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>»</w:t>
      </w:r>
    </w:p>
    <w:p w:rsidR="00B95A44" w:rsidRPr="00972064" w:rsidRDefault="00972064" w:rsidP="00972064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2064">
        <w:rPr>
          <w:rFonts w:ascii="Times New Roman" w:hAnsi="Times New Roman" w:cs="Times New Roman"/>
          <w:sz w:val="24"/>
          <w:szCs w:val="24"/>
          <w:lang w:val="ru-RU"/>
        </w:rPr>
        <w:t>1. Значение</w:t>
      </w:r>
    </w:p>
    <w:p w:rsidR="00B95A44" w:rsidRPr="00972064" w:rsidRDefault="00972064" w:rsidP="00972064">
      <w:pPr>
        <w:spacing w:after="100" w:line="259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972064">
        <w:rPr>
          <w:rFonts w:ascii="Times New Roman" w:hAnsi="Times New Roman" w:cs="Times New Roman"/>
          <w:sz w:val="24"/>
          <w:szCs w:val="24"/>
          <w:lang w:val="ru-RU"/>
        </w:rPr>
        <w:t>Жедел</w:t>
      </w:r>
      <w:proofErr w:type="spellEnd"/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 переда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т конкретное действие, которое завершилось до момента речи. Говорящий сообщает о событии как о достоверном факте. Частые маркеры: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кеше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бүгін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жаңа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таңертең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өткен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аптада</w:t>
      </w:r>
      <w:proofErr w:type="spellEnd"/>
      <w:r w:rsidRPr="00972064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B45F3D"/>
              <w:left w:val="single" w:sz="9" w:space="0" w:color="B45F3D"/>
              <w:bottom w:val="single" w:sz="9" w:space="0" w:color="B45F3D"/>
              <w:right w:val="single" w:sz="9" w:space="0" w:color="B45F3D"/>
            </w:tcBorders>
            <w:shd w:val="clear" w:color="auto" w:fill="F9EEE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>П</w:t>
            </w:r>
            <w:r w:rsidRPr="00972064"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 xml:space="preserve">РИМЕР  </w:t>
            </w:r>
            <w:r w:rsidRPr="00972064">
              <w:rPr>
                <w:rFonts w:ascii="Times New Roman" w:hAnsi="Times New Roman" w:cs="Times New Roman"/>
                <w:lang w:val="ru-RU"/>
              </w:rPr>
              <w:t>Мен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бүгін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зертханаға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ерте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кел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ді</w:t>
            </w:r>
            <w:r w:rsidRPr="00972064">
              <w:rPr>
                <w:rFonts w:ascii="Times New Roman" w:hAnsi="Times New Roman" w:cs="Times New Roman"/>
                <w:lang w:val="ru-RU"/>
              </w:rPr>
              <w:t>м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>.</w:t>
            </w:r>
            <w:r w:rsidRPr="00972064">
              <w:rPr>
                <w:rFonts w:ascii="Times New Roman" w:hAnsi="Times New Roman" w:cs="Times New Roman"/>
                <w:i/>
                <w:color w:val="6B7280"/>
                <w:sz w:val="19"/>
                <w:lang w:val="ru-RU"/>
              </w:rPr>
              <w:t xml:space="preserve"> — Сегодня я рано приш</w:t>
            </w:r>
            <w:r>
              <w:rPr>
                <w:rFonts w:ascii="Times New Roman" w:hAnsi="Times New Roman" w:cs="Times New Roman"/>
                <w:i/>
                <w:color w:val="6B7280"/>
                <w:sz w:val="19"/>
                <w:lang w:val="ru-RU"/>
              </w:rPr>
              <w:t>е</w:t>
            </w:r>
            <w:r w:rsidRPr="00972064">
              <w:rPr>
                <w:rFonts w:ascii="Times New Roman" w:hAnsi="Times New Roman" w:cs="Times New Roman"/>
                <w:i/>
                <w:color w:val="6B7280"/>
                <w:sz w:val="19"/>
                <w:lang w:val="ru-RU"/>
              </w:rPr>
              <w:t>л в лабораторию.</w:t>
            </w:r>
          </w:p>
        </w:tc>
      </w:tr>
    </w:tbl>
    <w:p w:rsidR="00B95A44" w:rsidRPr="00972064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972064">
        <w:rPr>
          <w:rFonts w:ascii="Times New Roman" w:hAnsi="Times New Roman" w:cs="Times New Roman"/>
          <w:sz w:val="24"/>
          <w:szCs w:val="24"/>
        </w:rPr>
        <w:t>2. Формула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C89432"/>
              <w:left w:val="single" w:sz="9" w:space="0" w:color="C89432"/>
              <w:bottom w:val="single" w:sz="9" w:space="0" w:color="C89432"/>
              <w:right w:val="single" w:sz="9" w:space="0" w:color="C89432"/>
            </w:tcBorders>
            <w:shd w:val="clear" w:color="auto" w:fill="F6ECD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УТВЕРДИТЕЛЬНАЯ </w:t>
            </w:r>
            <w:proofErr w:type="gramStart"/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ФОРМА  </w:t>
            </w:r>
            <w:r w:rsidRPr="00972064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ды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ді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, -ты/-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ті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+ краткое личное окончание</w:t>
            </w:r>
          </w:p>
        </w:tc>
      </w:tr>
    </w:tbl>
    <w:p w:rsidR="00B95A44" w:rsidRPr="00972064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972064">
        <w:rPr>
          <w:rFonts w:ascii="Times New Roman" w:hAnsi="Times New Roman" w:cs="Times New Roman"/>
          <w:sz w:val="24"/>
          <w:szCs w:val="24"/>
        </w:rPr>
        <w:t>3. Выбор показателя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Последний звук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Согласный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Гласный ряд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Образование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гласный, звонкий или сонорный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д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ы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тв</w:t>
            </w:r>
            <w:r>
              <w:rPr>
                <w:rFonts w:ascii="Times New Roman" w:hAnsi="Times New Roman" w:cs="Times New Roman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</w:rPr>
              <w:t>рдый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 xml:space="preserve">жина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ды</w:t>
            </w:r>
            <w:r w:rsidRPr="00972064">
              <w:rPr>
                <w:rFonts w:ascii="Times New Roman" w:hAnsi="Times New Roman" w:cs="Times New Roman"/>
                <w:sz w:val="17"/>
              </w:rPr>
              <w:t xml:space="preserve"> → жинады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гласный, звонкий или сонорный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д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мягкий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 xml:space="preserve">көр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</w:t>
            </w:r>
            <w:r w:rsidRPr="00972064">
              <w:rPr>
                <w:rFonts w:ascii="Times New Roman" w:hAnsi="Times New Roman" w:cs="Times New Roman"/>
                <w:sz w:val="17"/>
              </w:rPr>
              <w:t xml:space="preserve"> → көрді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глухой согласный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ы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тв</w:t>
            </w:r>
            <w:r>
              <w:rPr>
                <w:rFonts w:ascii="Times New Roman" w:hAnsi="Times New Roman" w:cs="Times New Roman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</w:rPr>
              <w:t>рдый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 xml:space="preserve">жап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ты</w:t>
            </w:r>
            <w:r w:rsidRPr="00972064">
              <w:rPr>
                <w:rFonts w:ascii="Times New Roman" w:hAnsi="Times New Roman" w:cs="Times New Roman"/>
                <w:sz w:val="17"/>
              </w:rPr>
              <w:t xml:space="preserve"> → жапты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глухой согласный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мягкий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 xml:space="preserve">жет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ті</w:t>
            </w:r>
            <w:r w:rsidRPr="00972064">
              <w:rPr>
                <w:rFonts w:ascii="Times New Roman" w:hAnsi="Times New Roman" w:cs="Times New Roman"/>
                <w:sz w:val="17"/>
              </w:rPr>
              <w:t xml:space="preserve"> → жетті</w:t>
            </w:r>
          </w:p>
        </w:tc>
      </w:tr>
    </w:tbl>
    <w:p w:rsidR="00B95A44" w:rsidRPr="00972064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972064">
        <w:rPr>
          <w:rFonts w:ascii="Times New Roman" w:hAnsi="Times New Roman" w:cs="Times New Roman"/>
          <w:sz w:val="24"/>
          <w:szCs w:val="24"/>
        </w:rPr>
        <w:t>4. Краткие личные окончания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B95A44" w:rsidRP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Лицо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Окончание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Пример с тексеру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Мен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-м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дім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Сен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-ң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Сіз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-ңыз/-ңіз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Ол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нет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Біз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-қ/-к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дік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Сендер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-ңдар/-ңдер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Сіздер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-ңыздар/-ңіздер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діңіздер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Олар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нет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</w:t>
            </w:r>
          </w:p>
        </w:tc>
      </w:tr>
    </w:tbl>
    <w:p w:rsidR="00B95A44" w:rsidRPr="00972064" w:rsidRDefault="00972064">
      <w:pPr>
        <w:rPr>
          <w:rFonts w:ascii="Times New Roman" w:hAnsi="Times New Roman" w:cs="Times New Roman"/>
        </w:rPr>
      </w:pPr>
      <w:r w:rsidRPr="00972064">
        <w:rPr>
          <w:rFonts w:ascii="Times New Roman" w:hAnsi="Times New Roman" w:cs="Times New Roman"/>
        </w:rPr>
        <w:br w:type="page"/>
      </w:r>
    </w:p>
    <w:p w:rsidR="00B95A44" w:rsidRPr="00972064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lastRenderedPageBreak/>
        <w:t>Жедел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t>өткен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8"/>
          <w:lang w:val="ru-RU"/>
        </w:rPr>
        <w:t>шақ</w:t>
      </w:r>
      <w:proofErr w:type="spellEnd"/>
      <w:r w:rsidRPr="00972064">
        <w:rPr>
          <w:rFonts w:ascii="Times New Roman" w:hAnsi="Times New Roman" w:cs="Times New Roman"/>
          <w:sz w:val="28"/>
          <w:lang w:val="ru-RU"/>
        </w:rPr>
        <w:t>: отрицание и вопрос</w:t>
      </w:r>
    </w:p>
    <w:p w:rsidR="00B95A44" w:rsidRPr="00972064" w:rsidRDefault="0097206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972064">
        <w:rPr>
          <w:rFonts w:ascii="Times New Roman" w:hAnsi="Times New Roman" w:cs="Times New Roman"/>
          <w:sz w:val="24"/>
          <w:szCs w:val="24"/>
          <w:lang w:val="ru-RU"/>
        </w:rPr>
        <w:t>5. Отрицательная форма</w:t>
      </w:r>
    </w:p>
    <w:p w:rsidR="00B95A44" w:rsidRPr="00972064" w:rsidRDefault="0097206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Отрицательный показатель присоединяется непосредственно к основе. После него используются только </w:t>
      </w:r>
      <w:r w:rsidRPr="00972064">
        <w:rPr>
          <w:rFonts w:ascii="Times New Roman" w:hAnsi="Times New Roman" w:cs="Times New Roman"/>
          <w:color w:val="FF0000"/>
          <w:sz w:val="24"/>
          <w:szCs w:val="24"/>
          <w:lang w:val="ru-RU"/>
        </w:rPr>
        <w:t>-</w:t>
      </w:r>
      <w:proofErr w:type="spellStart"/>
      <w:r w:rsidRPr="00972064">
        <w:rPr>
          <w:rFonts w:ascii="Times New Roman" w:hAnsi="Times New Roman" w:cs="Times New Roman"/>
          <w:color w:val="FF0000"/>
          <w:sz w:val="24"/>
          <w:szCs w:val="24"/>
          <w:lang w:val="ru-RU"/>
        </w:rPr>
        <w:t>ды</w:t>
      </w:r>
      <w:proofErr w:type="spellEnd"/>
      <w:r w:rsidRPr="00972064">
        <w:rPr>
          <w:rFonts w:ascii="Times New Roman" w:hAnsi="Times New Roman" w:cs="Times New Roman"/>
          <w:color w:val="FF0000"/>
          <w:sz w:val="24"/>
          <w:szCs w:val="24"/>
          <w:lang w:val="ru-RU"/>
        </w:rPr>
        <w:t>/-</w:t>
      </w:r>
      <w:proofErr w:type="spellStart"/>
      <w:r w:rsidRPr="00972064">
        <w:rPr>
          <w:rFonts w:ascii="Times New Roman" w:hAnsi="Times New Roman" w:cs="Times New Roman"/>
          <w:color w:val="FF0000"/>
          <w:sz w:val="24"/>
          <w:szCs w:val="24"/>
          <w:lang w:val="ru-RU"/>
        </w:rPr>
        <w:t>ді</w:t>
      </w:r>
      <w:proofErr w:type="spellEnd"/>
      <w:r w:rsidRPr="00972064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, </w:t>
      </w:r>
      <w:r w:rsidRPr="00972064">
        <w:rPr>
          <w:rFonts w:ascii="Times New Roman" w:hAnsi="Times New Roman" w:cs="Times New Roman"/>
          <w:sz w:val="24"/>
          <w:szCs w:val="24"/>
          <w:lang w:val="ru-RU"/>
        </w:rPr>
        <w:t>потому что отрицательная форма оканчивается на гласный.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B45F3D"/>
              <w:left w:val="single" w:sz="9" w:space="0" w:color="B45F3D"/>
              <w:bottom w:val="single" w:sz="9" w:space="0" w:color="B45F3D"/>
              <w:right w:val="single" w:sz="9" w:space="0" w:color="B45F3D"/>
            </w:tcBorders>
            <w:shd w:val="clear" w:color="auto" w:fill="F9EEE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72064"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 xml:space="preserve">ФОРМУЛА  </w:t>
            </w:r>
            <w:r w:rsidRPr="00972064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ма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ме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, -ба/-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бе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, -па/-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пе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ды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ді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+ личное окончание</w:t>
            </w:r>
          </w:p>
        </w:tc>
      </w:tr>
    </w:tbl>
    <w:p w:rsidR="00972064" w:rsidRDefault="00972064">
      <w:pPr>
        <w:pStyle w:val="21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972064" w:rsidRPr="00972064" w:rsidT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72064" w:rsidRPr="00972064" w:rsidRDefault="00972064" w:rsidP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Основа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72064" w:rsidRPr="00972064" w:rsidRDefault="00972064" w:rsidP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Разбор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72064" w:rsidRPr="00972064" w:rsidRDefault="00972064" w:rsidP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7"/>
                <w:lang w:val="kk-KZ"/>
              </w:rPr>
              <w:t>П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ример</w:t>
            </w:r>
            <w:proofErr w:type="spellEnd"/>
          </w:p>
        </w:tc>
      </w:tr>
      <w:tr w:rsidR="00972064" w:rsidRPr="00972064" w:rsidT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8"/>
              </w:rPr>
              <w:t>оқы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8"/>
              </w:rPr>
              <w:t>-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оқы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ма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ды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м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Мен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мақаланы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оқымадым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972064" w:rsidRPr="00972064" w:rsidT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8"/>
              </w:rPr>
              <w:t>сез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8"/>
              </w:rPr>
              <w:t>-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сез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бе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ді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ң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Сен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өзгерісті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сезбедің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972064" w:rsidRPr="00972064" w:rsidT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8"/>
              </w:rPr>
              <w:t>аш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8"/>
              </w:rPr>
              <w:t>-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аш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па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ды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қ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9EEE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972064" w:rsidRPr="00972064" w:rsidRDefault="00972064" w:rsidP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Біз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терезені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ашпадық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:rsidR="00972064" w:rsidRDefault="00972064" w:rsidP="00972064">
      <w:pPr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972064" w:rsidRPr="00972064" w:rsidTr="00972064">
        <w:trPr>
          <w:jc w:val="center"/>
        </w:trPr>
        <w:tc>
          <w:tcPr>
            <w:tcW w:w="10080" w:type="dxa"/>
            <w:tcBorders>
              <w:top w:val="single" w:sz="9" w:space="0" w:color="C89432"/>
              <w:left w:val="single" w:sz="9" w:space="0" w:color="C89432"/>
              <w:bottom w:val="single" w:sz="9" w:space="0" w:color="C89432"/>
              <w:right w:val="single" w:sz="9" w:space="0" w:color="C89432"/>
            </w:tcBorders>
            <w:shd w:val="clear" w:color="auto" w:fill="F6ECD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972064" w:rsidRPr="00972064" w:rsidRDefault="00972064" w:rsidP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ЕСТЕ </w:t>
            </w:r>
            <w:proofErr w:type="gramStart"/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САҚТАҢЫЗ  </w:t>
            </w:r>
            <w:r w:rsidRPr="00972064">
              <w:rPr>
                <w:rFonts w:ascii="Times New Roman" w:hAnsi="Times New Roman" w:cs="Times New Roman"/>
                <w:lang w:val="ru-RU"/>
              </w:rPr>
              <w:t>Правильно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: 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593B2C"/>
                <w:lang w:val="ru-RU"/>
              </w:rPr>
              <w:t>ашпадық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. Неверно: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ашпатық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. Варианты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-ты/-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ті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после отрицания не употребляются.</w:t>
            </w:r>
          </w:p>
        </w:tc>
      </w:tr>
    </w:tbl>
    <w:p w:rsidR="00972064" w:rsidRPr="00972064" w:rsidRDefault="00972064" w:rsidP="00972064">
      <w:pPr>
        <w:rPr>
          <w:lang w:val="ru-RU"/>
        </w:rPr>
      </w:pPr>
    </w:p>
    <w:p w:rsidR="00B95A44" w:rsidRPr="00972064" w:rsidRDefault="00972064" w:rsidP="00972064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2064">
        <w:rPr>
          <w:rFonts w:ascii="Times New Roman" w:hAnsi="Times New Roman" w:cs="Times New Roman"/>
          <w:sz w:val="24"/>
          <w:szCs w:val="24"/>
          <w:lang w:val="ru-RU"/>
        </w:rPr>
        <w:t>6. Вопросительная форма</w:t>
      </w:r>
    </w:p>
    <w:p w:rsidR="00B95A44" w:rsidRPr="00972064" w:rsidRDefault="00972064" w:rsidP="00972064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064">
        <w:rPr>
          <w:rFonts w:ascii="Times New Roman" w:hAnsi="Times New Roman" w:cs="Times New Roman"/>
          <w:sz w:val="24"/>
          <w:szCs w:val="24"/>
          <w:lang w:val="ru-RU"/>
        </w:rPr>
        <w:t xml:space="preserve">Вопросительная частица ставится после личного окончания и пишется отдельно. </w:t>
      </w:r>
      <w:proofErr w:type="spellStart"/>
      <w:r w:rsidRPr="0097206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972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4"/>
          <w:szCs w:val="24"/>
        </w:rPr>
        <w:t>вопросительном</w:t>
      </w:r>
      <w:proofErr w:type="spellEnd"/>
      <w:r w:rsidRPr="00972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4"/>
          <w:szCs w:val="24"/>
        </w:rPr>
        <w:t>слове</w:t>
      </w:r>
      <w:proofErr w:type="spellEnd"/>
      <w:r w:rsidRPr="00972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064">
        <w:rPr>
          <w:rFonts w:ascii="Times New Roman" w:hAnsi="Times New Roman" w:cs="Times New Roman"/>
          <w:sz w:val="24"/>
          <w:szCs w:val="24"/>
        </w:rPr>
        <w:t>дополнительная</w:t>
      </w:r>
      <w:proofErr w:type="spellEnd"/>
      <w:r w:rsidRPr="00972064">
        <w:rPr>
          <w:rFonts w:ascii="Times New Roman" w:hAnsi="Times New Roman" w:cs="Times New Roman"/>
          <w:sz w:val="24"/>
          <w:szCs w:val="24"/>
        </w:rPr>
        <w:t xml:space="preserve"> частица не употребляется.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B95A44" w:rsidRPr="00972064">
        <w:trPr>
          <w:cantSplit/>
          <w:tblHeader/>
          <w:jc w:val="center"/>
        </w:trPr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Тип</w:t>
            </w:r>
          </w:p>
        </w:tc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7"/>
                <w:lang w:val="kk-KZ"/>
              </w:rPr>
              <w:t>П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ример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Утвердительный вопрос</w:t>
            </w:r>
          </w:p>
        </w:tc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Сен үлгіні өлше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дің</w:t>
            </w:r>
            <w:r w:rsidRPr="00972064">
              <w:rPr>
                <w:rFonts w:ascii="Times New Roman" w:hAnsi="Times New Roman" w:cs="Times New Roman"/>
                <w:sz w:val="18"/>
              </w:rPr>
              <w:t xml:space="preserve"> бе?</w:t>
            </w:r>
          </w:p>
        </w:tc>
      </w:tr>
      <w:tr w:rsidR="00B95A44" w:rsidRPr="00972064">
        <w:trPr>
          <w:cantSplit/>
          <w:jc w:val="center"/>
        </w:trPr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I лицо мн. числа</w:t>
            </w:r>
          </w:p>
        </w:tc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Біз мекенжайды дұрыс жаз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дық</w:t>
            </w:r>
            <w:r w:rsidRPr="00972064">
              <w:rPr>
                <w:rFonts w:ascii="Times New Roman" w:hAnsi="Times New Roman" w:cs="Times New Roman"/>
                <w:sz w:val="18"/>
              </w:rPr>
              <w:t xml:space="preserve"> па?</w:t>
            </w:r>
          </w:p>
        </w:tc>
      </w:tr>
      <w:tr w:rsidR="00B95A44" w:rsidRPr="00972064">
        <w:trPr>
          <w:cantSplit/>
          <w:jc w:val="center"/>
        </w:trPr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Отрицательный вопрос</w:t>
            </w:r>
          </w:p>
        </w:tc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Сіз хабарламаны көр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медіңіз</w:t>
            </w:r>
            <w:r w:rsidRPr="00972064">
              <w:rPr>
                <w:rFonts w:ascii="Times New Roman" w:hAnsi="Times New Roman" w:cs="Times New Roman"/>
                <w:sz w:val="18"/>
              </w:rPr>
              <w:t xml:space="preserve"> бе?</w:t>
            </w:r>
          </w:p>
        </w:tc>
      </w:tr>
      <w:tr w:rsidR="00B95A44" w:rsidRPr="00972064">
        <w:trPr>
          <w:cantSplit/>
          <w:jc w:val="center"/>
        </w:trPr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Вопросительное слово</w:t>
            </w:r>
          </w:p>
        </w:tc>
        <w:tc>
          <w:tcPr>
            <w:tcW w:w="5112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Ол есепті қашан жібер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ді</w:t>
            </w:r>
            <w:r w:rsidRPr="00972064"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7. Быстрая проверка</w:t>
      </w:r>
    </w:p>
    <w:p w:rsidR="00B95A44" w:rsidRPr="00CB6D3A" w:rsidRDefault="0097206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>Выберите правильный вариант и объясните выбор суффикса.</w:t>
      </w:r>
    </w:p>
    <w:p w:rsidR="00B95A44" w:rsidRPr="00CB6D3A" w:rsidRDefault="00972064">
      <w:pPr>
        <w:pStyle w:val="a0"/>
        <w:spacing w:after="5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1) Кеше инженер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сызбаны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аяқта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___: 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ды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/ -ты.</w:t>
      </w:r>
    </w:p>
    <w:p w:rsidR="00B95A44" w:rsidRPr="00CB6D3A" w:rsidRDefault="00972064">
      <w:pPr>
        <w:pStyle w:val="a0"/>
        <w:spacing w:after="5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таңертең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кешік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___: 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педік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/ 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петік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95A44" w:rsidRPr="00CB6D3A" w:rsidRDefault="00972064">
      <w:pPr>
        <w:pStyle w:val="a0"/>
        <w:spacing w:after="5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3) Сен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құжатты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кімге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бердің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? / Сен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құжатты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кімге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бердің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B95A44" w:rsidRPr="00CB6D3A" w:rsidRDefault="00972064">
      <w:pPr>
        <w:spacing w:after="60" w:line="25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Ответы: 1)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аяқта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ды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; 2)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кешік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педік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; 3) Сен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құжатты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кімге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бер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дің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B95A44" w:rsidRPr="00972064" w:rsidRDefault="00972064">
      <w:pPr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lang w:val="ru-RU"/>
        </w:rPr>
        <w:br w:type="page"/>
      </w:r>
    </w:p>
    <w:p w:rsidR="00B95A44" w:rsidRPr="00CB6D3A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CB6D3A">
        <w:rPr>
          <w:rFonts w:ascii="Times New Roman" w:hAnsi="Times New Roman" w:cs="Times New Roman"/>
          <w:sz w:val="28"/>
          <w:lang w:val="ru-RU"/>
        </w:rPr>
        <w:lastRenderedPageBreak/>
        <w:t>Статья «</w:t>
      </w:r>
      <w:proofErr w:type="spellStart"/>
      <w:r w:rsidRPr="00CB6D3A">
        <w:rPr>
          <w:rFonts w:ascii="Times New Roman" w:hAnsi="Times New Roman" w:cs="Times New Roman"/>
          <w:sz w:val="28"/>
          <w:lang w:val="ru-RU"/>
        </w:rPr>
        <w:t>Бұрынғы</w:t>
      </w:r>
      <w:proofErr w:type="spellEnd"/>
      <w:r w:rsidRPr="00CB6D3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8"/>
          <w:lang w:val="ru-RU"/>
        </w:rPr>
        <w:t>өткен</w:t>
      </w:r>
      <w:proofErr w:type="spellEnd"/>
      <w:r w:rsidRPr="00CB6D3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8"/>
          <w:lang w:val="ru-RU"/>
        </w:rPr>
        <w:t>шақ</w:t>
      </w:r>
      <w:proofErr w:type="spellEnd"/>
      <w:r w:rsidRPr="00CB6D3A">
        <w:rPr>
          <w:rFonts w:ascii="Times New Roman" w:hAnsi="Times New Roman" w:cs="Times New Roman"/>
          <w:sz w:val="28"/>
          <w:lang w:val="ru-RU"/>
        </w:rPr>
        <w:t>»</w:t>
      </w:r>
    </w:p>
    <w:p w:rsidR="00B95A44" w:rsidRPr="00CB6D3A" w:rsidRDefault="00972064" w:rsidP="00CB6D3A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>1. Форма на 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ған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/-ген/-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қан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кен</w:t>
      </w:r>
      <w:proofErr w:type="spellEnd"/>
    </w:p>
    <w:p w:rsidR="00B95A44" w:rsidRPr="00CB6D3A" w:rsidRDefault="00972064" w:rsidP="00CB6D3A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Эта форма представляет событие как известный, подтверждаемый или вспоминаемый факт прошлого. Она часто встречается в биографических сообщениях, воспоминаниях и описании прежнего опыта. </w:t>
      </w:r>
      <w:proofErr w:type="spellStart"/>
      <w:r w:rsidRPr="00CB6D3A">
        <w:rPr>
          <w:rFonts w:ascii="Times New Roman" w:hAnsi="Times New Roman" w:cs="Times New Roman"/>
          <w:sz w:val="24"/>
          <w:szCs w:val="24"/>
        </w:rPr>
        <w:t>Маркеры</w:t>
      </w:r>
      <w:proofErr w:type="spellEnd"/>
      <w:r w:rsidRPr="00CB6D3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</w:rPr>
        <w:t>баяғыда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</w:rPr>
        <w:t>ертеде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</w:rPr>
        <w:t>бұрын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</w:rPr>
        <w:t>, былтыр, бала кезінде.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66753A"/>
              <w:left w:val="single" w:sz="9" w:space="0" w:color="66753A"/>
              <w:bottom w:val="single" w:sz="9" w:space="0" w:color="66753A"/>
              <w:right w:val="single" w:sz="9" w:space="0" w:color="66753A"/>
            </w:tcBorders>
            <w:shd w:val="clear" w:color="auto" w:fill="EEF2E4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72064">
              <w:rPr>
                <w:rFonts w:ascii="Times New Roman" w:hAnsi="Times New Roman" w:cs="Times New Roman"/>
                <w:b/>
                <w:color w:val="66753A"/>
                <w:sz w:val="17"/>
                <w:lang w:val="ru-RU"/>
              </w:rPr>
              <w:t xml:space="preserve">ПРИМЕР 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Әжем</w:t>
            </w:r>
            <w:proofErr w:type="spellEnd"/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жас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кезінде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ауыл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мектебінде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жұмыс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істе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ген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>.</w:t>
            </w:r>
            <w:r w:rsidRPr="00972064">
              <w:rPr>
                <w:rFonts w:ascii="Times New Roman" w:hAnsi="Times New Roman" w:cs="Times New Roman"/>
                <w:i/>
                <w:color w:val="6B7280"/>
                <w:sz w:val="18"/>
                <w:lang w:val="ru-RU"/>
              </w:rPr>
              <w:t xml:space="preserve"> — Бабушка в молодости работала в сельской школе.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2. Формула и выбор суффикса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C89432"/>
              <w:left w:val="single" w:sz="9" w:space="0" w:color="C89432"/>
              <w:bottom w:val="single" w:sz="9" w:space="0" w:color="C89432"/>
              <w:right w:val="single" w:sz="9" w:space="0" w:color="C89432"/>
            </w:tcBorders>
            <w:shd w:val="clear" w:color="auto" w:fill="F6ECD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ФОРМУЛА  </w:t>
            </w:r>
            <w:r w:rsidRPr="00972064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ған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/-ген, 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қан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кен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+ полное личное окончание</w:t>
            </w:r>
          </w:p>
        </w:tc>
      </w:tr>
    </w:tbl>
    <w:p w:rsidR="00CB6D3A" w:rsidRPr="00CB6D3A" w:rsidRDefault="00CB6D3A">
      <w:pPr>
        <w:pStyle w:val="21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CB6D3A" w:rsidRPr="00972064" w:rsidTr="009A1F9D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Последний</w:t>
            </w:r>
            <w:proofErr w:type="spellEnd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звук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Согласный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Ряд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Образование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гласный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звонкий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сонорный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CB6D3A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ғ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ан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тв</w:t>
            </w:r>
            <w:r>
              <w:rPr>
                <w:rFonts w:ascii="Times New Roman" w:hAnsi="Times New Roman" w:cs="Times New Roman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</w:rPr>
              <w:t>рдый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ойна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ған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ойнаған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гласный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звонкий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сонорный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CB6D3A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г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мягкий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көр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көрген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глухой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согласный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CB6D3A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ан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тв</w:t>
            </w:r>
            <w:r>
              <w:rPr>
                <w:rFonts w:ascii="Times New Roman" w:hAnsi="Times New Roman" w:cs="Times New Roman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</w:rPr>
              <w:t>рдый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айт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қан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айтқан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глухой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согласный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CB6D3A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мягкий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жет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кен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жеткен</w:t>
            </w:r>
            <w:proofErr w:type="spellEnd"/>
          </w:p>
        </w:tc>
      </w:tr>
    </w:tbl>
    <w:p w:rsidR="00CB6D3A" w:rsidRDefault="00CB6D3A">
      <w:pPr>
        <w:pStyle w:val="21"/>
        <w:rPr>
          <w:rFonts w:ascii="Times New Roman" w:hAnsi="Times New Roman" w:cs="Times New Roman"/>
        </w:rPr>
      </w:pPr>
    </w:p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3. Личные окончания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Лицо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Окончание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Ед. число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Мн. число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-мын/-мін; -быз/-біз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Мен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генмін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Біз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генбіз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-сың/-сің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Сен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Сендер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генсіңдер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 вежл.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-сыз/-сіз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Сіз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Сіздер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генсіздер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нет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Ол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Олар зертте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4. Два способа отрицания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Способ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Модель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Новый пример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Где окончание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8"/>
              </w:rPr>
              <w:t>жоқ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основа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ған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/-ген/-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қан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кен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жоқ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 + окончание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Мен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бұл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фильмді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көр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ген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жоқ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  <w:lang w:val="ru-RU"/>
              </w:rPr>
              <w:t>пын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на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слове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жоқ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CB6D3A" w:rsidRDefault="00972064">
            <w:pPr>
              <w:spacing w:after="0" w:line="245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6"/>
              </w:rPr>
              <w:t>отрицательн</w:t>
            </w:r>
            <w:proofErr w:type="spellEnd"/>
            <w:r w:rsidR="00CB6D3A">
              <w:rPr>
                <w:rFonts w:ascii="Times New Roman" w:hAnsi="Times New Roman" w:cs="Times New Roman"/>
                <w:b/>
                <w:sz w:val="16"/>
                <w:lang w:val="kk-KZ"/>
              </w:rPr>
              <w:t>ые</w:t>
            </w:r>
            <w:r w:rsidRPr="00972064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6"/>
              </w:rPr>
              <w:t>суффикс</w:t>
            </w:r>
            <w:proofErr w:type="spellEnd"/>
            <w:r w:rsidR="00CB6D3A">
              <w:rPr>
                <w:rFonts w:ascii="Times New Roman" w:hAnsi="Times New Roman" w:cs="Times New Roman"/>
                <w:b/>
                <w:sz w:val="16"/>
                <w:lang w:val="kk-KZ"/>
              </w:rPr>
              <w:t>ы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основа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отрицание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-ған/-ген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Мен бұл фильмді көр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мегенмін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на форме -маған/-меген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5. Вопросительная форма</w:t>
      </w:r>
    </w:p>
    <w:p w:rsidR="00B95A44" w:rsidRPr="00CB6D3A" w:rsidRDefault="00972064">
      <w:pPr>
        <w:spacing w:after="6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Частица ставится после личного окончания: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зертханада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бұрын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істе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генсіз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? При вопросительном слове частица не нужна: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қайда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ал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ған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B95A44" w:rsidRPr="00972064" w:rsidRDefault="00972064">
      <w:pPr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lang w:val="ru-RU"/>
        </w:rPr>
        <w:br w:type="page"/>
      </w:r>
    </w:p>
    <w:p w:rsidR="00B95A44" w:rsidRPr="00CB6D3A" w:rsidRDefault="00972064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lastRenderedPageBreak/>
        <w:t>Бұрынғы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: форма на 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ып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іп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/-п</w:t>
      </w:r>
    </w:p>
    <w:p w:rsidR="00B95A44" w:rsidRPr="00CB6D3A" w:rsidRDefault="00972064" w:rsidP="00CB6D3A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>5. Значение</w:t>
      </w:r>
    </w:p>
    <w:p w:rsidR="00B95A44" w:rsidRPr="00CB6D3A" w:rsidRDefault="00972064" w:rsidP="00CB6D3A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Форма на </w:t>
      </w:r>
      <w:r w:rsidRPr="00CB6D3A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ып</w:t>
      </w:r>
      <w:proofErr w:type="spellEnd"/>
      <w:r w:rsidRPr="00CB6D3A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іп</w:t>
      </w:r>
      <w:proofErr w:type="spellEnd"/>
      <w:r w:rsidRPr="00CB6D3A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/-п</w:t>
      </w:r>
      <w:r w:rsidRPr="00CB6D3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>показывает, что говорящий узнал о событии позднее, сделал вывод по результату или передает чужую информацию. Она также встречается в сказках и легендах. Форма сообщает об источнике знания и не обязательно выражает сомнение.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B95A44" w:rsidRP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Ситуация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CB6D3A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7"/>
                <w:lang w:val="kk-KZ"/>
              </w:rPr>
              <w:t>П</w:t>
            </w:r>
            <w:proofErr w:type="spellStart"/>
            <w:r w:rsidR="00972064"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ример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Комментарий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Обнаруженный результат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Мен файлды басқа папкаға сақта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ппын</w:t>
            </w:r>
            <w:r w:rsidRPr="00972064">
              <w:rPr>
                <w:rFonts w:ascii="Times New Roman" w:hAnsi="Times New Roman" w:cs="Times New Roman"/>
                <w:sz w:val="17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Я только сейчас это заметил.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Чужая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информация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Жаңа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маман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бұрын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осы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компанияда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істе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  <w:lang w:val="ru-RU"/>
              </w:rPr>
              <w:t>пті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Об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этом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сообщили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другие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>.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Повествование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Ертеде бұл көлде аққу мекенде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пті</w:t>
            </w:r>
            <w:r w:rsidRPr="00972064">
              <w:rPr>
                <w:rFonts w:ascii="Times New Roman" w:hAnsi="Times New Roman" w:cs="Times New Roman"/>
                <w:sz w:val="17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Форма характерна для предания.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6. Формула и выбор показателя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29435C"/>
              <w:left w:val="single" w:sz="9" w:space="0" w:color="29435C"/>
              <w:bottom w:val="single" w:sz="9" w:space="0" w:color="29435C"/>
              <w:right w:val="single" w:sz="9" w:space="0" w:color="29435C"/>
            </w:tcBorders>
            <w:shd w:val="clear" w:color="auto" w:fill="EDF3F7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72064">
              <w:rPr>
                <w:rFonts w:ascii="Times New Roman" w:hAnsi="Times New Roman" w:cs="Times New Roman"/>
                <w:b/>
                <w:color w:val="29435C"/>
                <w:sz w:val="17"/>
                <w:lang w:val="ru-RU"/>
              </w:rPr>
              <w:t xml:space="preserve">ФОРМУЛА  </w:t>
            </w:r>
            <w:r w:rsidRPr="00972064">
              <w:rPr>
                <w:rFonts w:ascii="Times New Roman" w:hAnsi="Times New Roman" w:cs="Times New Roman"/>
                <w:lang w:val="ru-RU"/>
              </w:rPr>
              <w:t>основа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ып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іп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/-п</w:t>
            </w:r>
            <w:r w:rsidRPr="00972064">
              <w:rPr>
                <w:rFonts w:ascii="Times New Roman" w:hAnsi="Times New Roman" w:cs="Times New Roman"/>
                <w:lang w:val="ru-RU"/>
              </w:rPr>
              <w:t xml:space="preserve"> + специальное личное окончание</w:t>
            </w:r>
          </w:p>
        </w:tc>
      </w:tr>
    </w:tbl>
    <w:p w:rsidR="00CB6D3A" w:rsidRDefault="00CB6D3A">
      <w:pPr>
        <w:pStyle w:val="21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B6D3A" w:rsidRPr="00972064" w:rsidTr="009A1F9D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Условие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Показатель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B6D3A" w:rsidRPr="00972064" w:rsidRDefault="00CB6D3A" w:rsidP="009A1F9D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Образование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согласный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тв</w:t>
            </w:r>
            <w:r>
              <w:rPr>
                <w:rFonts w:ascii="Times New Roman" w:hAnsi="Times New Roman" w:cs="Times New Roman"/>
                <w:sz w:val="18"/>
              </w:rPr>
              <w:t>е</w:t>
            </w:r>
            <w:r w:rsidRPr="00972064">
              <w:rPr>
                <w:rFonts w:ascii="Times New Roman" w:hAnsi="Times New Roman" w:cs="Times New Roman"/>
                <w:sz w:val="18"/>
              </w:rPr>
              <w:t>рдая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основа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бар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ып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барып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согласный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мягкая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основа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біл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іп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біліп</w:t>
            </w:r>
            <w:proofErr w:type="spellEnd"/>
          </w:p>
        </w:tc>
      </w:tr>
      <w:tr w:rsidR="00CB6D3A" w:rsidRPr="00972064" w:rsidTr="009A1F9D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основа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на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гласный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-п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CB6D3A" w:rsidRPr="00972064" w:rsidRDefault="00CB6D3A" w:rsidP="009A1F9D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сөйле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+ 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п</w:t>
            </w:r>
            <w:r w:rsidRPr="00972064">
              <w:rPr>
                <w:rFonts w:ascii="Times New Roman" w:hAnsi="Times New Roman" w:cs="Times New Roman"/>
                <w:sz w:val="18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сөйлеп</w:t>
            </w:r>
            <w:proofErr w:type="spellEnd"/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 xml:space="preserve">7. </w:t>
      </w:r>
      <w:r w:rsidR="00CB6D3A">
        <w:rPr>
          <w:rFonts w:ascii="Times New Roman" w:hAnsi="Times New Roman" w:cs="Times New Roman"/>
          <w:sz w:val="24"/>
          <w:szCs w:val="24"/>
          <w:lang w:val="kk-KZ"/>
        </w:rPr>
        <w:t>Специальные л</w:t>
      </w:r>
      <w:proofErr w:type="spellStart"/>
      <w:r w:rsidRPr="00CB6D3A">
        <w:rPr>
          <w:rFonts w:ascii="Times New Roman" w:hAnsi="Times New Roman" w:cs="Times New Roman"/>
          <w:sz w:val="24"/>
          <w:szCs w:val="24"/>
        </w:rPr>
        <w:t>ичные</w:t>
      </w:r>
      <w:proofErr w:type="spellEnd"/>
      <w:r w:rsidRPr="00CB6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</w:rPr>
        <w:t>окончания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Лицо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Окончание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Ед. число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29435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Мн. число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-пын/-пін; -пыз/-піз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Мен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іппін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Біз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іппіз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-сың/-сің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Сен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Сендер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іпсіңдер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 вежл.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-сыз/-сіз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Сіз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Сіздер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іпсіздер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III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-ты/-ті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Ол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іпті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Олар біл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іпті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8. Отрицание и вопрос</w:t>
      </w:r>
    </w:p>
    <w:p w:rsidR="00B95A44" w:rsidRPr="00CB6D3A" w:rsidRDefault="00972064">
      <w:pPr>
        <w:spacing w:after="6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Отрицание: основа +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ма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ме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, -ба/-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, -па/-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-п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+ окончание.  Мен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ескертуді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байқама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ппын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95A44" w:rsidRPr="00CB6D3A" w:rsidRDefault="00972064">
      <w:pPr>
        <w:spacing w:after="60" w:line="25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Вопрос: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Сіз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жаңалықты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ест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іпсіз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?  Разговорная форма </w:t>
      </w:r>
      <w:r w:rsidRPr="00CB6D3A">
        <w:rPr>
          <w:rFonts w:ascii="Times New Roman" w:hAnsi="Times New Roman" w:cs="Times New Roman"/>
          <w:sz w:val="24"/>
          <w:szCs w:val="24"/>
        </w:rPr>
        <w:t>III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лица: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Ол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мұны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біл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іп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пе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C89432"/>
              <w:left w:val="single" w:sz="9" w:space="0" w:color="C89432"/>
              <w:bottom w:val="single" w:sz="9" w:space="0" w:color="C89432"/>
              <w:right w:val="single" w:sz="9" w:space="0" w:color="C89432"/>
            </w:tcBorders>
            <w:shd w:val="clear" w:color="auto" w:fill="F6ECD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РАЗГОВОРНАЯ </w:t>
            </w:r>
            <w:proofErr w:type="gramStart"/>
            <w:r w:rsidRPr="00972064">
              <w:rPr>
                <w:rFonts w:ascii="Times New Roman" w:hAnsi="Times New Roman" w:cs="Times New Roman"/>
                <w:b/>
                <w:color w:val="C89432"/>
                <w:sz w:val="17"/>
                <w:lang w:val="ru-RU"/>
              </w:rPr>
              <w:t xml:space="preserve">РЕЧЬ  </w:t>
            </w:r>
            <w:r w:rsidRPr="00972064">
              <w:rPr>
                <w:rFonts w:ascii="Times New Roman" w:hAnsi="Times New Roman" w:cs="Times New Roman"/>
                <w:lang w:val="ru-RU"/>
              </w:rPr>
              <w:t>Перед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 xml:space="preserve"> вопросительной частицей окончания </w:t>
            </w:r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-ты/-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lang w:val="ru-RU"/>
              </w:rPr>
              <w:t>ті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могут опускаться: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келіпті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→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келіп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lang w:val="ru-RU"/>
              </w:rPr>
              <w:t>пе</w:t>
            </w:r>
            <w:proofErr w:type="spellEnd"/>
            <w:r w:rsidRPr="00972064">
              <w:rPr>
                <w:rFonts w:ascii="Times New Roman" w:hAnsi="Times New Roman" w:cs="Times New Roman"/>
                <w:lang w:val="ru-RU"/>
              </w:rPr>
              <w:t>?</w:t>
            </w:r>
          </w:p>
        </w:tc>
      </w:tr>
    </w:tbl>
    <w:p w:rsidR="00B95A44" w:rsidRDefault="00972064">
      <w:pPr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lang w:val="ru-RU"/>
        </w:rPr>
        <w:br w:type="page"/>
      </w:r>
    </w:p>
    <w:p w:rsidR="00B95A44" w:rsidRPr="00CB6D3A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CB6D3A">
        <w:rPr>
          <w:rFonts w:ascii="Times New Roman" w:hAnsi="Times New Roman" w:cs="Times New Roman"/>
          <w:sz w:val="28"/>
          <w:lang w:val="ru-RU"/>
        </w:rPr>
        <w:lastRenderedPageBreak/>
        <w:t>Сравнительная таблица трех форм</w:t>
      </w:r>
    </w:p>
    <w:p w:rsidR="00B95A44" w:rsidRPr="00CB6D3A" w:rsidRDefault="00972064" w:rsidP="00CB6D3A">
      <w:pPr>
        <w:spacing w:after="10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>Таблица сопоставляет значение, способ образования и личные окончания. Временной маркер помогает, но окончательный выбор зависит от того, как говорящий представляет факт.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Параметр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Жедел өткен шақ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Бұрынғы: -ған/-ген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Бұрынғы: -ып/-іп/-п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Как дан факт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конкретное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заверш</w:t>
            </w:r>
            <w:r>
              <w:rPr>
                <w:rFonts w:ascii="Times New Roman" w:hAnsi="Times New Roman" w:cs="Times New Roman"/>
                <w:sz w:val="16"/>
              </w:rPr>
              <w:t>е</w:t>
            </w:r>
            <w:r w:rsidRPr="00972064">
              <w:rPr>
                <w:rFonts w:ascii="Times New Roman" w:hAnsi="Times New Roman" w:cs="Times New Roman"/>
                <w:sz w:val="16"/>
              </w:rPr>
              <w:t>нное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действие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известный или вспоминаемый факт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косвенная информация или обнаруженный результат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6"/>
              </w:rPr>
              <w:t>Показатель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-ды/-ді, -ты/-ті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-ған/-ген, -қан/-кен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-ып/-іп/-п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Тип окончаний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краткие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полные личные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специальные после п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I лицо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-м; -қ/-к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-мын/-мін; -быз/-біз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-пын/-пін; -пыз/-піз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III лицо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без отдельного окончания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без отдельного окончания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-ты/-ті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Отрицание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отрицание + -ды/-ді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... -ған жоқ / ... -маған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отрицание + -п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6"/>
              </w:rPr>
              <w:t>Типичный контекст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отч</w:t>
            </w:r>
            <w:r>
              <w:rPr>
                <w:rFonts w:ascii="Times New Roman" w:hAnsi="Times New Roman" w:cs="Times New Roman"/>
                <w:sz w:val="16"/>
              </w:rPr>
              <w:t>е</w:t>
            </w:r>
            <w:r w:rsidRPr="00972064">
              <w:rPr>
                <w:rFonts w:ascii="Times New Roman" w:hAnsi="Times New Roman" w:cs="Times New Roman"/>
                <w:sz w:val="16"/>
              </w:rPr>
              <w:t>т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о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событии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воспоминание, биография, опыт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вывод по результату, пересказ, легенда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CB6D3A">
            <w:pPr>
              <w:spacing w:after="0" w:line="24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6"/>
                <w:lang w:val="kk-KZ"/>
              </w:rPr>
              <w:t>П</w:t>
            </w:r>
            <w:proofErr w:type="spellStart"/>
            <w:r w:rsidR="00972064" w:rsidRPr="00972064">
              <w:rPr>
                <w:rFonts w:ascii="Times New Roman" w:hAnsi="Times New Roman" w:cs="Times New Roman"/>
                <w:b/>
                <w:sz w:val="16"/>
              </w:rPr>
              <w:t>ример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Кеше хат кел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ді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Ғалым бұл әдісті бұрын қолдан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ған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Біреу есікті ашық қалдыр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ыпты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</w:tr>
    </w:tbl>
    <w:p w:rsidR="00B95A44" w:rsidRPr="00972064" w:rsidRDefault="00972064">
      <w:pPr>
        <w:pStyle w:val="21"/>
        <w:rPr>
          <w:rFonts w:ascii="Times New Roman" w:hAnsi="Times New Roman" w:cs="Times New Roman"/>
        </w:rPr>
      </w:pPr>
      <w:r w:rsidRPr="00972064">
        <w:rPr>
          <w:rFonts w:ascii="Times New Roman" w:hAnsi="Times New Roman" w:cs="Times New Roman"/>
        </w:rPr>
        <w:t>Смысловой контраст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B95A44" w:rsidRP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Форма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Пример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Что</w:t>
            </w:r>
            <w:proofErr w:type="spellEnd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подч</w:t>
            </w:r>
            <w:r>
              <w:rPr>
                <w:rFonts w:ascii="Times New Roman" w:hAnsi="Times New Roman" w:cs="Times New Roman"/>
                <w:b/>
                <w:color w:val="FFFFFF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ркнуто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-ды/-ді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Дана есепті жібер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ді</w:t>
            </w:r>
            <w:r w:rsidRPr="00972064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конкретный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заверш</w:t>
            </w:r>
            <w:r>
              <w:rPr>
                <w:rFonts w:ascii="Times New Roman" w:hAnsi="Times New Roman" w:cs="Times New Roman"/>
                <w:sz w:val="18"/>
              </w:rPr>
              <w:t>е</w:t>
            </w:r>
            <w:r w:rsidRPr="00972064">
              <w:rPr>
                <w:rFonts w:ascii="Times New Roman" w:hAnsi="Times New Roman" w:cs="Times New Roman"/>
                <w:sz w:val="18"/>
              </w:rPr>
              <w:t>нный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факт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-ған/-ген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 xml:space="preserve">Дана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бұл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есепті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бұрын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жібер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  <w:lang w:val="ru-RU"/>
              </w:rPr>
              <w:t>ген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известный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прошлый</w:t>
            </w:r>
            <w:proofErr w:type="spellEnd"/>
            <w:r w:rsidRPr="0097206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8"/>
              </w:rPr>
              <w:t>опыт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-ып/-іп/-п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Дана есепті жібер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іпті</w:t>
            </w:r>
            <w:r w:rsidRPr="00972064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говорящий узнал об этом позднее</w:t>
            </w:r>
          </w:p>
        </w:tc>
      </w:tr>
    </w:tbl>
    <w:p w:rsidR="00CB6D3A" w:rsidRDefault="00CB6D3A">
      <w:pPr>
        <w:rPr>
          <w:rFonts w:ascii="Times New Roman" w:hAnsi="Times New Roman" w:cs="Times New Roman"/>
          <w:lang w:val="ru-RU"/>
        </w:rPr>
      </w:pPr>
    </w:p>
    <w:p w:rsidR="00B95A44" w:rsidRPr="00972064" w:rsidRDefault="00972064">
      <w:pPr>
        <w:rPr>
          <w:rFonts w:ascii="Times New Roman" w:hAnsi="Times New Roman" w:cs="Times New Roman"/>
          <w:lang w:val="ru-RU"/>
        </w:rPr>
      </w:pPr>
      <w:r w:rsidRPr="00972064">
        <w:rPr>
          <w:rFonts w:ascii="Times New Roman" w:hAnsi="Times New Roman" w:cs="Times New Roman"/>
          <w:lang w:val="ru-RU"/>
        </w:rPr>
        <w:br w:type="page"/>
      </w:r>
    </w:p>
    <w:p w:rsidR="00B95A44" w:rsidRPr="00CB6D3A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CB6D3A">
        <w:rPr>
          <w:rFonts w:ascii="Times New Roman" w:hAnsi="Times New Roman" w:cs="Times New Roman"/>
          <w:sz w:val="28"/>
          <w:lang w:val="ru-RU"/>
        </w:rPr>
        <w:lastRenderedPageBreak/>
        <w:t>Памятка по выбору суффиксов</w:t>
      </w:r>
    </w:p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>1. Два решения</w:t>
      </w:r>
    </w:p>
    <w:p w:rsidR="00B95A44" w:rsidRPr="00CB6D3A" w:rsidRDefault="00972064">
      <w:pPr>
        <w:spacing w:after="10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Сначала определите последний звук основы, затем проверьте последнюю гласную. Первый шаг выбирает начальный согласный суффикса, второй </w:t>
      </w:r>
      <w:proofErr w:type="gramStart"/>
      <w:r w:rsidR="00CB6D3A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твердый</w:t>
      </w:r>
      <w:proofErr w:type="gram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или мягкий вариант.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95A44" w:rsidRPr="00972064">
        <w:trPr>
          <w:cantSplit/>
          <w:tblHeader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Форма</w:t>
            </w:r>
            <w:proofErr w:type="spellEnd"/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После гласного / звонкого / сонорного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После глухого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После основы на гласный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Пример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тв</w:t>
            </w:r>
            <w:r>
              <w:rPr>
                <w:rFonts w:ascii="Times New Roman" w:hAnsi="Times New Roman" w:cs="Times New Roman"/>
                <w:b/>
                <w:sz w:val="15"/>
              </w:rPr>
              <w:t>е</w:t>
            </w:r>
            <w:r w:rsidRPr="00972064">
              <w:rPr>
                <w:rFonts w:ascii="Times New Roman" w:hAnsi="Times New Roman" w:cs="Times New Roman"/>
                <w:b/>
                <w:sz w:val="15"/>
              </w:rPr>
              <w:t>рдый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ряд</w:t>
            </w:r>
            <w:proofErr w:type="spellEnd"/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-ды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-ты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-ды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бар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ды</w:t>
            </w:r>
            <w:r w:rsidRPr="00972064">
              <w:rPr>
                <w:rFonts w:ascii="Times New Roman" w:hAnsi="Times New Roman" w:cs="Times New Roman"/>
                <w:sz w:val="16"/>
              </w:rPr>
              <w:t>; жап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ты</w:t>
            </w:r>
          </w:p>
        </w:tc>
      </w:tr>
      <w:tr w:rsidR="00B95A44" w:rsidRPr="00972064">
        <w:trPr>
          <w:cantSplit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мягкий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ряд</w:t>
            </w:r>
            <w:proofErr w:type="spellEnd"/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-ді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-ті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-ді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көр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ді</w:t>
            </w:r>
            <w:r w:rsidRPr="00972064">
              <w:rPr>
                <w:rFonts w:ascii="Times New Roman" w:hAnsi="Times New Roman" w:cs="Times New Roman"/>
                <w:sz w:val="16"/>
              </w:rPr>
              <w:t>; жет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ті</w:t>
            </w:r>
          </w:p>
        </w:tc>
      </w:tr>
      <w:tr w:rsidR="00B95A44" w:rsidRPr="00972064">
        <w:trPr>
          <w:cantSplit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тв</w:t>
            </w:r>
            <w:r>
              <w:rPr>
                <w:rFonts w:ascii="Times New Roman" w:hAnsi="Times New Roman" w:cs="Times New Roman"/>
                <w:b/>
                <w:sz w:val="15"/>
              </w:rPr>
              <w:t>е</w:t>
            </w:r>
            <w:r w:rsidRPr="00972064">
              <w:rPr>
                <w:rFonts w:ascii="Times New Roman" w:hAnsi="Times New Roman" w:cs="Times New Roman"/>
                <w:b/>
                <w:sz w:val="15"/>
              </w:rPr>
              <w:t>рдый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ряд</w:t>
            </w:r>
            <w:proofErr w:type="spellEnd"/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-қан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ойна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ған</w:t>
            </w:r>
            <w:r w:rsidRPr="00972064">
              <w:rPr>
                <w:rFonts w:ascii="Times New Roman" w:hAnsi="Times New Roman" w:cs="Times New Roman"/>
                <w:sz w:val="16"/>
              </w:rPr>
              <w:t>; айт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қан</w:t>
            </w:r>
          </w:p>
        </w:tc>
      </w:tr>
      <w:tr w:rsidR="00B95A44" w:rsidRPr="00972064">
        <w:trPr>
          <w:cantSplit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мягкий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5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5"/>
              </w:rPr>
              <w:t>ряд</w:t>
            </w:r>
            <w:proofErr w:type="spellEnd"/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-ген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-кен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-ген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көр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ген</w:t>
            </w:r>
            <w:r w:rsidRPr="00972064">
              <w:rPr>
                <w:rFonts w:ascii="Times New Roman" w:hAnsi="Times New Roman" w:cs="Times New Roman"/>
                <w:sz w:val="16"/>
              </w:rPr>
              <w:t>; кет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кен</w:t>
            </w:r>
          </w:p>
        </w:tc>
      </w:tr>
      <w:tr w:rsidR="00B95A44" w:rsidRPr="00972064">
        <w:trPr>
          <w:cantSplit/>
          <w:jc w:val="center"/>
        </w:trPr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5"/>
              </w:rPr>
              <w:t>-ып/-іп/-п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-ып или -іп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-ып или -іп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-п</w:t>
            </w:r>
          </w:p>
        </w:tc>
        <w:tc>
          <w:tcPr>
            <w:tcW w:w="2045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6ECD8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жаз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ып</w:t>
            </w:r>
            <w:r w:rsidRPr="00972064">
              <w:rPr>
                <w:rFonts w:ascii="Times New Roman" w:hAnsi="Times New Roman" w:cs="Times New Roman"/>
                <w:sz w:val="16"/>
              </w:rPr>
              <w:t>; кел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іп</w:t>
            </w:r>
            <w:r w:rsidRPr="00972064">
              <w:rPr>
                <w:rFonts w:ascii="Times New Roman" w:hAnsi="Times New Roman" w:cs="Times New Roman"/>
                <w:sz w:val="16"/>
              </w:rPr>
              <w:t>; ойна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п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2. Звуковые группы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B95A44" w:rsidRP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Группа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Ориентир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Результат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Гласные, звонкие, сонорные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любой гласный; з, ж, л, м, н, ң, р, й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ды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ді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; 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ған</w:t>
            </w:r>
            <w:proofErr w:type="spellEnd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/-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ген</w:t>
            </w:r>
            <w:proofErr w:type="spellEnd"/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Глухие согласные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п, к, қ, с, ш, т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-ты/-ті; -қан/-кен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Гармония гласных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тв</w:t>
            </w:r>
            <w:r>
              <w:rPr>
                <w:rFonts w:ascii="Times New Roman" w:hAnsi="Times New Roman" w:cs="Times New Roman"/>
                <w:sz w:val="17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</w:rPr>
              <w:t>рдый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ряд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/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</w:rPr>
              <w:t>мягкий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</w:rPr>
              <w:t xml:space="preserve"> ряд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EF2E4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6"/>
                <w:lang w:val="ru-RU"/>
              </w:rPr>
              <w:t>а, о, ұ, ы → твердый; ә, ө, ү, е, і → мягкий</w:t>
            </w:r>
          </w:p>
        </w:tc>
      </w:tr>
    </w:tbl>
    <w:p w:rsidR="00B95A44" w:rsidRPr="00CB6D3A" w:rsidRDefault="00972064">
      <w:pPr>
        <w:pStyle w:val="21"/>
        <w:rPr>
          <w:rFonts w:ascii="Times New Roman" w:hAnsi="Times New Roman" w:cs="Times New Roman"/>
          <w:sz w:val="24"/>
          <w:szCs w:val="24"/>
        </w:rPr>
      </w:pPr>
      <w:r w:rsidRPr="00CB6D3A">
        <w:rPr>
          <w:rFonts w:ascii="Times New Roman" w:hAnsi="Times New Roman" w:cs="Times New Roman"/>
          <w:sz w:val="24"/>
          <w:szCs w:val="24"/>
        </w:rPr>
        <w:t>3. Три особых правила</w:t>
      </w:r>
    </w:p>
    <w:p w:rsidR="00B95A44" w:rsidRPr="00CB6D3A" w:rsidRDefault="00972064">
      <w:pPr>
        <w:pStyle w:val="a0"/>
        <w:spacing w:after="6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После отрицательных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ма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ме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, -ба/-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, -па/-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жедел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өткен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6D3A">
        <w:rPr>
          <w:rFonts w:ascii="Times New Roman" w:hAnsi="Times New Roman" w:cs="Times New Roman"/>
          <w:sz w:val="24"/>
          <w:szCs w:val="24"/>
          <w:lang w:val="ru-RU"/>
        </w:rPr>
        <w:t>шақ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ставьте только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ды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ді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95A44" w:rsidRPr="00CB6D3A" w:rsidRDefault="00972064">
      <w:pPr>
        <w:pStyle w:val="a0"/>
        <w:spacing w:after="6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В форме на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ып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іп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/-п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показатель заканчивается на </w:t>
      </w:r>
      <w:r w:rsidRPr="00CB6D3A">
        <w:rPr>
          <w:rFonts w:ascii="Times New Roman" w:hAnsi="Times New Roman" w:cs="Times New Roman"/>
          <w:color w:val="FF0000"/>
          <w:sz w:val="24"/>
          <w:szCs w:val="24"/>
          <w:lang w:val="ru-RU"/>
        </w:rPr>
        <w:t>п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, поэтому </w:t>
      </w:r>
      <w:r w:rsidRPr="00CB6D3A">
        <w:rPr>
          <w:rFonts w:ascii="Times New Roman" w:hAnsi="Times New Roman" w:cs="Times New Roman"/>
          <w:sz w:val="24"/>
          <w:szCs w:val="24"/>
        </w:rPr>
        <w:t>I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лицо получает </w:t>
      </w:r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пын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пін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, 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пыз</w:t>
      </w:r>
      <w:proofErr w:type="spellEnd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CB6D3A"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t>піз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95A44" w:rsidRPr="00CB6D3A" w:rsidRDefault="00972064">
      <w:pPr>
        <w:pStyle w:val="a0"/>
        <w:spacing w:after="60" w:line="25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При вопросительных словах </w:t>
      </w:r>
      <w:proofErr w:type="spellStart"/>
      <w:proofErr w:type="gram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кім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?,</w:t>
      </w:r>
      <w:proofErr w:type="gram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не?,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қашан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 xml:space="preserve">?,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қайда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?, неге?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частица 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ма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ме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, ба/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бе</w:t>
      </w:r>
      <w:proofErr w:type="spellEnd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, па/</w:t>
      </w:r>
      <w:proofErr w:type="spellStart"/>
      <w:r w:rsidRPr="00CB6D3A">
        <w:rPr>
          <w:rFonts w:ascii="Times New Roman" w:hAnsi="Times New Roman" w:cs="Times New Roman"/>
          <w:i/>
          <w:sz w:val="24"/>
          <w:szCs w:val="24"/>
          <w:lang w:val="ru-RU"/>
        </w:rPr>
        <w:t>пе</w:t>
      </w:r>
      <w:proofErr w:type="spellEnd"/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не добавляется.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A44" w:rsidRPr="00972064">
        <w:trPr>
          <w:jc w:val="center"/>
        </w:trPr>
        <w:tc>
          <w:tcPr>
            <w:tcW w:w="10080" w:type="dxa"/>
            <w:tcBorders>
              <w:top w:val="single" w:sz="9" w:space="0" w:color="B45F3D"/>
              <w:left w:val="single" w:sz="9" w:space="0" w:color="B45F3D"/>
              <w:bottom w:val="single" w:sz="9" w:space="0" w:color="B45F3D"/>
              <w:right w:val="single" w:sz="9" w:space="0" w:color="B45F3D"/>
            </w:tcBorders>
            <w:shd w:val="clear" w:color="auto" w:fill="F9EEE8"/>
            <w:tcMar>
              <w:top w:w="110" w:type="dxa"/>
              <w:left w:w="145" w:type="dxa"/>
              <w:bottom w:w="110" w:type="dxa"/>
              <w:right w:w="145" w:type="dxa"/>
            </w:tcMar>
          </w:tcPr>
          <w:p w:rsidR="00B95A44" w:rsidRPr="00972064" w:rsidRDefault="00972064">
            <w:pPr>
              <w:spacing w:after="0" w:line="25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72064">
              <w:rPr>
                <w:rFonts w:ascii="Times New Roman" w:hAnsi="Times New Roman" w:cs="Times New Roman"/>
                <w:b/>
                <w:color w:val="B45F3D"/>
                <w:sz w:val="17"/>
                <w:lang w:val="ru-RU"/>
              </w:rPr>
              <w:t xml:space="preserve">АЛГОРИТМ  </w:t>
            </w:r>
            <w:r w:rsidRPr="00972064">
              <w:rPr>
                <w:rFonts w:ascii="Times New Roman" w:hAnsi="Times New Roman" w:cs="Times New Roman"/>
                <w:lang w:val="ru-RU"/>
              </w:rPr>
              <w:t>1</w:t>
            </w:r>
            <w:proofErr w:type="gramEnd"/>
            <w:r w:rsidRPr="00972064">
              <w:rPr>
                <w:rFonts w:ascii="Times New Roman" w:hAnsi="Times New Roman" w:cs="Times New Roman"/>
                <w:lang w:val="ru-RU"/>
              </w:rPr>
              <w:t>) значение формы; 2) последний звук основы; 3) гармония гласных; 4) лицо и число; 5) отрицание или вопрос.</w:t>
            </w:r>
          </w:p>
        </w:tc>
      </w:tr>
    </w:tbl>
    <w:p w:rsidR="00CB6D3A" w:rsidRDefault="00CB6D3A">
      <w:pPr>
        <w:rPr>
          <w:rFonts w:ascii="Times New Roman" w:hAnsi="Times New Roman" w:cs="Times New Roman"/>
          <w:lang w:val="ru-RU"/>
        </w:rPr>
      </w:pPr>
    </w:p>
    <w:p w:rsidR="00B95A44" w:rsidRPr="00CB6D3A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CB6D3A">
        <w:rPr>
          <w:rFonts w:ascii="Times New Roman" w:hAnsi="Times New Roman" w:cs="Times New Roman"/>
          <w:sz w:val="28"/>
          <w:lang w:val="ru-RU"/>
        </w:rPr>
        <w:t>Сводная таблица личных окончаний</w:t>
      </w:r>
    </w:p>
    <w:p w:rsidR="00B95A44" w:rsidRPr="00972064" w:rsidRDefault="00972064">
      <w:pPr>
        <w:spacing w:after="100" w:line="259" w:lineRule="auto"/>
        <w:rPr>
          <w:rFonts w:ascii="Times New Roman" w:hAnsi="Times New Roman" w:cs="Times New Roman"/>
          <w:lang w:val="ru-RU"/>
        </w:rPr>
      </w:pP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Красным курсивом выделены формообразующие показатели и личные окончания. В </w:t>
      </w:r>
      <w:r w:rsidRPr="00CB6D3A">
        <w:rPr>
          <w:rFonts w:ascii="Times New Roman" w:hAnsi="Times New Roman" w:cs="Times New Roman"/>
          <w:sz w:val="24"/>
          <w:szCs w:val="24"/>
        </w:rPr>
        <w:t>III</w:t>
      </w:r>
      <w:r w:rsidRPr="00CB6D3A">
        <w:rPr>
          <w:rFonts w:ascii="Times New Roman" w:hAnsi="Times New Roman" w:cs="Times New Roman"/>
          <w:sz w:val="24"/>
          <w:szCs w:val="24"/>
          <w:lang w:val="ru-RU"/>
        </w:rPr>
        <w:t xml:space="preserve"> лице у первых двух моделей отдельного личного окончания нет</w:t>
      </w:r>
      <w:r w:rsidRPr="00972064">
        <w:rPr>
          <w:rFonts w:ascii="Times New Roman" w:hAnsi="Times New Roman" w:cs="Times New Roman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95A44" w:rsidRPr="00972064">
        <w:trPr>
          <w:cantSplit/>
          <w:tblHeader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Лицо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Жедел: тексеру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-ған/-ген: тексеру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-ып/-іп/-п: тексеру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Мен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дім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генмін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іппін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генсің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іпсің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Ол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іпті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Біз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дік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генбіз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іппіз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Сендер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генсіңдер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іпсіңдер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Сіздер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діңіздер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генсіздер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іпсіздер</w:t>
            </w:r>
          </w:p>
        </w:tc>
      </w:tr>
      <w:tr w:rsidR="00B95A44" w:rsidRPr="00972064">
        <w:trPr>
          <w:cantSplit/>
          <w:jc w:val="center"/>
        </w:trPr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7"/>
              </w:rPr>
              <w:t>Олар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ді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ген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7"/>
              </w:rPr>
              <w:t>іпті</w:t>
            </w:r>
          </w:p>
        </w:tc>
      </w:tr>
    </w:tbl>
    <w:p w:rsidR="00B95A44" w:rsidRPr="00972064" w:rsidRDefault="00B95A44">
      <w:pPr>
        <w:pStyle w:val="21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B95A44" w:rsidRPr="00972064">
        <w:trPr>
          <w:cantSplit/>
          <w:tblHeader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Выбор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Форма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Значение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тексердім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дім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Я проверил: конкретный факт.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sz w:val="18"/>
              </w:rPr>
              <w:t>тексергенмін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генмін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Я проверял / проверил ранее: известный опыт.</w:t>
            </w:r>
          </w:p>
        </w:tc>
      </w:tr>
      <w:tr w:rsidR="00B95A44" w:rsidRPr="00972064">
        <w:trPr>
          <w:cantSplit/>
          <w:jc w:val="center"/>
        </w:trPr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8"/>
              </w:rPr>
              <w:t>тексеріппін</w:t>
            </w:r>
            <w:proofErr w:type="spellEnd"/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8"/>
              </w:rPr>
              <w:t>тексер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8"/>
              </w:rPr>
              <w:t>іппін</w:t>
            </w:r>
          </w:p>
        </w:tc>
        <w:tc>
          <w:tcPr>
            <w:tcW w:w="3408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EDF3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8"/>
                <w:lang w:val="ru-RU"/>
              </w:rPr>
              <w:t>Я, оказывается, проверил: обнаружил это позднее.</w:t>
            </w:r>
          </w:p>
        </w:tc>
      </w:tr>
    </w:tbl>
    <w:p w:rsidR="00B95A44" w:rsidRPr="00972064" w:rsidRDefault="00B95A44">
      <w:pPr>
        <w:keepNext/>
        <w:spacing w:after="20" w:line="254" w:lineRule="auto"/>
        <w:rPr>
          <w:rFonts w:ascii="Times New Roman" w:hAnsi="Times New Roman" w:cs="Times New Roman"/>
          <w:lang w:val="ru-RU"/>
        </w:rPr>
      </w:pPr>
    </w:p>
    <w:p w:rsidR="00B95A44" w:rsidRPr="00A95B4D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A95B4D">
        <w:rPr>
          <w:rFonts w:ascii="Times New Roman" w:hAnsi="Times New Roman" w:cs="Times New Roman"/>
          <w:sz w:val="28"/>
          <w:lang w:val="ru-RU"/>
        </w:rPr>
        <w:t>Ситуационное задание «Какую форму прошедшего времени выбрать?»</w:t>
      </w:r>
    </w:p>
    <w:p w:rsidR="00B95A44" w:rsidRPr="00A95B4D" w:rsidRDefault="00972064">
      <w:pPr>
        <w:spacing w:after="100" w:line="259" w:lineRule="auto"/>
        <w:rPr>
          <w:rFonts w:ascii="Times New Roman" w:hAnsi="Times New Roman" w:cs="Times New Roman"/>
          <w:sz w:val="24"/>
          <w:szCs w:val="24"/>
        </w:rPr>
      </w:pPr>
      <w:r w:rsidRPr="00A95B4D">
        <w:rPr>
          <w:rFonts w:ascii="Times New Roman" w:hAnsi="Times New Roman" w:cs="Times New Roman"/>
          <w:sz w:val="24"/>
          <w:szCs w:val="24"/>
          <w:lang w:val="ru-RU"/>
        </w:rPr>
        <w:t xml:space="preserve">Для каждой ситуации выберите форму, составьте казахское предложение и кратко объясните выбор. </w:t>
      </w:r>
      <w:proofErr w:type="spellStart"/>
      <w:r w:rsidRPr="00A95B4D">
        <w:rPr>
          <w:rFonts w:ascii="Times New Roman" w:hAnsi="Times New Roman" w:cs="Times New Roman"/>
          <w:sz w:val="24"/>
          <w:szCs w:val="24"/>
        </w:rPr>
        <w:t>Используйте</w:t>
      </w:r>
      <w:proofErr w:type="spellEnd"/>
      <w:r w:rsidRPr="00A9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B4D">
        <w:rPr>
          <w:rFonts w:ascii="Times New Roman" w:hAnsi="Times New Roman" w:cs="Times New Roman"/>
          <w:sz w:val="24"/>
          <w:szCs w:val="24"/>
        </w:rPr>
        <w:t>новые</w:t>
      </w:r>
      <w:proofErr w:type="spellEnd"/>
      <w:r w:rsidRPr="00A95B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B4D">
        <w:rPr>
          <w:rFonts w:ascii="Times New Roman" w:hAnsi="Times New Roman" w:cs="Times New Roman"/>
          <w:sz w:val="24"/>
          <w:szCs w:val="24"/>
        </w:rPr>
        <w:t>глаголы</w:t>
      </w:r>
      <w:proofErr w:type="spellEnd"/>
      <w:r w:rsidRPr="00A95B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5B4D">
        <w:rPr>
          <w:rFonts w:ascii="Times New Roman" w:hAnsi="Times New Roman" w:cs="Times New Roman"/>
          <w:sz w:val="24"/>
          <w:szCs w:val="24"/>
        </w:rPr>
        <w:t>приведенные</w:t>
      </w:r>
      <w:proofErr w:type="spellEnd"/>
      <w:r w:rsidRPr="00A95B4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95B4D">
        <w:rPr>
          <w:rFonts w:ascii="Times New Roman" w:hAnsi="Times New Roman" w:cs="Times New Roman"/>
          <w:sz w:val="24"/>
          <w:szCs w:val="24"/>
        </w:rPr>
        <w:t>скобках</w:t>
      </w:r>
      <w:proofErr w:type="spellEnd"/>
      <w:r w:rsidRPr="00A95B4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836"/>
        <w:gridCol w:w="2556"/>
        <w:gridCol w:w="2556"/>
      </w:tblGrid>
      <w:tr w:rsidR="00B95A44" w:rsidRPr="00972064" w:rsidTr="00A95B4D">
        <w:trPr>
          <w:cantSplit/>
          <w:tblHeader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№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Ситуация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Глагол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Что нужно сделать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1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Вы лично вчера завершили лабораторный отч</w:t>
            </w:r>
            <w:r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т.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аяқтау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Сообщите о конкретном заверш</w:t>
            </w:r>
            <w:r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нном действии.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2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На встрече выпускников вы вспоминаете, что когда-то учились в этом здании.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оқу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Передайте известный факт прошлого.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3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Вы открыли папку и только сейчас заметили, что сохранили файл под другим именем.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сақтау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7"/>
              </w:rPr>
              <w:t>Передайте поздно обнаруженный результат.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4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Коллега рассказал, что новый сотрудник раньше работал в аптеке.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жұмыс</w:t>
            </w:r>
            <w:proofErr w:type="spellEnd"/>
            <w:r w:rsidRPr="0097206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істеу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Передайте информацию со слов другого человека.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5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Вы точно знаете: утром курьер не прив</w:t>
            </w:r>
            <w:r>
              <w:rPr>
                <w:rFonts w:ascii="Times New Roman" w:hAnsi="Times New Roman" w:cs="Times New Roman"/>
                <w:sz w:val="17"/>
                <w:lang w:val="ru-RU"/>
              </w:rPr>
              <w:t>е</w:t>
            </w: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з заказ.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әкелу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Образуйте отрицательный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жедел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өткен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шақ</w:t>
            </w:r>
            <w:proofErr w:type="spellEnd"/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.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B45F3D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8"/>
              </w:rPr>
              <w:t>6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Вы спрашиваете друга, посещал ли он когда-либо этот музей.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sz w:val="17"/>
              </w:rPr>
              <w:t>бару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  <w:lang w:val="ru-RU"/>
              </w:rPr>
            </w:pPr>
            <w:r w:rsidRPr="00972064">
              <w:rPr>
                <w:rFonts w:ascii="Times New Roman" w:hAnsi="Times New Roman" w:cs="Times New Roman"/>
                <w:sz w:val="17"/>
                <w:lang w:val="ru-RU"/>
              </w:rPr>
              <w:t>Постройте вопрос о прежнем опыте.</w:t>
            </w:r>
          </w:p>
        </w:tc>
      </w:tr>
    </w:tbl>
    <w:p w:rsidR="00B95A44" w:rsidRPr="00972064" w:rsidRDefault="00B95A44">
      <w:pPr>
        <w:rPr>
          <w:rFonts w:ascii="Times New Roman" w:hAnsi="Times New Roman" w:cs="Times New Roman"/>
          <w:lang w:val="ru-RU"/>
        </w:rPr>
      </w:pPr>
    </w:p>
    <w:p w:rsidR="00B95A44" w:rsidRPr="00A95B4D" w:rsidRDefault="00972064">
      <w:pPr>
        <w:pStyle w:val="1"/>
        <w:rPr>
          <w:rFonts w:ascii="Times New Roman" w:hAnsi="Times New Roman" w:cs="Times New Roman"/>
          <w:sz w:val="28"/>
          <w:lang w:val="ru-RU"/>
        </w:rPr>
      </w:pPr>
      <w:r w:rsidRPr="00A95B4D">
        <w:rPr>
          <w:rFonts w:ascii="Times New Roman" w:hAnsi="Times New Roman" w:cs="Times New Roman"/>
          <w:sz w:val="28"/>
          <w:lang w:val="ru-RU"/>
        </w:rPr>
        <w:t>Кейс-тренажер: ключ и пояснения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836"/>
        <w:gridCol w:w="2556"/>
        <w:gridCol w:w="2556"/>
      </w:tblGrid>
      <w:tr w:rsidR="00B95A44" w:rsidRPr="00972064" w:rsidTr="00A95B4D">
        <w:trPr>
          <w:cantSplit/>
          <w:tblHeader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№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Возможный</w:t>
            </w:r>
            <w:proofErr w:type="spellEnd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ответ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Форма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593B2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95A44" w:rsidRPr="00972064" w:rsidRDefault="00972064">
            <w:pPr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Основание</w:t>
            </w:r>
            <w:proofErr w:type="spellEnd"/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1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Мен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кеше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зертханалық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есепті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аяқта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дым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</w:t>
            </w:r>
            <w:proofErr w:type="spellStart"/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ды</w:t>
            </w:r>
            <w:proofErr w:type="spellEnd"/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конкретное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заверш</w:t>
            </w:r>
            <w:r>
              <w:rPr>
                <w:rFonts w:ascii="Times New Roman" w:hAnsi="Times New Roman" w:cs="Times New Roman"/>
                <w:sz w:val="16"/>
              </w:rPr>
              <w:t>е</w:t>
            </w:r>
            <w:r w:rsidRPr="00972064">
              <w:rPr>
                <w:rFonts w:ascii="Times New Roman" w:hAnsi="Times New Roman" w:cs="Times New Roman"/>
                <w:sz w:val="16"/>
              </w:rPr>
              <w:t>нное</w:t>
            </w:r>
            <w:proofErr w:type="spellEnd"/>
            <w:r w:rsidRPr="0097206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72064">
              <w:rPr>
                <w:rFonts w:ascii="Times New Roman" w:hAnsi="Times New Roman" w:cs="Times New Roman"/>
                <w:sz w:val="16"/>
              </w:rPr>
              <w:t>действие</w:t>
            </w:r>
            <w:proofErr w:type="spellEnd"/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2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Біз кезінде осы ғимаратта оқы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ғанбыз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вспоминаемый факт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3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Мен файлды басқа атпен сақта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ппын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-п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результат обнаружен сейчас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4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Жаңа қызметкер бұрын дәріханада жұмыс істе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пті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-п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информация со слов коллеги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5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Курьер таңертең тапсырысты әкел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меді</w:t>
            </w:r>
            <w:r w:rsidRPr="00972064">
              <w:rPr>
                <w:rFonts w:ascii="Times New Roman" w:hAnsi="Times New Roman" w:cs="Times New Roman"/>
                <w:sz w:val="16"/>
              </w:rPr>
              <w:t>.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-ме + -ді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BF7E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достоверный отрицательный факт</w:t>
            </w:r>
          </w:p>
        </w:tc>
      </w:tr>
      <w:tr w:rsidR="00B95A44" w:rsidRPr="00972064" w:rsidTr="00A95B4D">
        <w:trPr>
          <w:cantSplit/>
          <w:jc w:val="center"/>
        </w:trPr>
        <w:tc>
          <w:tcPr>
            <w:tcW w:w="127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66753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b/>
                <w:color w:val="FFFFFF"/>
                <w:sz w:val="17"/>
              </w:rPr>
              <w:t>6</w:t>
            </w:r>
          </w:p>
        </w:tc>
        <w:tc>
          <w:tcPr>
            <w:tcW w:w="383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Сен бұл мұражайға бұрын бар</w:t>
            </w: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ғансың</w:t>
            </w:r>
            <w:r w:rsidRPr="00972064">
              <w:rPr>
                <w:rFonts w:ascii="Times New Roman" w:hAnsi="Times New Roman" w:cs="Times New Roman"/>
                <w:sz w:val="16"/>
              </w:rPr>
              <w:t xml:space="preserve"> ба?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jc w:val="center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i/>
                <w:color w:val="C00000"/>
                <w:sz w:val="16"/>
              </w:rPr>
              <w:t>-ған</w:t>
            </w:r>
          </w:p>
        </w:tc>
        <w:tc>
          <w:tcPr>
            <w:tcW w:w="2556" w:type="dxa"/>
            <w:tcBorders>
              <w:top w:val="single" w:sz="6" w:space="0" w:color="D9D2C5"/>
              <w:left w:val="single" w:sz="6" w:space="0" w:color="D9D2C5"/>
              <w:bottom w:val="single" w:sz="6" w:space="0" w:color="D9D2C5"/>
              <w:right w:val="single" w:sz="6" w:space="0" w:color="D9D2C5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:rsidR="00B95A44" w:rsidRPr="00972064" w:rsidRDefault="00972064">
            <w:pPr>
              <w:spacing w:after="0" w:line="245" w:lineRule="auto"/>
              <w:rPr>
                <w:rFonts w:ascii="Times New Roman" w:hAnsi="Times New Roman" w:cs="Times New Roman"/>
              </w:rPr>
            </w:pPr>
            <w:r w:rsidRPr="00972064">
              <w:rPr>
                <w:rFonts w:ascii="Times New Roman" w:hAnsi="Times New Roman" w:cs="Times New Roman"/>
                <w:sz w:val="16"/>
              </w:rPr>
              <w:t>вопрос о прежнем опыте</w:t>
            </w:r>
          </w:p>
        </w:tc>
      </w:tr>
    </w:tbl>
    <w:p w:rsidR="00972064" w:rsidRPr="00972064" w:rsidRDefault="00972064" w:rsidP="00A95B4D">
      <w:pPr>
        <w:pStyle w:val="a0"/>
        <w:numPr>
          <w:ilvl w:val="0"/>
          <w:numId w:val="0"/>
        </w:numPr>
        <w:spacing w:after="50" w:line="250" w:lineRule="auto"/>
        <w:ind w:left="360" w:hanging="360"/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sectPr w:rsidR="00972064" w:rsidRPr="00972064" w:rsidSect="00034616">
      <w:headerReference w:type="default" r:id="rId8"/>
      <w:footerReference w:type="default" r:id="rId9"/>
      <w:pgSz w:w="12240" w:h="15840"/>
      <w:pgMar w:top="893" w:right="1008" w:bottom="835" w:left="1008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7F8" w:rsidRDefault="005D47F8">
      <w:pPr>
        <w:spacing w:after="0" w:line="240" w:lineRule="auto"/>
      </w:pPr>
      <w:r>
        <w:separator/>
      </w:r>
    </w:p>
  </w:endnote>
  <w:endnote w:type="continuationSeparator" w:id="0">
    <w:p w:rsidR="005D47F8" w:rsidRDefault="005D4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064" w:rsidRDefault="00972064">
    <w:pPr>
      <w:pStyle w:val="a7"/>
      <w:jc w:val="right"/>
    </w:pPr>
    <w:r>
      <w:rPr>
        <w:color w:val="6B7280"/>
        <w:sz w:val="16"/>
      </w:rPr>
      <w:t xml:space="preserve">МООК  |  Өткен шақ    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PAGE </w:instrText>
    </w:r>
    <w:r>
      <w:rPr>
        <w:color w:val="6B7280"/>
        <w:sz w:val="16"/>
      </w:rPr>
      <w:fldChar w:fldCharType="separate"/>
    </w:r>
    <w:r>
      <w:rPr>
        <w:noProof/>
        <w:color w:val="6B7280"/>
        <w:sz w:val="16"/>
      </w:rPr>
      <w:t>1</w:t>
    </w:r>
    <w:r>
      <w:rPr>
        <w:color w:val="6B72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7F8" w:rsidRDefault="005D47F8">
      <w:pPr>
        <w:spacing w:after="0" w:line="240" w:lineRule="auto"/>
      </w:pPr>
      <w:r>
        <w:separator/>
      </w:r>
    </w:p>
  </w:footnote>
  <w:footnote w:type="continuationSeparator" w:id="0">
    <w:p w:rsidR="005D47F8" w:rsidRDefault="005D4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064" w:rsidRPr="007F7952" w:rsidRDefault="00972064" w:rsidP="00972064">
    <w:pPr>
      <w:pStyle w:val="a5"/>
      <w:jc w:val="right"/>
      <w:rPr>
        <w:lang w:val="kk-KZ"/>
      </w:rPr>
    </w:pPr>
    <w:r>
      <w:rPr>
        <w:color w:val="5C6977"/>
        <w:sz w:val="17"/>
        <w:lang w:val="ru-RU"/>
      </w:rPr>
      <w:t xml:space="preserve">МООК </w:t>
    </w:r>
    <w:r w:rsidRPr="00CD2D17">
      <w:rPr>
        <w:color w:val="5C6977"/>
        <w:sz w:val="17"/>
        <w:lang w:val="ru-RU"/>
      </w:rPr>
      <w:t>«Временные формы глагола в казахском языке»</w:t>
    </w:r>
    <w:r>
      <w:rPr>
        <w:color w:val="5C6977"/>
        <w:sz w:val="17"/>
        <w:lang w:val="ru-RU"/>
      </w:rPr>
      <w:t xml:space="preserve">/Модуль 3. </w:t>
    </w:r>
    <w:proofErr w:type="spellStart"/>
    <w:r>
      <w:rPr>
        <w:color w:val="5C6977"/>
        <w:sz w:val="17"/>
        <w:lang w:val="ru-RU"/>
      </w:rPr>
      <w:t>Жедел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өткен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шақ</w:t>
    </w:r>
    <w:proofErr w:type="spellEnd"/>
    <w:r>
      <w:rPr>
        <w:color w:val="5C6977"/>
        <w:sz w:val="17"/>
        <w:lang w:val="ru-RU"/>
      </w:rPr>
      <w:t xml:space="preserve">. </w:t>
    </w:r>
    <w:proofErr w:type="spellStart"/>
    <w:r>
      <w:rPr>
        <w:color w:val="5C6977"/>
        <w:sz w:val="17"/>
        <w:lang w:val="ru-RU"/>
      </w:rPr>
      <w:t>Бұрынғы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өткен</w:t>
    </w:r>
    <w:proofErr w:type="spellEnd"/>
    <w:r>
      <w:rPr>
        <w:color w:val="5C6977"/>
        <w:sz w:val="17"/>
        <w:lang w:val="ru-RU"/>
      </w:rPr>
      <w:t xml:space="preserve"> </w:t>
    </w:r>
    <w:proofErr w:type="spellStart"/>
    <w:r>
      <w:rPr>
        <w:color w:val="5C6977"/>
        <w:sz w:val="17"/>
        <w:lang w:val="ru-RU"/>
      </w:rPr>
      <w:t>шақ</w:t>
    </w:r>
    <w:proofErr w:type="spellEnd"/>
    <w:r>
      <w:rPr>
        <w:color w:val="5C6977"/>
        <w:sz w:val="17"/>
        <w:lang w:val="ru-RU"/>
      </w:rPr>
      <w:t>.</w:t>
    </w:r>
  </w:p>
  <w:p w:rsidR="00972064" w:rsidRPr="00972064" w:rsidRDefault="00972064">
    <w:pPr>
      <w:pStyle w:val="a5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47F8"/>
    <w:rsid w:val="00972064"/>
    <w:rsid w:val="00A95B4D"/>
    <w:rsid w:val="00AA1D8D"/>
    <w:rsid w:val="00B47730"/>
    <w:rsid w:val="00B95A44"/>
    <w:rsid w:val="00CB0664"/>
    <w:rsid w:val="00CB6D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53621"/>
  <w14:defaultImageDpi w14:val="300"/>
  <w15:docId w15:val="{3F8259C2-A685-4C2E-B3AB-29123F5B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DejaVu Sans" w:eastAsia="DejaVu Sans" w:hAnsi="DejaVu Sans"/>
      <w:color w:val="30364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" w:after="140"/>
      <w:outlineLvl w:val="0"/>
    </w:pPr>
    <w:rPr>
      <w:rFonts w:asciiTheme="majorHAnsi" w:eastAsiaTheme="majorEastAsia" w:hAnsiTheme="majorHAnsi" w:cstheme="majorBidi"/>
      <w:b/>
      <w:bCs/>
      <w:color w:val="593B2C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B45F3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color w:val="66753A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  <w:rPr>
      <w:sz w:val="19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6E1E88-8352-4668-9BB4-0443E8C3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1480</Words>
  <Characters>8438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Материалы для самостоятельного чтения: Өткен шақ</vt:lpstr>
      <vt:lpstr/>
    </vt:vector>
  </TitlesOfParts>
  <Manager/>
  <Company/>
  <LinksUpToDate>false</LinksUpToDate>
  <CharactersWithSpaces>9899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для самостоятельного чтения: Өткен шақ</dc:title>
  <dc:subject>Жедел өткен шақ және бұрынғы өткен шақ формалары</dc:subject>
  <dc:creator>python-docx</dc:creator>
  <cp:keywords>өткен шақ, жедел өткен шақ, бұрынғы өткен шақ, казахский язык</cp:keywords>
  <dc:description>generated by python-docx</dc:description>
  <cp:lastModifiedBy>Альфия Омурзакова</cp:lastModifiedBy>
  <cp:revision>2</cp:revision>
  <dcterms:created xsi:type="dcterms:W3CDTF">2026-09-13T12:02:00Z</dcterms:created>
  <dcterms:modified xsi:type="dcterms:W3CDTF">2026-09-13T12:02:00Z</dcterms:modified>
  <cp:category/>
</cp:coreProperties>
</file>