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44C" w:rsidRPr="00907BDD" w:rsidRDefault="0013344C" w:rsidP="00907BDD">
      <w:pPr>
        <w:pStyle w:val="1"/>
        <w:spacing w:before="0" w:after="0" w:line="240" w:lineRule="auto"/>
        <w:rPr>
          <w:rFonts w:ascii="Times New Roman" w:hAnsi="Times New Roman" w:cs="Times New Roman"/>
          <w:caps/>
          <w:color w:val="auto"/>
          <w:sz w:val="24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  <w:t>Формативное задание: урок 1</w:t>
      </w:r>
    </w:p>
    <w:p w:rsidR="0013344C" w:rsidRPr="00907BDD" w:rsidRDefault="0013344C" w:rsidP="00907BDD">
      <w:pPr>
        <w:pStyle w:val="aff8"/>
        <w:spacing w:before="0" w:beforeAutospacing="0" w:after="0" w:afterAutospacing="0"/>
        <w:rPr>
          <w:lang w:val="kk-KZ"/>
        </w:rPr>
      </w:pPr>
      <w:r w:rsidRPr="00907BDD">
        <w:rPr>
          <w:rStyle w:val="af6"/>
        </w:rPr>
        <w:t>Тема:</w:t>
      </w:r>
      <w:r w:rsidRPr="00907BDD">
        <w:t xml:space="preserve"> </w:t>
      </w:r>
      <w:proofErr w:type="spellStart"/>
      <w:r w:rsidRPr="00907BDD">
        <w:t>Ауыспалы</w:t>
      </w:r>
      <w:proofErr w:type="spellEnd"/>
      <w:r w:rsidRPr="00907BDD">
        <w:t xml:space="preserve"> осы </w:t>
      </w:r>
      <w:proofErr w:type="spellStart"/>
      <w:r w:rsidRPr="00907BDD">
        <w:t>шақ</w:t>
      </w:r>
      <w:proofErr w:type="spellEnd"/>
      <w:r w:rsidRPr="00907BDD">
        <w:t xml:space="preserve">. </w:t>
      </w:r>
      <w:r w:rsidR="00907BDD">
        <w:rPr>
          <w:lang w:val="kk-KZ"/>
        </w:rPr>
        <w:t>Болымды түрі</w:t>
      </w: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Инструкция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Выполните пять тренировочных заданий. За каждое правильно выполненное задание начисляется </w:t>
      </w:r>
      <w:r w:rsidRPr="00907BDD">
        <w:rPr>
          <w:rStyle w:val="af6"/>
          <w:b w:val="0"/>
        </w:rPr>
        <w:t>1 балл</w:t>
      </w:r>
      <w:r w:rsidRPr="00907BDD">
        <w:rPr>
          <w:b/>
        </w:rPr>
        <w:t>.</w:t>
      </w:r>
      <w:r w:rsidRPr="00907BDD">
        <w:t xml:space="preserve"> Максимальное количество </w:t>
      </w:r>
      <w:r w:rsidR="00907BDD">
        <w:rPr>
          <w:b/>
          <w:lang w:val="kk-KZ"/>
        </w:rPr>
        <w:t>-</w:t>
      </w:r>
      <w:r w:rsidRPr="00907BDD">
        <w:rPr>
          <w:b/>
        </w:rPr>
        <w:t xml:space="preserve"> </w:t>
      </w:r>
      <w:r w:rsidRPr="00907BDD">
        <w:rPr>
          <w:rStyle w:val="af6"/>
          <w:b w:val="0"/>
        </w:rPr>
        <w:t>5 баллов</w:t>
      </w:r>
      <w:r w:rsidRPr="00907BDD">
        <w:t>. Результат не влияет на итоговую оценку. Задания можно выполнять повторно.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 xml:space="preserve">Рекомендуемое время </w:t>
      </w:r>
      <w:r w:rsidR="00907BDD">
        <w:rPr>
          <w:rStyle w:val="af6"/>
          <w:lang w:val="kk-KZ"/>
        </w:rPr>
        <w:t>-</w:t>
      </w:r>
      <w:r w:rsidRPr="00907BDD">
        <w:rPr>
          <w:rStyle w:val="af6"/>
        </w:rPr>
        <w:t xml:space="preserve"> 15 минут.</w:t>
      </w:r>
    </w:p>
    <w:p w:rsidR="00907BDD" w:rsidRDefault="00907BDD" w:rsidP="00907BDD">
      <w:pPr>
        <w:pStyle w:val="3"/>
        <w:spacing w:before="0" w:after="0" w:line="240" w:lineRule="auto"/>
        <w:rPr>
          <w:rStyle w:val="af6"/>
          <w:rFonts w:ascii="Times New Roman" w:hAnsi="Times New Roman" w:cs="Times New Roman"/>
          <w:b/>
          <w:bCs/>
          <w:szCs w:val="24"/>
          <w:lang w:val="ru-RU"/>
        </w:rPr>
      </w:pP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Задание 1. «Маркер привычного действия»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выбор по смыслу.</w:t>
      </w:r>
    </w:p>
    <w:p w:rsidR="0013344C" w:rsidRPr="00907BDD" w:rsidRDefault="0013344C" w:rsidP="00907BDD">
      <w:pPr>
        <w:pStyle w:val="aff8"/>
        <w:spacing w:before="0" w:beforeAutospacing="0" w:after="0" w:afterAutospacing="0"/>
        <w:rPr>
          <w:b/>
        </w:rPr>
      </w:pPr>
      <w:r w:rsidRPr="00907BDD">
        <w:t xml:space="preserve">Выберите предложение, которое обозначает действие, совершающееся </w:t>
      </w:r>
      <w:r w:rsidRPr="00907BDD">
        <w:rPr>
          <w:rStyle w:val="af6"/>
          <w:b w:val="0"/>
        </w:rPr>
        <w:t>регулярно или обычно</w:t>
      </w:r>
      <w:r w:rsidRPr="00907BDD">
        <w:rPr>
          <w:b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A. </w:t>
      </w:r>
      <w:r w:rsidRPr="00907BDD">
        <w:rPr>
          <w:rStyle w:val="af7"/>
          <w:rFonts w:eastAsiaTheme="majorEastAsia"/>
        </w:rPr>
        <w:t xml:space="preserve">Мен </w:t>
      </w:r>
      <w:proofErr w:type="spellStart"/>
      <w:r w:rsidRPr="00907BDD">
        <w:rPr>
          <w:rStyle w:val="af7"/>
          <w:rFonts w:eastAsiaTheme="majorEastAsia"/>
        </w:rPr>
        <w:t>кеше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кітап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оқыдым</w:t>
      </w:r>
      <w:proofErr w:type="spellEnd"/>
      <w:r w:rsidRPr="00907BDD">
        <w:rPr>
          <w:rStyle w:val="af7"/>
          <w:rFonts w:eastAsiaTheme="majorEastAsia"/>
        </w:rPr>
        <w:t>.</w:t>
      </w:r>
      <w:r w:rsidRPr="00907BDD">
        <w:br/>
        <w:t xml:space="preserve">B. </w:t>
      </w:r>
      <w:r w:rsidRPr="00907BDD">
        <w:rPr>
          <w:rStyle w:val="af7"/>
          <w:rFonts w:eastAsiaTheme="majorEastAsia"/>
        </w:rPr>
        <w:t xml:space="preserve">Мен </w:t>
      </w:r>
      <w:proofErr w:type="spellStart"/>
      <w:r w:rsidRPr="00907BDD">
        <w:rPr>
          <w:rStyle w:val="af7"/>
          <w:rFonts w:eastAsiaTheme="majorEastAsia"/>
        </w:rPr>
        <w:t>күнде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кітап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оқимын</w:t>
      </w:r>
      <w:proofErr w:type="spellEnd"/>
      <w:r w:rsidRPr="00907BDD">
        <w:rPr>
          <w:rStyle w:val="af7"/>
          <w:rFonts w:eastAsiaTheme="majorEastAsia"/>
        </w:rPr>
        <w:t>.</w:t>
      </w:r>
      <w:r w:rsidRPr="00907BDD">
        <w:br/>
        <w:t xml:space="preserve">C. </w:t>
      </w:r>
      <w:r w:rsidRPr="00907BDD">
        <w:rPr>
          <w:rStyle w:val="af7"/>
          <w:rFonts w:eastAsiaTheme="majorEastAsia"/>
        </w:rPr>
        <w:t xml:space="preserve">Мен </w:t>
      </w:r>
      <w:proofErr w:type="spellStart"/>
      <w:r w:rsidRPr="00907BDD">
        <w:rPr>
          <w:rStyle w:val="af7"/>
          <w:rFonts w:eastAsiaTheme="majorEastAsia"/>
        </w:rPr>
        <w:t>кітап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оқығанмын</w:t>
      </w:r>
      <w:proofErr w:type="spellEnd"/>
      <w:r w:rsidRPr="00907BDD">
        <w:rPr>
          <w:rStyle w:val="af7"/>
          <w:rFonts w:eastAsiaTheme="majorEastAsia"/>
        </w:rPr>
        <w:t>.</w:t>
      </w:r>
      <w:r w:rsidRPr="00907BDD">
        <w:br/>
        <w:t xml:space="preserve">D. </w:t>
      </w:r>
      <w:r w:rsidRPr="00907BDD">
        <w:rPr>
          <w:rStyle w:val="af7"/>
          <w:rFonts w:eastAsiaTheme="majorEastAsia"/>
        </w:rPr>
        <w:t xml:space="preserve">Мен </w:t>
      </w:r>
      <w:proofErr w:type="spellStart"/>
      <w:r w:rsidRPr="00907BDD">
        <w:rPr>
          <w:rStyle w:val="af7"/>
          <w:rFonts w:eastAsiaTheme="majorEastAsia"/>
        </w:rPr>
        <w:t>қазір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кітап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оқып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отырмын</w:t>
      </w:r>
      <w:proofErr w:type="spellEnd"/>
      <w:r w:rsidRPr="00907BDD">
        <w:rPr>
          <w:rStyle w:val="af7"/>
          <w:rFonts w:eastAsiaTheme="majorEastAsia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Правильный ответ: B.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Пояснение:</w:t>
      </w:r>
      <w:r w:rsidRPr="00907BDD">
        <w:t xml:space="preserve"> слово </w:t>
      </w:r>
      <w:proofErr w:type="spellStart"/>
      <w:r w:rsidRPr="00907BDD">
        <w:rPr>
          <w:rStyle w:val="af7"/>
          <w:rFonts w:eastAsiaTheme="majorEastAsia"/>
        </w:rPr>
        <w:t>күнде</w:t>
      </w:r>
      <w:proofErr w:type="spellEnd"/>
      <w:r w:rsidRPr="00907BDD">
        <w:t xml:space="preserve"> показывает регулярность действия. Форма </w:t>
      </w:r>
      <w:proofErr w:type="spellStart"/>
      <w:r w:rsidRPr="00907BDD">
        <w:rPr>
          <w:rStyle w:val="af7"/>
          <w:rFonts w:eastAsiaTheme="majorEastAsia"/>
        </w:rPr>
        <w:t>оқимын</w:t>
      </w:r>
      <w:proofErr w:type="spellEnd"/>
      <w:r w:rsidRPr="00907BDD">
        <w:t xml:space="preserve"> относится к </w:t>
      </w:r>
      <w:proofErr w:type="spellStart"/>
      <w:r w:rsidRPr="00907BDD">
        <w:t>ауыспалы</w:t>
      </w:r>
      <w:proofErr w:type="spellEnd"/>
      <w:r w:rsidRPr="00907BDD">
        <w:t xml:space="preserve"> осы </w:t>
      </w:r>
      <w:proofErr w:type="spellStart"/>
      <w:r w:rsidRPr="00907BDD">
        <w:t>шақ</w:t>
      </w:r>
      <w:proofErr w:type="spellEnd"/>
      <w:r w:rsidRPr="00907BDD"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Обратная связь при ошибке:</w:t>
      </w:r>
      <w:r w:rsidRPr="00907BDD">
        <w:t xml:space="preserve"> обратите внимание на слова </w:t>
      </w:r>
      <w:proofErr w:type="spellStart"/>
      <w:r w:rsidRPr="00907BDD">
        <w:rPr>
          <w:rStyle w:val="af7"/>
          <w:rFonts w:eastAsiaTheme="majorEastAsia"/>
        </w:rPr>
        <w:t>күнде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күн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сайын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жиі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әдетте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әрқашан</w:t>
      </w:r>
      <w:proofErr w:type="spellEnd"/>
      <w:r w:rsidRPr="00907BDD">
        <w:t xml:space="preserve">. Они часто сопровождают </w:t>
      </w:r>
      <w:proofErr w:type="spellStart"/>
      <w:r w:rsidRPr="00907BDD">
        <w:t>ауыспалы</w:t>
      </w:r>
      <w:proofErr w:type="spellEnd"/>
      <w:r w:rsidRPr="00907BDD">
        <w:t xml:space="preserve"> осы </w:t>
      </w:r>
      <w:proofErr w:type="spellStart"/>
      <w:r w:rsidRPr="00907BDD">
        <w:t>шақ</w:t>
      </w:r>
      <w:proofErr w:type="spellEnd"/>
      <w:r w:rsidRPr="00907BDD">
        <w:t>.</w:t>
      </w:r>
    </w:p>
    <w:p w:rsidR="0013344C" w:rsidRPr="00907BDD" w:rsidRDefault="0013344C" w:rsidP="00907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Задание 2. «Выбери суффикс»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выбор правильного варианта.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Выберите правильную форму глагола.</w:t>
      </w:r>
    </w:p>
    <w:p w:rsidR="0013344C" w:rsidRPr="00907BDD" w:rsidRDefault="0013344C" w:rsidP="00907BDD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07BDD">
        <w:rPr>
          <w:rFonts w:ascii="Times New Roman" w:hAnsi="Times New Roman" w:cs="Times New Roman"/>
          <w:i/>
          <w:sz w:val="24"/>
          <w:szCs w:val="24"/>
        </w:rPr>
        <w:t>Мен</w:t>
      </w:r>
      <w:proofErr w:type="spellEnd"/>
      <w:r w:rsidRPr="00907B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07BDD">
        <w:rPr>
          <w:rFonts w:ascii="Times New Roman" w:hAnsi="Times New Roman" w:cs="Times New Roman"/>
          <w:i/>
          <w:sz w:val="24"/>
          <w:szCs w:val="24"/>
        </w:rPr>
        <w:t>университетке</w:t>
      </w:r>
      <w:proofErr w:type="spellEnd"/>
      <w:r w:rsidRPr="00907B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07BDD">
        <w:rPr>
          <w:rFonts w:ascii="Times New Roman" w:hAnsi="Times New Roman" w:cs="Times New Roman"/>
          <w:i/>
          <w:sz w:val="24"/>
          <w:szCs w:val="24"/>
        </w:rPr>
        <w:t>күнде</w:t>
      </w:r>
      <w:proofErr w:type="spellEnd"/>
      <w:r w:rsidRPr="00907BDD">
        <w:rPr>
          <w:rFonts w:ascii="Times New Roman" w:hAnsi="Times New Roman" w:cs="Times New Roman"/>
          <w:i/>
          <w:sz w:val="24"/>
          <w:szCs w:val="24"/>
        </w:rPr>
        <w:t xml:space="preserve"> ________. </w:t>
      </w:r>
    </w:p>
    <w:p w:rsidR="0013344C" w:rsidRPr="00907BDD" w:rsidRDefault="0013344C" w:rsidP="00907BDD">
      <w:pPr>
        <w:pStyle w:val="aff8"/>
        <w:tabs>
          <w:tab w:val="num" w:pos="426"/>
        </w:tabs>
        <w:spacing w:before="0" w:beforeAutospacing="0" w:after="0" w:afterAutospacing="0"/>
        <w:rPr>
          <w:i/>
        </w:rPr>
      </w:pPr>
      <w:r w:rsidRPr="00907BDD">
        <w:rPr>
          <w:i/>
        </w:rPr>
        <w:t xml:space="preserve">A. </w:t>
      </w:r>
      <w:proofErr w:type="spellStart"/>
      <w:r w:rsidRPr="00907BDD">
        <w:rPr>
          <w:i/>
        </w:rPr>
        <w:t>барамын</w:t>
      </w:r>
      <w:proofErr w:type="spellEnd"/>
      <w:r w:rsidRPr="00907BDD">
        <w:rPr>
          <w:i/>
        </w:rPr>
        <w:br/>
        <w:t xml:space="preserve">B. </w:t>
      </w:r>
      <w:proofErr w:type="spellStart"/>
      <w:r w:rsidRPr="00907BDD">
        <w:rPr>
          <w:i/>
        </w:rPr>
        <w:t>беремін</w:t>
      </w:r>
      <w:proofErr w:type="spellEnd"/>
      <w:r w:rsidRPr="00907BDD">
        <w:rPr>
          <w:i/>
        </w:rPr>
        <w:br/>
        <w:t xml:space="preserve">C. </w:t>
      </w:r>
      <w:proofErr w:type="spellStart"/>
      <w:r w:rsidRPr="00907BDD">
        <w:rPr>
          <w:i/>
        </w:rPr>
        <w:t>барымын</w:t>
      </w:r>
      <w:proofErr w:type="spellEnd"/>
    </w:p>
    <w:p w:rsidR="0013344C" w:rsidRPr="00907BDD" w:rsidRDefault="0013344C" w:rsidP="00907BDD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07BDD">
        <w:rPr>
          <w:rFonts w:ascii="Times New Roman" w:hAnsi="Times New Roman" w:cs="Times New Roman"/>
          <w:i/>
          <w:sz w:val="24"/>
          <w:szCs w:val="24"/>
        </w:rPr>
        <w:t>Ол</w:t>
      </w:r>
      <w:proofErr w:type="spellEnd"/>
      <w:r w:rsidRPr="00907B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07BDD">
        <w:rPr>
          <w:rFonts w:ascii="Times New Roman" w:hAnsi="Times New Roman" w:cs="Times New Roman"/>
          <w:i/>
          <w:sz w:val="24"/>
          <w:szCs w:val="24"/>
        </w:rPr>
        <w:t>қазақша</w:t>
      </w:r>
      <w:proofErr w:type="spellEnd"/>
      <w:r w:rsidRPr="00907B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07BDD">
        <w:rPr>
          <w:rFonts w:ascii="Times New Roman" w:hAnsi="Times New Roman" w:cs="Times New Roman"/>
          <w:i/>
          <w:sz w:val="24"/>
          <w:szCs w:val="24"/>
        </w:rPr>
        <w:t>жақсы</w:t>
      </w:r>
      <w:proofErr w:type="spellEnd"/>
      <w:r w:rsidRPr="00907BDD">
        <w:rPr>
          <w:rFonts w:ascii="Times New Roman" w:hAnsi="Times New Roman" w:cs="Times New Roman"/>
          <w:i/>
          <w:sz w:val="24"/>
          <w:szCs w:val="24"/>
        </w:rPr>
        <w:t xml:space="preserve"> ________. </w:t>
      </w:r>
    </w:p>
    <w:p w:rsidR="0013344C" w:rsidRPr="00907BDD" w:rsidRDefault="0013344C" w:rsidP="00907BDD">
      <w:pPr>
        <w:pStyle w:val="aff8"/>
        <w:tabs>
          <w:tab w:val="num" w:pos="426"/>
        </w:tabs>
        <w:spacing w:before="0" w:beforeAutospacing="0" w:after="0" w:afterAutospacing="0"/>
        <w:rPr>
          <w:i/>
          <w:lang w:val="en-US"/>
        </w:rPr>
      </w:pPr>
      <w:r w:rsidRPr="00907BDD">
        <w:rPr>
          <w:i/>
          <w:lang w:val="en-US"/>
        </w:rPr>
        <w:t xml:space="preserve">A. </w:t>
      </w:r>
      <w:proofErr w:type="spellStart"/>
      <w:r w:rsidRPr="00907BDD">
        <w:rPr>
          <w:i/>
        </w:rPr>
        <w:t>сөйлейді</w:t>
      </w:r>
      <w:proofErr w:type="spellEnd"/>
      <w:r w:rsidRPr="00907BDD">
        <w:rPr>
          <w:i/>
          <w:lang w:val="en-US"/>
        </w:rPr>
        <w:br/>
        <w:t xml:space="preserve">B. </w:t>
      </w:r>
      <w:proofErr w:type="spellStart"/>
      <w:r w:rsidRPr="00907BDD">
        <w:rPr>
          <w:i/>
        </w:rPr>
        <w:t>сөйлееді</w:t>
      </w:r>
      <w:proofErr w:type="spellEnd"/>
      <w:r w:rsidRPr="00907BDD">
        <w:rPr>
          <w:i/>
          <w:lang w:val="en-US"/>
        </w:rPr>
        <w:br/>
        <w:t xml:space="preserve">C. </w:t>
      </w:r>
      <w:proofErr w:type="spellStart"/>
      <w:r w:rsidRPr="00907BDD">
        <w:rPr>
          <w:i/>
        </w:rPr>
        <w:t>сөйлейеді</w:t>
      </w:r>
      <w:proofErr w:type="spellEnd"/>
    </w:p>
    <w:p w:rsidR="0013344C" w:rsidRPr="00907BDD" w:rsidRDefault="0013344C" w:rsidP="00907BDD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07BDD">
        <w:rPr>
          <w:rFonts w:ascii="Times New Roman" w:hAnsi="Times New Roman" w:cs="Times New Roman"/>
          <w:i/>
          <w:sz w:val="24"/>
          <w:szCs w:val="24"/>
        </w:rPr>
        <w:t>Біз</w:t>
      </w:r>
      <w:proofErr w:type="spellEnd"/>
      <w:r w:rsidRPr="00907B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07BDD">
        <w:rPr>
          <w:rFonts w:ascii="Times New Roman" w:hAnsi="Times New Roman" w:cs="Times New Roman"/>
          <w:i/>
          <w:sz w:val="24"/>
          <w:szCs w:val="24"/>
        </w:rPr>
        <w:t>сабаққа</w:t>
      </w:r>
      <w:proofErr w:type="spellEnd"/>
      <w:r w:rsidRPr="00907B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07BDD">
        <w:rPr>
          <w:rFonts w:ascii="Times New Roman" w:hAnsi="Times New Roman" w:cs="Times New Roman"/>
          <w:i/>
          <w:sz w:val="24"/>
          <w:szCs w:val="24"/>
        </w:rPr>
        <w:t>ерте</w:t>
      </w:r>
      <w:proofErr w:type="spellEnd"/>
      <w:r w:rsidRPr="00907BDD">
        <w:rPr>
          <w:rFonts w:ascii="Times New Roman" w:hAnsi="Times New Roman" w:cs="Times New Roman"/>
          <w:i/>
          <w:sz w:val="24"/>
          <w:szCs w:val="24"/>
        </w:rPr>
        <w:t xml:space="preserve"> ________. </w:t>
      </w:r>
    </w:p>
    <w:p w:rsidR="0013344C" w:rsidRPr="00907BDD" w:rsidRDefault="0013344C" w:rsidP="00907BDD">
      <w:pPr>
        <w:pStyle w:val="aff8"/>
        <w:tabs>
          <w:tab w:val="num" w:pos="426"/>
        </w:tabs>
        <w:spacing w:before="0" w:beforeAutospacing="0" w:after="0" w:afterAutospacing="0"/>
        <w:rPr>
          <w:i/>
        </w:rPr>
      </w:pPr>
      <w:r w:rsidRPr="00907BDD">
        <w:rPr>
          <w:i/>
        </w:rPr>
        <w:t xml:space="preserve">A. </w:t>
      </w:r>
      <w:proofErr w:type="spellStart"/>
      <w:r w:rsidRPr="00907BDD">
        <w:rPr>
          <w:i/>
        </w:rPr>
        <w:t>келеміз</w:t>
      </w:r>
      <w:proofErr w:type="spellEnd"/>
      <w:r w:rsidRPr="00907BDD">
        <w:rPr>
          <w:i/>
        </w:rPr>
        <w:br/>
        <w:t xml:space="preserve">B. </w:t>
      </w:r>
      <w:proofErr w:type="spellStart"/>
      <w:r w:rsidRPr="00907BDD">
        <w:rPr>
          <w:i/>
        </w:rPr>
        <w:t>каламыз</w:t>
      </w:r>
      <w:proofErr w:type="spellEnd"/>
      <w:r w:rsidRPr="00907BDD">
        <w:rPr>
          <w:i/>
        </w:rPr>
        <w:br/>
        <w:t xml:space="preserve">C. </w:t>
      </w:r>
      <w:proofErr w:type="spellStart"/>
      <w:r w:rsidRPr="00907BDD">
        <w:rPr>
          <w:i/>
        </w:rPr>
        <w:t>келйміз</w:t>
      </w:r>
      <w:proofErr w:type="spellEnd"/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Правильные ответы:</w:t>
      </w:r>
      <w:r w:rsidRPr="00907BDD">
        <w:br/>
        <w:t xml:space="preserve">1 </w:t>
      </w:r>
      <w:r w:rsidR="00907BDD">
        <w:rPr>
          <w:lang w:val="kk-KZ"/>
        </w:rPr>
        <w:t>-</w:t>
      </w:r>
      <w:r w:rsidRPr="00907BDD">
        <w:t xml:space="preserve"> A; 2 </w:t>
      </w:r>
      <w:r w:rsidR="00907BDD">
        <w:rPr>
          <w:lang w:val="kk-KZ"/>
        </w:rPr>
        <w:t>-</w:t>
      </w:r>
      <w:r w:rsidRPr="00907BDD">
        <w:t xml:space="preserve"> A; 3 </w:t>
      </w:r>
      <w:r w:rsidR="00907BDD">
        <w:rPr>
          <w:lang w:val="kk-KZ"/>
        </w:rPr>
        <w:t>-</w:t>
      </w:r>
      <w:r w:rsidRPr="00907BDD">
        <w:t xml:space="preserve"> A.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Пояснение:</w:t>
      </w:r>
      <w:r w:rsidRPr="00907BDD">
        <w:t xml:space="preserve"> в </w:t>
      </w:r>
      <w:proofErr w:type="spellStart"/>
      <w:r w:rsidRPr="00907BDD">
        <w:t>ауыспалы</w:t>
      </w:r>
      <w:proofErr w:type="spellEnd"/>
      <w:r w:rsidRPr="00907BDD">
        <w:t xml:space="preserve"> осы </w:t>
      </w:r>
      <w:proofErr w:type="spellStart"/>
      <w:r w:rsidRPr="00907BDD">
        <w:t>шақ</w:t>
      </w:r>
      <w:proofErr w:type="spellEnd"/>
      <w:r w:rsidRPr="00907BDD">
        <w:t xml:space="preserve"> используются суффиксы </w:t>
      </w:r>
      <w:r w:rsidRPr="00907BDD">
        <w:rPr>
          <w:rStyle w:val="af6"/>
        </w:rPr>
        <w:t>-а/-е/-й</w:t>
      </w:r>
      <w:r w:rsidRPr="00907BDD">
        <w:t>: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7"/>
          <w:rFonts w:eastAsiaTheme="majorEastAsia"/>
        </w:rPr>
        <w:t xml:space="preserve">бар + а + </w:t>
      </w:r>
      <w:proofErr w:type="spellStart"/>
      <w:r w:rsidRPr="00907BDD">
        <w:rPr>
          <w:rStyle w:val="af7"/>
          <w:rFonts w:eastAsiaTheme="majorEastAsia"/>
        </w:rPr>
        <w:t>мын</w:t>
      </w:r>
      <w:proofErr w:type="spellEnd"/>
      <w:r w:rsidRPr="00907BDD">
        <w:rPr>
          <w:rStyle w:val="af7"/>
          <w:rFonts w:eastAsiaTheme="majorEastAsia"/>
        </w:rPr>
        <w:t xml:space="preserve"> → </w:t>
      </w:r>
      <w:proofErr w:type="spellStart"/>
      <w:r w:rsidRPr="00907BDD">
        <w:rPr>
          <w:rStyle w:val="af7"/>
          <w:rFonts w:eastAsiaTheme="majorEastAsia"/>
        </w:rPr>
        <w:t>барамын</w:t>
      </w:r>
      <w:proofErr w:type="spellEnd"/>
      <w:r w:rsidRPr="00907BDD">
        <w:br/>
      </w:r>
      <w:proofErr w:type="spellStart"/>
      <w:r w:rsidRPr="00907BDD">
        <w:rPr>
          <w:rStyle w:val="af7"/>
          <w:rFonts w:eastAsiaTheme="majorEastAsia"/>
        </w:rPr>
        <w:t>кел</w:t>
      </w:r>
      <w:proofErr w:type="spellEnd"/>
      <w:r w:rsidRPr="00907BDD">
        <w:rPr>
          <w:rStyle w:val="af7"/>
          <w:rFonts w:eastAsiaTheme="majorEastAsia"/>
        </w:rPr>
        <w:t xml:space="preserve"> + е + </w:t>
      </w:r>
      <w:proofErr w:type="spellStart"/>
      <w:r w:rsidRPr="00907BDD">
        <w:rPr>
          <w:rStyle w:val="af7"/>
          <w:rFonts w:eastAsiaTheme="majorEastAsia"/>
        </w:rPr>
        <w:t>міз</w:t>
      </w:r>
      <w:proofErr w:type="spellEnd"/>
      <w:r w:rsidRPr="00907BDD">
        <w:rPr>
          <w:rStyle w:val="af7"/>
          <w:rFonts w:eastAsiaTheme="majorEastAsia"/>
        </w:rPr>
        <w:t xml:space="preserve"> → </w:t>
      </w:r>
      <w:proofErr w:type="spellStart"/>
      <w:r w:rsidRPr="00907BDD">
        <w:rPr>
          <w:rStyle w:val="af7"/>
          <w:rFonts w:eastAsiaTheme="majorEastAsia"/>
        </w:rPr>
        <w:t>келеміз</w:t>
      </w:r>
      <w:proofErr w:type="spellEnd"/>
      <w:r w:rsidRPr="00907BDD">
        <w:br/>
      </w:r>
      <w:proofErr w:type="spellStart"/>
      <w:r w:rsidRPr="00907BDD">
        <w:rPr>
          <w:rStyle w:val="af7"/>
          <w:rFonts w:eastAsiaTheme="majorEastAsia"/>
        </w:rPr>
        <w:t>сөйле</w:t>
      </w:r>
      <w:proofErr w:type="spellEnd"/>
      <w:r w:rsidRPr="00907BDD">
        <w:rPr>
          <w:rStyle w:val="af7"/>
          <w:rFonts w:eastAsiaTheme="majorEastAsia"/>
        </w:rPr>
        <w:t xml:space="preserve"> + й + </w:t>
      </w:r>
      <w:proofErr w:type="spellStart"/>
      <w:r w:rsidRPr="00907BDD">
        <w:rPr>
          <w:rStyle w:val="af7"/>
          <w:rFonts w:eastAsiaTheme="majorEastAsia"/>
        </w:rPr>
        <w:t>ді</w:t>
      </w:r>
      <w:proofErr w:type="spellEnd"/>
      <w:r w:rsidRPr="00907BDD">
        <w:rPr>
          <w:rStyle w:val="af7"/>
          <w:rFonts w:eastAsiaTheme="majorEastAsia"/>
        </w:rPr>
        <w:t xml:space="preserve"> → </w:t>
      </w:r>
      <w:proofErr w:type="spellStart"/>
      <w:r w:rsidRPr="00907BDD">
        <w:rPr>
          <w:rStyle w:val="af7"/>
          <w:rFonts w:eastAsiaTheme="majorEastAsia"/>
        </w:rPr>
        <w:t>сөйлейді</w:t>
      </w:r>
      <w:proofErr w:type="spellEnd"/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Обратная связь при ошибке:</w:t>
      </w:r>
      <w:r w:rsidRPr="00907BDD">
        <w:t xml:space="preserve"> если основа глагола заканчивается на гласную, используется </w:t>
      </w:r>
      <w:r w:rsidRPr="00907BDD">
        <w:rPr>
          <w:rStyle w:val="af6"/>
        </w:rPr>
        <w:t>-й</w:t>
      </w:r>
      <w:r w:rsidRPr="00907BDD">
        <w:t xml:space="preserve">: </w:t>
      </w:r>
      <w:proofErr w:type="spellStart"/>
      <w:r w:rsidRPr="00907BDD">
        <w:rPr>
          <w:rStyle w:val="af7"/>
          <w:rFonts w:eastAsiaTheme="majorEastAsia"/>
        </w:rPr>
        <w:t>сөйле</w:t>
      </w:r>
      <w:proofErr w:type="spellEnd"/>
      <w:r w:rsidRPr="00907BDD">
        <w:rPr>
          <w:rStyle w:val="af7"/>
          <w:rFonts w:eastAsiaTheme="majorEastAsia"/>
        </w:rPr>
        <w:t xml:space="preserve"> → </w:t>
      </w:r>
      <w:proofErr w:type="spellStart"/>
      <w:r w:rsidRPr="00907BDD">
        <w:rPr>
          <w:rStyle w:val="af7"/>
          <w:rFonts w:eastAsiaTheme="majorEastAsia"/>
        </w:rPr>
        <w:t>сөйлейді</w:t>
      </w:r>
      <w:proofErr w:type="spellEnd"/>
      <w:r w:rsidRPr="00907BDD">
        <w:t>.</w:t>
      </w:r>
    </w:p>
    <w:p w:rsidR="0013344C" w:rsidRPr="00907BDD" w:rsidRDefault="0013344C" w:rsidP="00907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lastRenderedPageBreak/>
        <w:t>Задание 3. «Кто выполняет действие?»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выбор личного окончания.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Дополните предложение.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7"/>
          <w:rFonts w:eastAsiaTheme="majorEastAsia"/>
          <w:i w:val="0"/>
        </w:rPr>
        <w:t xml:space="preserve">Сен </w:t>
      </w:r>
      <w:proofErr w:type="spellStart"/>
      <w:r w:rsidRPr="00907BDD">
        <w:rPr>
          <w:rStyle w:val="af7"/>
          <w:rFonts w:eastAsiaTheme="majorEastAsia"/>
          <w:i w:val="0"/>
        </w:rPr>
        <w:t>күнде</w:t>
      </w:r>
      <w:proofErr w:type="spellEnd"/>
      <w:r w:rsidRPr="00907BDD">
        <w:rPr>
          <w:rStyle w:val="af7"/>
          <w:rFonts w:eastAsiaTheme="majorEastAsia"/>
          <w:i w:val="0"/>
        </w:rPr>
        <w:t xml:space="preserve"> </w:t>
      </w:r>
      <w:proofErr w:type="spellStart"/>
      <w:r w:rsidRPr="00907BDD">
        <w:rPr>
          <w:rStyle w:val="af7"/>
          <w:rFonts w:eastAsiaTheme="majorEastAsia"/>
          <w:i w:val="0"/>
        </w:rPr>
        <w:t>таңертең</w:t>
      </w:r>
      <w:proofErr w:type="spellEnd"/>
      <w:r w:rsidRPr="00907BDD">
        <w:rPr>
          <w:rStyle w:val="af7"/>
          <w:rFonts w:eastAsiaTheme="majorEastAsia"/>
          <w:i w:val="0"/>
        </w:rPr>
        <w:t xml:space="preserve"> </w:t>
      </w:r>
      <w:proofErr w:type="spellStart"/>
      <w:r w:rsidRPr="00907BDD">
        <w:rPr>
          <w:rStyle w:val="af7"/>
          <w:rFonts w:eastAsiaTheme="majorEastAsia"/>
          <w:i w:val="0"/>
        </w:rPr>
        <w:t>ерте</w:t>
      </w:r>
      <w:proofErr w:type="spellEnd"/>
      <w:r w:rsidRPr="00907BDD">
        <w:rPr>
          <w:rStyle w:val="af7"/>
          <w:rFonts w:eastAsiaTheme="majorEastAsia"/>
          <w:i w:val="0"/>
        </w:rPr>
        <w:t xml:space="preserve"> ________.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A. </w:t>
      </w:r>
      <w:proofErr w:type="spellStart"/>
      <w:r w:rsidRPr="00907BDD">
        <w:t>тұрамын</w:t>
      </w:r>
      <w:proofErr w:type="spellEnd"/>
      <w:r w:rsidRPr="00907BDD">
        <w:br/>
        <w:t xml:space="preserve">B. </w:t>
      </w:r>
      <w:proofErr w:type="spellStart"/>
      <w:r w:rsidRPr="00907BDD">
        <w:t>тұрасың</w:t>
      </w:r>
      <w:proofErr w:type="spellEnd"/>
      <w:r w:rsidRPr="00907BDD">
        <w:br/>
        <w:t xml:space="preserve">C. </w:t>
      </w:r>
      <w:proofErr w:type="spellStart"/>
      <w:r w:rsidRPr="00907BDD">
        <w:t>тұрады</w:t>
      </w:r>
      <w:proofErr w:type="spellEnd"/>
      <w:r w:rsidRPr="00907BDD">
        <w:br/>
        <w:t xml:space="preserve">D. </w:t>
      </w:r>
      <w:proofErr w:type="spellStart"/>
      <w:r w:rsidRPr="00907BDD">
        <w:t>тұрамыз</w:t>
      </w:r>
      <w:proofErr w:type="spellEnd"/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 xml:space="preserve">Правильный ответ: B </w:t>
      </w:r>
      <w:r w:rsidR="00907BDD">
        <w:rPr>
          <w:rStyle w:val="af6"/>
          <w:lang w:val="kk-KZ"/>
        </w:rPr>
        <w:t>-</w:t>
      </w:r>
      <w:r w:rsidRPr="00907BDD">
        <w:rPr>
          <w:rStyle w:val="af6"/>
        </w:rPr>
        <w:t xml:space="preserve"> </w:t>
      </w:r>
      <w:proofErr w:type="spellStart"/>
      <w:r w:rsidRPr="00907BDD">
        <w:rPr>
          <w:rStyle w:val="af6"/>
        </w:rPr>
        <w:t>тұрасың</w:t>
      </w:r>
      <w:proofErr w:type="spellEnd"/>
      <w:r w:rsidRPr="00907BDD">
        <w:rPr>
          <w:rStyle w:val="af6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Пояснение:</w:t>
      </w:r>
      <w:r w:rsidRPr="00907BDD">
        <w:t xml:space="preserve"> местоимению </w:t>
      </w:r>
      <w:r w:rsidRPr="00907BDD">
        <w:rPr>
          <w:rStyle w:val="af7"/>
          <w:rFonts w:eastAsiaTheme="majorEastAsia"/>
        </w:rPr>
        <w:t>сен</w:t>
      </w:r>
      <w:r w:rsidRPr="00907BDD">
        <w:t xml:space="preserve"> соответствует личное окончание второго лица: </w:t>
      </w:r>
      <w:proofErr w:type="spellStart"/>
      <w:r w:rsidRPr="00907BDD">
        <w:rPr>
          <w:rStyle w:val="af7"/>
          <w:rFonts w:eastAsiaTheme="majorEastAsia"/>
        </w:rPr>
        <w:t>тұр</w:t>
      </w:r>
      <w:proofErr w:type="spellEnd"/>
      <w:r w:rsidRPr="00907BDD">
        <w:rPr>
          <w:rStyle w:val="af7"/>
          <w:rFonts w:eastAsiaTheme="majorEastAsia"/>
        </w:rPr>
        <w:t xml:space="preserve"> + а + </w:t>
      </w:r>
      <w:proofErr w:type="spellStart"/>
      <w:r w:rsidRPr="00907BDD">
        <w:rPr>
          <w:rStyle w:val="af7"/>
          <w:rFonts w:eastAsiaTheme="majorEastAsia"/>
        </w:rPr>
        <w:t>сың</w:t>
      </w:r>
      <w:proofErr w:type="spellEnd"/>
      <w:r w:rsidRPr="00907BDD">
        <w:rPr>
          <w:rStyle w:val="af7"/>
          <w:rFonts w:eastAsiaTheme="majorEastAsia"/>
        </w:rPr>
        <w:t xml:space="preserve"> → </w:t>
      </w:r>
      <w:proofErr w:type="spellStart"/>
      <w:r w:rsidRPr="00907BDD">
        <w:rPr>
          <w:rStyle w:val="af7"/>
          <w:rFonts w:eastAsiaTheme="majorEastAsia"/>
        </w:rPr>
        <w:t>тұрасың</w:t>
      </w:r>
      <w:proofErr w:type="spellEnd"/>
      <w:r w:rsidRPr="00907BDD"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Обратная связь при ошибке:</w:t>
      </w:r>
      <w:r w:rsidRPr="00907BDD">
        <w:t xml:space="preserve"> сначала определите лицо: </w:t>
      </w:r>
      <w:r w:rsidRPr="00907BDD">
        <w:rPr>
          <w:rStyle w:val="af7"/>
          <w:rFonts w:eastAsiaTheme="majorEastAsia"/>
        </w:rPr>
        <w:t xml:space="preserve">мен, сен, </w:t>
      </w:r>
      <w:proofErr w:type="spellStart"/>
      <w:r w:rsidRPr="00907BDD">
        <w:rPr>
          <w:rStyle w:val="af7"/>
          <w:rFonts w:eastAsiaTheme="majorEastAsia"/>
        </w:rPr>
        <w:t>сіз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ол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біз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сендер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сіздер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олар</w:t>
      </w:r>
      <w:proofErr w:type="spellEnd"/>
      <w:r w:rsidRPr="00907BDD">
        <w:t>, затем выберите соответствующее окончание.</w:t>
      </w:r>
    </w:p>
    <w:p w:rsidR="0013344C" w:rsidRPr="00907BDD" w:rsidRDefault="0013344C" w:rsidP="00907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Задание 4. «Найди ошибку»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грамматический анализ.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Найдите неправильно образованную форму.</w:t>
      </w:r>
    </w:p>
    <w:p w:rsidR="0013344C" w:rsidRPr="00907BDD" w:rsidRDefault="0013344C" w:rsidP="00907BDD">
      <w:pPr>
        <w:pStyle w:val="aff8"/>
        <w:spacing w:before="0" w:beforeAutospacing="0" w:after="0" w:afterAutospacing="0"/>
        <w:rPr>
          <w:i/>
        </w:rPr>
      </w:pPr>
      <w:r w:rsidRPr="00907BDD">
        <w:rPr>
          <w:i/>
        </w:rPr>
        <w:t xml:space="preserve">A. </w:t>
      </w:r>
      <w:r w:rsidRPr="00907BDD">
        <w:rPr>
          <w:rStyle w:val="af7"/>
          <w:rFonts w:eastAsiaTheme="majorEastAsia"/>
          <w:i w:val="0"/>
        </w:rPr>
        <w:t xml:space="preserve">Мен </w:t>
      </w:r>
      <w:proofErr w:type="spellStart"/>
      <w:r w:rsidRPr="00907BDD">
        <w:rPr>
          <w:rStyle w:val="af7"/>
          <w:rFonts w:eastAsiaTheme="majorEastAsia"/>
          <w:i w:val="0"/>
        </w:rPr>
        <w:t>күнде</w:t>
      </w:r>
      <w:proofErr w:type="spellEnd"/>
      <w:r w:rsidRPr="00907BDD">
        <w:rPr>
          <w:rStyle w:val="af7"/>
          <w:rFonts w:eastAsiaTheme="majorEastAsia"/>
          <w:i w:val="0"/>
        </w:rPr>
        <w:t xml:space="preserve"> </w:t>
      </w:r>
      <w:proofErr w:type="spellStart"/>
      <w:r w:rsidRPr="00907BDD">
        <w:rPr>
          <w:rStyle w:val="af7"/>
          <w:rFonts w:eastAsiaTheme="majorEastAsia"/>
          <w:i w:val="0"/>
        </w:rPr>
        <w:t>жұмысқа</w:t>
      </w:r>
      <w:proofErr w:type="spellEnd"/>
      <w:r w:rsidRPr="00907BDD">
        <w:rPr>
          <w:rStyle w:val="af7"/>
          <w:rFonts w:eastAsiaTheme="majorEastAsia"/>
          <w:i w:val="0"/>
        </w:rPr>
        <w:t xml:space="preserve"> </w:t>
      </w:r>
      <w:proofErr w:type="spellStart"/>
      <w:r w:rsidRPr="00907BDD">
        <w:rPr>
          <w:rStyle w:val="af7"/>
          <w:rFonts w:eastAsiaTheme="majorEastAsia"/>
          <w:i w:val="0"/>
        </w:rPr>
        <w:t>барамын</w:t>
      </w:r>
      <w:proofErr w:type="spellEnd"/>
      <w:r w:rsidRPr="00907BDD">
        <w:rPr>
          <w:rStyle w:val="af7"/>
          <w:rFonts w:eastAsiaTheme="majorEastAsia"/>
          <w:i w:val="0"/>
        </w:rPr>
        <w:t>.</w:t>
      </w:r>
      <w:r w:rsidRPr="00907BDD">
        <w:rPr>
          <w:i/>
        </w:rPr>
        <w:br/>
        <w:t xml:space="preserve">B. </w:t>
      </w:r>
      <w:r w:rsidRPr="00907BDD">
        <w:rPr>
          <w:rStyle w:val="af7"/>
          <w:rFonts w:eastAsiaTheme="majorEastAsia"/>
          <w:i w:val="0"/>
        </w:rPr>
        <w:t xml:space="preserve">Сен </w:t>
      </w:r>
      <w:proofErr w:type="spellStart"/>
      <w:r w:rsidRPr="00907BDD">
        <w:rPr>
          <w:rStyle w:val="af7"/>
          <w:rFonts w:eastAsiaTheme="majorEastAsia"/>
          <w:i w:val="0"/>
        </w:rPr>
        <w:t>сабаққа</w:t>
      </w:r>
      <w:proofErr w:type="spellEnd"/>
      <w:r w:rsidRPr="00907BDD">
        <w:rPr>
          <w:rStyle w:val="af7"/>
          <w:rFonts w:eastAsiaTheme="majorEastAsia"/>
          <w:i w:val="0"/>
        </w:rPr>
        <w:t xml:space="preserve"> </w:t>
      </w:r>
      <w:proofErr w:type="spellStart"/>
      <w:r w:rsidRPr="00907BDD">
        <w:rPr>
          <w:rStyle w:val="af7"/>
          <w:rFonts w:eastAsiaTheme="majorEastAsia"/>
          <w:i w:val="0"/>
        </w:rPr>
        <w:t>келесің</w:t>
      </w:r>
      <w:proofErr w:type="spellEnd"/>
      <w:r w:rsidRPr="00907BDD">
        <w:rPr>
          <w:rStyle w:val="af7"/>
          <w:rFonts w:eastAsiaTheme="majorEastAsia"/>
          <w:i w:val="0"/>
        </w:rPr>
        <w:t>.</w:t>
      </w:r>
      <w:r w:rsidRPr="00907BDD">
        <w:rPr>
          <w:i/>
        </w:rPr>
        <w:br/>
        <w:t xml:space="preserve">C. </w:t>
      </w:r>
      <w:proofErr w:type="spellStart"/>
      <w:r w:rsidRPr="00907BDD">
        <w:rPr>
          <w:rStyle w:val="af7"/>
          <w:rFonts w:eastAsiaTheme="majorEastAsia"/>
          <w:i w:val="0"/>
        </w:rPr>
        <w:t>Ол</w:t>
      </w:r>
      <w:proofErr w:type="spellEnd"/>
      <w:r w:rsidRPr="00907BDD">
        <w:rPr>
          <w:rStyle w:val="af7"/>
          <w:rFonts w:eastAsiaTheme="majorEastAsia"/>
          <w:i w:val="0"/>
        </w:rPr>
        <w:t xml:space="preserve"> </w:t>
      </w:r>
      <w:proofErr w:type="spellStart"/>
      <w:r w:rsidRPr="00907BDD">
        <w:rPr>
          <w:rStyle w:val="af7"/>
          <w:rFonts w:eastAsiaTheme="majorEastAsia"/>
          <w:i w:val="0"/>
        </w:rPr>
        <w:t>қазақша</w:t>
      </w:r>
      <w:proofErr w:type="spellEnd"/>
      <w:r w:rsidRPr="00907BDD">
        <w:rPr>
          <w:rStyle w:val="af7"/>
          <w:rFonts w:eastAsiaTheme="majorEastAsia"/>
          <w:i w:val="0"/>
        </w:rPr>
        <w:t xml:space="preserve"> </w:t>
      </w:r>
      <w:proofErr w:type="spellStart"/>
      <w:r w:rsidRPr="00907BDD">
        <w:rPr>
          <w:rStyle w:val="af7"/>
          <w:rFonts w:eastAsiaTheme="majorEastAsia"/>
          <w:i w:val="0"/>
        </w:rPr>
        <w:t>сөйлейді</w:t>
      </w:r>
      <w:proofErr w:type="spellEnd"/>
      <w:r w:rsidRPr="00907BDD">
        <w:rPr>
          <w:rStyle w:val="af7"/>
          <w:rFonts w:eastAsiaTheme="majorEastAsia"/>
          <w:i w:val="0"/>
        </w:rPr>
        <w:t>.</w:t>
      </w:r>
      <w:r w:rsidRPr="00907BDD">
        <w:rPr>
          <w:i/>
        </w:rPr>
        <w:br/>
        <w:t xml:space="preserve">D. </w:t>
      </w:r>
      <w:proofErr w:type="spellStart"/>
      <w:r w:rsidRPr="00907BDD">
        <w:rPr>
          <w:rStyle w:val="af7"/>
          <w:rFonts w:eastAsiaTheme="majorEastAsia"/>
          <w:i w:val="0"/>
        </w:rPr>
        <w:t>Олар</w:t>
      </w:r>
      <w:proofErr w:type="spellEnd"/>
      <w:r w:rsidRPr="00907BDD">
        <w:rPr>
          <w:rStyle w:val="af7"/>
          <w:rFonts w:eastAsiaTheme="majorEastAsia"/>
          <w:i w:val="0"/>
        </w:rPr>
        <w:t xml:space="preserve"> </w:t>
      </w:r>
      <w:proofErr w:type="spellStart"/>
      <w:r w:rsidRPr="00907BDD">
        <w:rPr>
          <w:rStyle w:val="af7"/>
          <w:rFonts w:eastAsiaTheme="majorEastAsia"/>
          <w:i w:val="0"/>
        </w:rPr>
        <w:t>мектепке</w:t>
      </w:r>
      <w:proofErr w:type="spellEnd"/>
      <w:r w:rsidRPr="00907BDD">
        <w:rPr>
          <w:rStyle w:val="af7"/>
          <w:rFonts w:eastAsiaTheme="majorEastAsia"/>
          <w:i w:val="0"/>
        </w:rPr>
        <w:t xml:space="preserve"> </w:t>
      </w:r>
      <w:proofErr w:type="spellStart"/>
      <w:r w:rsidRPr="00907BDD">
        <w:rPr>
          <w:rStyle w:val="af7"/>
          <w:rFonts w:eastAsiaTheme="majorEastAsia"/>
          <w:i w:val="0"/>
        </w:rPr>
        <w:t>барадылар</w:t>
      </w:r>
      <w:proofErr w:type="spellEnd"/>
      <w:r w:rsidRPr="00907BDD">
        <w:rPr>
          <w:rStyle w:val="af7"/>
          <w:rFonts w:eastAsiaTheme="majorEastAsia"/>
          <w:i w:val="0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Правильный ответ: D.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Правильный вариант:</w:t>
      </w:r>
      <w:r w:rsidRPr="00907BDD">
        <w:br/>
      </w:r>
      <w:proofErr w:type="spellStart"/>
      <w:r w:rsidRPr="00907BDD">
        <w:rPr>
          <w:rStyle w:val="af7"/>
          <w:rFonts w:eastAsiaTheme="majorEastAsia"/>
        </w:rPr>
        <w:t>Олар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мектепке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барады</w:t>
      </w:r>
      <w:proofErr w:type="spellEnd"/>
      <w:r w:rsidRPr="00907BDD">
        <w:rPr>
          <w:rStyle w:val="af7"/>
          <w:rFonts w:eastAsiaTheme="majorEastAsia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Пояснение:</w:t>
      </w:r>
      <w:r w:rsidRPr="00907BDD">
        <w:t xml:space="preserve"> в третьем лице формы для </w:t>
      </w:r>
      <w:proofErr w:type="spellStart"/>
      <w:r w:rsidRPr="00907BDD">
        <w:rPr>
          <w:rStyle w:val="af7"/>
          <w:rFonts w:eastAsiaTheme="majorEastAsia"/>
        </w:rPr>
        <w:t>ол</w:t>
      </w:r>
      <w:proofErr w:type="spellEnd"/>
      <w:r w:rsidRPr="00907BDD">
        <w:t xml:space="preserve"> и </w:t>
      </w:r>
      <w:proofErr w:type="spellStart"/>
      <w:r w:rsidRPr="00907BDD">
        <w:rPr>
          <w:rStyle w:val="af7"/>
          <w:rFonts w:eastAsiaTheme="majorEastAsia"/>
        </w:rPr>
        <w:t>олар</w:t>
      </w:r>
      <w:proofErr w:type="spellEnd"/>
      <w:r w:rsidRPr="00907BDD">
        <w:t xml:space="preserve"> совпадают: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proofErr w:type="spellStart"/>
      <w:r w:rsidRPr="00907BDD">
        <w:rPr>
          <w:rStyle w:val="af7"/>
          <w:rFonts w:eastAsiaTheme="majorEastAsia"/>
        </w:rPr>
        <w:t>Ол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барады</w:t>
      </w:r>
      <w:proofErr w:type="spellEnd"/>
      <w:r w:rsidRPr="00907BDD">
        <w:rPr>
          <w:rStyle w:val="af7"/>
          <w:rFonts w:eastAsiaTheme="majorEastAsia"/>
        </w:rPr>
        <w:t>.</w:t>
      </w:r>
      <w:r w:rsidRPr="00907BDD">
        <w:br/>
      </w:r>
      <w:proofErr w:type="spellStart"/>
      <w:r w:rsidRPr="00907BDD">
        <w:rPr>
          <w:rStyle w:val="af7"/>
          <w:rFonts w:eastAsiaTheme="majorEastAsia"/>
        </w:rPr>
        <w:t>Олар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барады</w:t>
      </w:r>
      <w:proofErr w:type="spellEnd"/>
      <w:r w:rsidRPr="00907BDD">
        <w:rPr>
          <w:rStyle w:val="af7"/>
          <w:rFonts w:eastAsiaTheme="majorEastAsia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Обратная связь при ошибке:</w:t>
      </w:r>
      <w:r w:rsidRPr="00907BDD">
        <w:t xml:space="preserve"> в третьем лице множественного числа дополнительное окончание множественного числа к глаголу не присоединяется.</w:t>
      </w:r>
    </w:p>
    <w:p w:rsidR="0013344C" w:rsidRPr="00907BDD" w:rsidRDefault="0013344C" w:rsidP="00907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Задание 5. «Мой обычный день»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составление микротекста.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Напишите </w:t>
      </w:r>
      <w:r w:rsidRPr="00907BDD">
        <w:rPr>
          <w:rStyle w:val="af6"/>
        </w:rPr>
        <w:t>три предложения</w:t>
      </w:r>
      <w:r w:rsidRPr="00907BDD">
        <w:t xml:space="preserve"> о своих регулярных действиях.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Используйте слова: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proofErr w:type="spellStart"/>
      <w:r w:rsidRPr="00907BDD">
        <w:rPr>
          <w:rStyle w:val="af7"/>
          <w:rFonts w:eastAsiaTheme="majorEastAsia"/>
        </w:rPr>
        <w:t>күнде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жиі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әдетте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әрқашан</w:t>
      </w:r>
      <w:proofErr w:type="spellEnd"/>
      <w:r w:rsidRPr="00907BDD">
        <w:rPr>
          <w:rStyle w:val="af7"/>
          <w:rFonts w:eastAsiaTheme="majorEastAsia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Возможный ответ: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7"/>
          <w:rFonts w:eastAsiaTheme="majorEastAsia"/>
        </w:rPr>
        <w:t xml:space="preserve">Мен </w:t>
      </w:r>
      <w:proofErr w:type="spellStart"/>
      <w:r w:rsidRPr="00907BDD">
        <w:rPr>
          <w:rStyle w:val="af7"/>
          <w:rFonts w:eastAsiaTheme="majorEastAsia"/>
        </w:rPr>
        <w:t>күнде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сағат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жетіде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тұрамын</w:t>
      </w:r>
      <w:proofErr w:type="spellEnd"/>
      <w:r w:rsidRPr="00907BDD">
        <w:rPr>
          <w:rStyle w:val="af7"/>
          <w:rFonts w:eastAsiaTheme="majorEastAsia"/>
        </w:rPr>
        <w:t>.</w:t>
      </w:r>
      <w:r w:rsidRPr="00907BDD">
        <w:br/>
      </w:r>
      <w:r w:rsidRPr="00907BDD">
        <w:rPr>
          <w:rStyle w:val="af7"/>
          <w:rFonts w:eastAsiaTheme="majorEastAsia"/>
        </w:rPr>
        <w:t xml:space="preserve">Мен </w:t>
      </w:r>
      <w:proofErr w:type="spellStart"/>
      <w:r w:rsidRPr="00907BDD">
        <w:rPr>
          <w:rStyle w:val="af7"/>
          <w:rFonts w:eastAsiaTheme="majorEastAsia"/>
        </w:rPr>
        <w:t>университетке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автобуспен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барамын</w:t>
      </w:r>
      <w:proofErr w:type="spellEnd"/>
      <w:r w:rsidRPr="00907BDD">
        <w:rPr>
          <w:rStyle w:val="af7"/>
          <w:rFonts w:eastAsiaTheme="majorEastAsia"/>
        </w:rPr>
        <w:t>.</w:t>
      </w:r>
      <w:r w:rsidRPr="00907BDD">
        <w:br/>
      </w:r>
      <w:proofErr w:type="spellStart"/>
      <w:r w:rsidRPr="00907BDD">
        <w:rPr>
          <w:rStyle w:val="af7"/>
          <w:rFonts w:eastAsiaTheme="majorEastAsia"/>
        </w:rPr>
        <w:t>Кешке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жиі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кітап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оқимын</w:t>
      </w:r>
      <w:proofErr w:type="spellEnd"/>
      <w:r w:rsidRPr="00907BDD">
        <w:rPr>
          <w:rStyle w:val="af7"/>
          <w:rFonts w:eastAsiaTheme="majorEastAsia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Самопроверка:</w:t>
      </w:r>
      <w:r w:rsidRPr="00907BDD">
        <w:t xml:space="preserve"> в каждом предложении действие должно обозначать привычное или регулярно повторяющееся действие.</w:t>
      </w:r>
    </w:p>
    <w:p w:rsidR="00907BDD" w:rsidRDefault="00907BDD" w:rsidP="00907BDD">
      <w:pPr>
        <w:pStyle w:val="aff8"/>
        <w:spacing w:before="0" w:beforeAutospacing="0" w:after="0" w:afterAutospacing="0"/>
        <w:rPr>
          <w:rStyle w:val="af6"/>
        </w:rPr>
      </w:pPr>
    </w:p>
    <w:p w:rsidR="00907BDD" w:rsidRPr="00907BDD" w:rsidRDefault="00907BDD" w:rsidP="00907BDD">
      <w:pPr>
        <w:pStyle w:val="aff8"/>
        <w:spacing w:before="0" w:beforeAutospacing="0" w:after="0" w:afterAutospacing="0"/>
        <w:rPr>
          <w:rStyle w:val="af6"/>
          <w:lang w:val="kk-KZ"/>
        </w:rPr>
      </w:pPr>
      <w:r>
        <w:rPr>
          <w:rStyle w:val="af6"/>
          <w:lang w:val="kk-KZ"/>
        </w:rPr>
        <w:t>Оценивание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5 баллов</w:t>
      </w:r>
      <w:r w:rsidRPr="00907BDD">
        <w:t xml:space="preserve"> </w:t>
      </w:r>
      <w:r w:rsidR="00907BDD">
        <w:rPr>
          <w:lang w:val="kk-KZ"/>
        </w:rPr>
        <w:t>-</w:t>
      </w:r>
      <w:r w:rsidRPr="00907BDD">
        <w:t xml:space="preserve"> форма </w:t>
      </w:r>
      <w:proofErr w:type="spellStart"/>
      <w:r w:rsidRPr="00907BDD">
        <w:t>ауыспалы</w:t>
      </w:r>
      <w:proofErr w:type="spellEnd"/>
      <w:r w:rsidRPr="00907BDD">
        <w:t xml:space="preserve"> осы </w:t>
      </w:r>
      <w:proofErr w:type="spellStart"/>
      <w:r w:rsidRPr="00907BDD">
        <w:t>шақ</w:t>
      </w:r>
      <w:proofErr w:type="spellEnd"/>
      <w:r w:rsidRPr="00907BDD">
        <w:t xml:space="preserve"> образуется и употребляется правильно.</w:t>
      </w:r>
      <w:r w:rsidRPr="00907BDD">
        <w:br/>
      </w:r>
      <w:r w:rsidRPr="00907BDD">
        <w:rPr>
          <w:rStyle w:val="af6"/>
        </w:rPr>
        <w:t>4 балла</w:t>
      </w:r>
      <w:r w:rsidRPr="00907BDD">
        <w:t xml:space="preserve"> </w:t>
      </w:r>
      <w:r w:rsidR="00907BDD">
        <w:rPr>
          <w:lang w:val="kk-KZ"/>
        </w:rPr>
        <w:t>-</w:t>
      </w:r>
      <w:r w:rsidRPr="00907BDD">
        <w:t xml:space="preserve"> материал усвоен; можно переходить к отрицательной форме.</w:t>
      </w:r>
      <w:r w:rsidRPr="00907BDD">
        <w:br/>
      </w:r>
      <w:r w:rsidRPr="00907BDD">
        <w:rPr>
          <w:rStyle w:val="af6"/>
        </w:rPr>
        <w:lastRenderedPageBreak/>
        <w:t>2</w:t>
      </w:r>
      <w:r w:rsidR="00907BDD">
        <w:rPr>
          <w:rStyle w:val="af6"/>
          <w:lang w:val="kk-KZ"/>
        </w:rPr>
        <w:t>-</w:t>
      </w:r>
      <w:r w:rsidRPr="00907BDD">
        <w:rPr>
          <w:rStyle w:val="af6"/>
        </w:rPr>
        <w:t>3 балла</w:t>
      </w:r>
      <w:r w:rsidRPr="00907BDD">
        <w:t xml:space="preserve"> </w:t>
      </w:r>
      <w:r w:rsidR="00907BDD">
        <w:rPr>
          <w:lang w:val="kk-KZ"/>
        </w:rPr>
        <w:t>-</w:t>
      </w:r>
      <w:r w:rsidRPr="00907BDD">
        <w:t xml:space="preserve"> рекомендуется повторить суффиксы </w:t>
      </w:r>
      <w:r w:rsidRPr="00907BDD">
        <w:rPr>
          <w:rStyle w:val="af6"/>
        </w:rPr>
        <w:t>-а/-е/-й</w:t>
      </w:r>
      <w:r w:rsidRPr="00907BDD">
        <w:t xml:space="preserve"> и личные окончания.</w:t>
      </w:r>
      <w:r w:rsidRPr="00907BDD">
        <w:br/>
      </w:r>
      <w:r w:rsidRPr="00907BDD">
        <w:rPr>
          <w:rStyle w:val="af6"/>
        </w:rPr>
        <w:t>0</w:t>
      </w:r>
      <w:r w:rsidR="00907BDD">
        <w:rPr>
          <w:rStyle w:val="af6"/>
          <w:lang w:val="kk-KZ"/>
        </w:rPr>
        <w:t>-</w:t>
      </w:r>
      <w:r w:rsidRPr="00907BDD">
        <w:rPr>
          <w:rStyle w:val="af6"/>
        </w:rPr>
        <w:t>1 балл</w:t>
      </w:r>
      <w:r w:rsidRPr="00907BDD">
        <w:t xml:space="preserve"> </w:t>
      </w:r>
      <w:r w:rsidR="00907BDD">
        <w:rPr>
          <w:lang w:val="kk-KZ"/>
        </w:rPr>
        <w:t>-</w:t>
      </w:r>
      <w:r w:rsidRPr="00907BDD">
        <w:t xml:space="preserve"> необходимо повторно изучить урок 1 и выполнить задания ещё раз.</w:t>
      </w:r>
    </w:p>
    <w:p w:rsidR="0013344C" w:rsidRPr="00907BDD" w:rsidRDefault="0013344C" w:rsidP="00907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13344C" w:rsidRPr="00907BDD" w:rsidRDefault="0013344C" w:rsidP="00907BDD">
      <w:pPr>
        <w:pStyle w:val="1"/>
        <w:spacing w:before="0" w:after="0" w:line="240" w:lineRule="auto"/>
        <w:rPr>
          <w:rFonts w:ascii="Times New Roman" w:hAnsi="Times New Roman" w:cs="Times New Roman"/>
          <w:caps/>
          <w:sz w:val="24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  <w:lastRenderedPageBreak/>
        <w:t>Формативное задание: урок 2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Тема:</w:t>
      </w:r>
      <w:r w:rsidRPr="00907BDD">
        <w:t xml:space="preserve"> </w:t>
      </w:r>
      <w:proofErr w:type="spellStart"/>
      <w:r w:rsidRPr="00907BDD">
        <w:t>Ауыспалы</w:t>
      </w:r>
      <w:proofErr w:type="spellEnd"/>
      <w:r w:rsidRPr="00907BDD">
        <w:t xml:space="preserve"> осы </w:t>
      </w:r>
      <w:proofErr w:type="spellStart"/>
      <w:r w:rsidRPr="00907BDD">
        <w:t>шақтың</w:t>
      </w:r>
      <w:proofErr w:type="spellEnd"/>
      <w:r w:rsidRPr="00907BDD">
        <w:t xml:space="preserve"> </w:t>
      </w:r>
      <w:proofErr w:type="spellStart"/>
      <w:r w:rsidRPr="00907BDD">
        <w:t>болымсыз</w:t>
      </w:r>
      <w:proofErr w:type="spellEnd"/>
      <w:r w:rsidRPr="00907BDD">
        <w:t xml:space="preserve"> </w:t>
      </w:r>
      <w:proofErr w:type="spellStart"/>
      <w:r w:rsidRPr="00907BDD">
        <w:t>түрі</w:t>
      </w:r>
      <w:proofErr w:type="spellEnd"/>
      <w:r w:rsidRPr="00907BDD">
        <w:br/>
      </w:r>
      <w:r w:rsidRPr="00907BDD">
        <w:rPr>
          <w:rStyle w:val="af6"/>
          <w:b w:val="0"/>
          <w:bCs w:val="0"/>
        </w:rPr>
        <w:t>Инструкция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Выполните пять тренировочных заданий. За каждое правильно выполненное задание начисляется </w:t>
      </w:r>
      <w:r w:rsidRPr="00907BDD">
        <w:rPr>
          <w:rStyle w:val="af6"/>
          <w:b w:val="0"/>
        </w:rPr>
        <w:t>1 балл</w:t>
      </w:r>
      <w:r w:rsidRPr="00907BDD">
        <w:rPr>
          <w:b/>
        </w:rPr>
        <w:t>.</w:t>
      </w:r>
      <w:r w:rsidRPr="00907BDD">
        <w:t xml:space="preserve"> Максимальное количество </w:t>
      </w:r>
      <w:r w:rsidR="00907BDD">
        <w:rPr>
          <w:lang w:val="kk-KZ"/>
        </w:rPr>
        <w:t>-</w:t>
      </w:r>
      <w:r w:rsidRPr="00907BDD">
        <w:t xml:space="preserve"> </w:t>
      </w:r>
      <w:r w:rsidRPr="00907BDD">
        <w:rPr>
          <w:rStyle w:val="af6"/>
          <w:b w:val="0"/>
        </w:rPr>
        <w:t>5 баллов</w:t>
      </w:r>
      <w:r w:rsidRPr="00907BDD">
        <w:rPr>
          <w:b/>
        </w:rPr>
        <w:t>.</w:t>
      </w:r>
      <w:r w:rsidRPr="00907BDD">
        <w:t xml:space="preserve"> Результат не влияет на итоговую оценку. Задания можно выполнять повторно.</w:t>
      </w:r>
    </w:p>
    <w:p w:rsidR="00907BDD" w:rsidRDefault="00907BDD" w:rsidP="00907BDD">
      <w:pPr>
        <w:pStyle w:val="3"/>
        <w:spacing w:before="0" w:after="0" w:line="240" w:lineRule="auto"/>
        <w:rPr>
          <w:rStyle w:val="af6"/>
          <w:rFonts w:ascii="Times New Roman" w:hAnsi="Times New Roman" w:cs="Times New Roman"/>
          <w:b/>
          <w:bCs/>
          <w:szCs w:val="24"/>
          <w:lang w:val="ru-RU"/>
        </w:rPr>
      </w:pP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Задание 1. «Утверждение или отрицание?»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распределение карточек.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Распределите предложения на две группы: </w:t>
      </w:r>
      <w:r w:rsidRPr="00907BDD">
        <w:rPr>
          <w:rStyle w:val="af6"/>
        </w:rPr>
        <w:t>утвердительная форма</w:t>
      </w:r>
      <w:r w:rsidRPr="00907BDD">
        <w:t xml:space="preserve"> и </w:t>
      </w:r>
      <w:r w:rsidRPr="00907BDD">
        <w:rPr>
          <w:rStyle w:val="af6"/>
        </w:rPr>
        <w:t>отрицательная форма</w:t>
      </w:r>
      <w:r w:rsidRPr="00907BDD"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A. </w:t>
      </w:r>
      <w:r w:rsidRPr="00907BDD">
        <w:rPr>
          <w:rStyle w:val="af7"/>
          <w:rFonts w:eastAsiaTheme="majorEastAsia"/>
        </w:rPr>
        <w:t xml:space="preserve">Мен </w:t>
      </w:r>
      <w:proofErr w:type="spellStart"/>
      <w:r w:rsidRPr="00907BDD">
        <w:rPr>
          <w:rStyle w:val="af7"/>
          <w:rFonts w:eastAsiaTheme="majorEastAsia"/>
        </w:rPr>
        <w:t>күнде</w:t>
      </w:r>
      <w:proofErr w:type="spellEnd"/>
      <w:r w:rsidRPr="00907BDD">
        <w:rPr>
          <w:rStyle w:val="af7"/>
          <w:rFonts w:eastAsiaTheme="majorEastAsia"/>
        </w:rPr>
        <w:t xml:space="preserve"> кофе </w:t>
      </w:r>
      <w:proofErr w:type="spellStart"/>
      <w:r w:rsidRPr="00907BDD">
        <w:rPr>
          <w:rStyle w:val="af7"/>
          <w:rFonts w:eastAsiaTheme="majorEastAsia"/>
        </w:rPr>
        <w:t>ішемін</w:t>
      </w:r>
      <w:proofErr w:type="spellEnd"/>
      <w:r w:rsidRPr="00907BDD">
        <w:rPr>
          <w:rStyle w:val="af7"/>
          <w:rFonts w:eastAsiaTheme="majorEastAsia"/>
        </w:rPr>
        <w:t>.</w:t>
      </w:r>
      <w:r w:rsidRPr="00907BDD">
        <w:br/>
        <w:t xml:space="preserve">B. </w:t>
      </w:r>
      <w:r w:rsidRPr="00907BDD">
        <w:rPr>
          <w:rStyle w:val="af7"/>
          <w:rFonts w:eastAsiaTheme="majorEastAsia"/>
        </w:rPr>
        <w:t xml:space="preserve">Мен </w:t>
      </w:r>
      <w:proofErr w:type="spellStart"/>
      <w:r w:rsidRPr="00907BDD">
        <w:rPr>
          <w:rStyle w:val="af7"/>
          <w:rFonts w:eastAsiaTheme="majorEastAsia"/>
        </w:rPr>
        <w:t>күнде</w:t>
      </w:r>
      <w:proofErr w:type="spellEnd"/>
      <w:r w:rsidRPr="00907BDD">
        <w:rPr>
          <w:rStyle w:val="af7"/>
          <w:rFonts w:eastAsiaTheme="majorEastAsia"/>
        </w:rPr>
        <w:t xml:space="preserve"> кофе </w:t>
      </w:r>
      <w:proofErr w:type="spellStart"/>
      <w:r w:rsidRPr="00907BDD">
        <w:rPr>
          <w:rStyle w:val="af7"/>
          <w:rFonts w:eastAsiaTheme="majorEastAsia"/>
        </w:rPr>
        <w:t>ішпеймін</w:t>
      </w:r>
      <w:proofErr w:type="spellEnd"/>
      <w:r w:rsidRPr="00907BDD">
        <w:rPr>
          <w:rStyle w:val="af7"/>
          <w:rFonts w:eastAsiaTheme="majorEastAsia"/>
        </w:rPr>
        <w:t>.</w:t>
      </w:r>
      <w:r w:rsidRPr="00907BDD">
        <w:br/>
        <w:t xml:space="preserve">C. </w:t>
      </w:r>
      <w:proofErr w:type="spellStart"/>
      <w:r w:rsidRPr="00907BDD">
        <w:rPr>
          <w:rStyle w:val="af7"/>
          <w:rFonts w:eastAsiaTheme="majorEastAsia"/>
        </w:rPr>
        <w:t>Ол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теледидар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көреді</w:t>
      </w:r>
      <w:proofErr w:type="spellEnd"/>
      <w:r w:rsidRPr="00907BDD">
        <w:rPr>
          <w:rStyle w:val="af7"/>
          <w:rFonts w:eastAsiaTheme="majorEastAsia"/>
        </w:rPr>
        <w:t>.</w:t>
      </w:r>
      <w:r w:rsidRPr="00907BDD">
        <w:br/>
        <w:t xml:space="preserve">D. </w:t>
      </w:r>
      <w:proofErr w:type="spellStart"/>
      <w:r w:rsidRPr="00907BDD">
        <w:rPr>
          <w:rStyle w:val="af7"/>
          <w:rFonts w:eastAsiaTheme="majorEastAsia"/>
        </w:rPr>
        <w:t>Ол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теледидар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көрмейді</w:t>
      </w:r>
      <w:proofErr w:type="spellEnd"/>
      <w:r w:rsidRPr="00907BDD">
        <w:rPr>
          <w:rStyle w:val="af7"/>
          <w:rFonts w:eastAsiaTheme="majorEastAsia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Правильное распределение: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6"/>
        <w:gridCol w:w="2547"/>
      </w:tblGrid>
      <w:tr w:rsidR="0013344C" w:rsidRPr="00907BDD" w:rsidTr="0013344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3344C" w:rsidRPr="00907BDD" w:rsidRDefault="0013344C" w:rsidP="00907B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0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Утвердительная</w:t>
            </w:r>
            <w:proofErr w:type="spellEnd"/>
            <w:r w:rsidRPr="0090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3344C" w:rsidRPr="00907BDD" w:rsidRDefault="0013344C" w:rsidP="00907B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0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Отрицательная</w:t>
            </w:r>
            <w:proofErr w:type="spellEnd"/>
            <w:r w:rsidRPr="0090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07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  <w:proofErr w:type="spellEnd"/>
          </w:p>
        </w:tc>
      </w:tr>
      <w:tr w:rsidR="0013344C" w:rsidRPr="00907BDD" w:rsidTr="001334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3344C" w:rsidRPr="00907BDD" w:rsidRDefault="0013344C" w:rsidP="00907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7BDD">
              <w:rPr>
                <w:rFonts w:ascii="Times New Roman" w:hAnsi="Times New Roman" w:cs="Times New Roman"/>
                <w:sz w:val="24"/>
                <w:szCs w:val="24"/>
              </w:rPr>
              <w:t>A, C</w:t>
            </w:r>
          </w:p>
        </w:tc>
        <w:tc>
          <w:tcPr>
            <w:tcW w:w="0" w:type="auto"/>
            <w:vAlign w:val="center"/>
            <w:hideMark/>
          </w:tcPr>
          <w:p w:rsidR="0013344C" w:rsidRPr="00907BDD" w:rsidRDefault="0013344C" w:rsidP="00907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7BDD">
              <w:rPr>
                <w:rFonts w:ascii="Times New Roman" w:hAnsi="Times New Roman" w:cs="Times New Roman"/>
                <w:sz w:val="24"/>
                <w:szCs w:val="24"/>
              </w:rPr>
              <w:t>B, D</w:t>
            </w:r>
          </w:p>
        </w:tc>
      </w:tr>
    </w:tbl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Пояснение:</w:t>
      </w:r>
      <w:r w:rsidRPr="00907BDD">
        <w:t xml:space="preserve"> формы </w:t>
      </w:r>
      <w:proofErr w:type="spellStart"/>
      <w:r w:rsidRPr="00907BDD">
        <w:rPr>
          <w:rStyle w:val="af7"/>
          <w:rFonts w:eastAsiaTheme="majorEastAsia"/>
        </w:rPr>
        <w:t>ішпеймін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көрмейді</w:t>
      </w:r>
      <w:proofErr w:type="spellEnd"/>
      <w:r w:rsidRPr="00907BDD">
        <w:t xml:space="preserve"> содержат отрицательные суффиксы.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Обратная связь при ошибке:</w:t>
      </w:r>
      <w:r w:rsidRPr="00907BDD">
        <w:t xml:space="preserve"> ищите показатели отрицания </w:t>
      </w:r>
      <w:r w:rsidRPr="00907BDD">
        <w:rPr>
          <w:rStyle w:val="af6"/>
        </w:rPr>
        <w:t>-</w:t>
      </w:r>
      <w:proofErr w:type="spellStart"/>
      <w:r w:rsidRPr="00907BDD">
        <w:rPr>
          <w:rStyle w:val="af6"/>
        </w:rPr>
        <w:t>ма</w:t>
      </w:r>
      <w:proofErr w:type="spellEnd"/>
      <w:r w:rsidRPr="00907BDD">
        <w:rPr>
          <w:rStyle w:val="af6"/>
        </w:rPr>
        <w:t>/-</w:t>
      </w:r>
      <w:proofErr w:type="spellStart"/>
      <w:r w:rsidRPr="00907BDD">
        <w:rPr>
          <w:rStyle w:val="af6"/>
        </w:rPr>
        <w:t>ме</w:t>
      </w:r>
      <w:proofErr w:type="spellEnd"/>
      <w:r w:rsidRPr="00907BDD">
        <w:rPr>
          <w:rStyle w:val="af6"/>
        </w:rPr>
        <w:t>, -ба/-</w:t>
      </w:r>
      <w:proofErr w:type="spellStart"/>
      <w:r w:rsidRPr="00907BDD">
        <w:rPr>
          <w:rStyle w:val="af6"/>
        </w:rPr>
        <w:t>бе</w:t>
      </w:r>
      <w:proofErr w:type="spellEnd"/>
      <w:r w:rsidRPr="00907BDD">
        <w:rPr>
          <w:rStyle w:val="af6"/>
        </w:rPr>
        <w:t>, -па/-</w:t>
      </w:r>
      <w:proofErr w:type="spellStart"/>
      <w:r w:rsidRPr="00907BDD">
        <w:rPr>
          <w:rStyle w:val="af6"/>
        </w:rPr>
        <w:t>пе</w:t>
      </w:r>
      <w:proofErr w:type="spellEnd"/>
      <w:r w:rsidRPr="00907BDD">
        <w:t>.</w:t>
      </w:r>
    </w:p>
    <w:p w:rsidR="0013344C" w:rsidRPr="00907BDD" w:rsidRDefault="0013344C" w:rsidP="00907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Задание 2. «Подбери отрицательный суффикс»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выбор формы.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Соотнесите глагол с правильным отрицательным суффиксом.</w:t>
      </w:r>
    </w:p>
    <w:p w:rsidR="0013344C" w:rsidRPr="00907BDD" w:rsidRDefault="0013344C" w:rsidP="00907BDD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907BDD">
        <w:rPr>
          <w:rStyle w:val="af7"/>
          <w:rFonts w:ascii="Times New Roman" w:hAnsi="Times New Roman" w:cs="Times New Roman"/>
          <w:sz w:val="24"/>
          <w:szCs w:val="24"/>
        </w:rPr>
        <w:t>бар</w:t>
      </w:r>
      <w:proofErr w:type="spellEnd"/>
      <w:r w:rsidRPr="00907B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44C" w:rsidRPr="00907BDD" w:rsidRDefault="0013344C" w:rsidP="00907BDD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907BDD">
        <w:rPr>
          <w:rStyle w:val="af7"/>
          <w:rFonts w:ascii="Times New Roman" w:hAnsi="Times New Roman" w:cs="Times New Roman"/>
          <w:sz w:val="24"/>
          <w:szCs w:val="24"/>
        </w:rPr>
        <w:t>жаз</w:t>
      </w:r>
      <w:proofErr w:type="spellEnd"/>
      <w:r w:rsidRPr="00907B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44C" w:rsidRPr="00907BDD" w:rsidRDefault="0013344C" w:rsidP="00907BDD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907BDD">
        <w:rPr>
          <w:rStyle w:val="af7"/>
          <w:rFonts w:ascii="Times New Roman" w:hAnsi="Times New Roman" w:cs="Times New Roman"/>
          <w:sz w:val="24"/>
          <w:szCs w:val="24"/>
        </w:rPr>
        <w:t>айт</w:t>
      </w:r>
      <w:proofErr w:type="spellEnd"/>
      <w:r w:rsidRPr="00907B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A. -па</w:t>
      </w:r>
      <w:r w:rsidRPr="00907BDD">
        <w:br/>
        <w:t>B. -</w:t>
      </w:r>
      <w:proofErr w:type="spellStart"/>
      <w:r w:rsidRPr="00907BDD">
        <w:t>ма</w:t>
      </w:r>
      <w:proofErr w:type="spellEnd"/>
      <w:r w:rsidRPr="00907BDD">
        <w:br/>
        <w:t>C. -ба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Правильный ответ:</w:t>
      </w:r>
      <w:r w:rsidRPr="00907BDD">
        <w:br/>
        <w:t xml:space="preserve">1 </w:t>
      </w:r>
      <w:r w:rsidR="00907BDD">
        <w:rPr>
          <w:lang w:val="kk-KZ"/>
        </w:rPr>
        <w:t>-</w:t>
      </w:r>
      <w:r w:rsidRPr="00907BDD">
        <w:t xml:space="preserve"> B: </w:t>
      </w:r>
      <w:proofErr w:type="spellStart"/>
      <w:r w:rsidRPr="00907BDD">
        <w:rPr>
          <w:rStyle w:val="af7"/>
          <w:rFonts w:eastAsiaTheme="majorEastAsia"/>
        </w:rPr>
        <w:t>барма</w:t>
      </w:r>
      <w:proofErr w:type="spellEnd"/>
      <w:r w:rsidRPr="00907BDD">
        <w:br/>
        <w:t xml:space="preserve">2 </w:t>
      </w:r>
      <w:r w:rsidR="00907BDD">
        <w:rPr>
          <w:lang w:val="kk-KZ"/>
        </w:rPr>
        <w:t>-</w:t>
      </w:r>
      <w:r w:rsidRPr="00907BDD">
        <w:t xml:space="preserve"> C: </w:t>
      </w:r>
      <w:proofErr w:type="spellStart"/>
      <w:r w:rsidRPr="00907BDD">
        <w:rPr>
          <w:rStyle w:val="af7"/>
          <w:rFonts w:eastAsiaTheme="majorEastAsia"/>
        </w:rPr>
        <w:t>жазба</w:t>
      </w:r>
      <w:proofErr w:type="spellEnd"/>
      <w:r w:rsidRPr="00907BDD">
        <w:br/>
        <w:t xml:space="preserve">3 </w:t>
      </w:r>
      <w:r w:rsidR="00907BDD">
        <w:rPr>
          <w:lang w:val="kk-KZ"/>
        </w:rPr>
        <w:t>-</w:t>
      </w:r>
      <w:r w:rsidRPr="00907BDD">
        <w:t xml:space="preserve"> A: </w:t>
      </w:r>
      <w:proofErr w:type="spellStart"/>
      <w:r w:rsidRPr="00907BDD">
        <w:rPr>
          <w:rStyle w:val="af7"/>
          <w:rFonts w:eastAsiaTheme="majorEastAsia"/>
        </w:rPr>
        <w:t>айтпа</w:t>
      </w:r>
      <w:proofErr w:type="spellEnd"/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Пояснение:</w:t>
      </w:r>
      <w:r w:rsidRPr="00907BDD">
        <w:t xml:space="preserve"> вариант отрицательного суффикса зависит от последнего звука основы и закона сингармонизма.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Обратная связь при ошибке:</w:t>
      </w:r>
      <w:r w:rsidRPr="00907BDD">
        <w:t xml:space="preserve"> сравните формы из презентации: </w:t>
      </w:r>
      <w:proofErr w:type="spellStart"/>
      <w:r w:rsidRPr="00907BDD">
        <w:rPr>
          <w:rStyle w:val="af7"/>
          <w:rFonts w:eastAsiaTheme="majorEastAsia"/>
        </w:rPr>
        <w:t>барма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жазба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айтпа</w:t>
      </w:r>
      <w:proofErr w:type="spellEnd"/>
      <w:r w:rsidRPr="00907BDD">
        <w:t xml:space="preserve">. </w:t>
      </w:r>
    </w:p>
    <w:p w:rsidR="00907BDD" w:rsidRDefault="00907BDD" w:rsidP="00907BDD">
      <w:pPr>
        <w:pStyle w:val="3"/>
        <w:spacing w:before="0" w:after="0" w:line="240" w:lineRule="auto"/>
        <w:rPr>
          <w:rStyle w:val="af6"/>
          <w:rFonts w:ascii="Times New Roman" w:hAnsi="Times New Roman" w:cs="Times New Roman"/>
          <w:b/>
          <w:bCs/>
          <w:szCs w:val="24"/>
          <w:lang w:val="ru-RU"/>
        </w:rPr>
      </w:pP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Задание 3. «Собери форму»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конструирование слова.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Из данных элементов составьте правильную форму</w:t>
      </w:r>
      <w:r w:rsidR="00907BDD">
        <w:rPr>
          <w:lang w:val="kk-KZ"/>
        </w:rPr>
        <w:t xml:space="preserve"> а ауыспалы осы шақ болымсыз түрі</w:t>
      </w:r>
      <w:r w:rsidRPr="00907BDD"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A. </w:t>
      </w:r>
      <w:proofErr w:type="spellStart"/>
      <w:r w:rsidRPr="00907BDD">
        <w:t>бармамын</w:t>
      </w:r>
      <w:proofErr w:type="spellEnd"/>
      <w:r w:rsidRPr="00907BDD">
        <w:br/>
        <w:t xml:space="preserve">B. </w:t>
      </w:r>
      <w:proofErr w:type="spellStart"/>
      <w:r w:rsidRPr="00907BDD">
        <w:t>бармаймын</w:t>
      </w:r>
      <w:proofErr w:type="spellEnd"/>
      <w:r w:rsidRPr="00907BDD">
        <w:br/>
        <w:t xml:space="preserve">C. </w:t>
      </w:r>
      <w:proofErr w:type="spellStart"/>
      <w:r w:rsidRPr="00907BDD">
        <w:t>бармайды</w:t>
      </w:r>
      <w:proofErr w:type="spellEnd"/>
      <w:r w:rsidRPr="00907BDD">
        <w:br/>
        <w:t xml:space="preserve">D. </w:t>
      </w:r>
      <w:proofErr w:type="spellStart"/>
      <w:r w:rsidRPr="00907BDD">
        <w:t>бармайсың</w:t>
      </w:r>
      <w:proofErr w:type="spellEnd"/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 xml:space="preserve">Правильный ответ: B </w:t>
      </w:r>
      <w:r w:rsidR="00907BDD">
        <w:rPr>
          <w:rStyle w:val="af6"/>
          <w:lang w:val="kk-KZ"/>
        </w:rPr>
        <w:t>-</w:t>
      </w:r>
      <w:r w:rsidRPr="00907BDD">
        <w:rPr>
          <w:rStyle w:val="af6"/>
        </w:rPr>
        <w:t xml:space="preserve"> </w:t>
      </w:r>
      <w:proofErr w:type="spellStart"/>
      <w:r w:rsidRPr="00907BDD">
        <w:rPr>
          <w:rStyle w:val="af6"/>
        </w:rPr>
        <w:t>бармаймын</w:t>
      </w:r>
      <w:proofErr w:type="spellEnd"/>
      <w:r w:rsidRPr="00907BDD">
        <w:rPr>
          <w:rStyle w:val="af6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lastRenderedPageBreak/>
        <w:t>Пояснение:</w:t>
      </w:r>
      <w:r w:rsidRPr="00907BDD">
        <w:t xml:space="preserve"> отрицательная форма строится по модели: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основа глагола + отрицательный суффикс + -й + личное окончание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7"/>
          <w:rFonts w:eastAsiaTheme="majorEastAsia"/>
        </w:rPr>
        <w:t xml:space="preserve">бар + </w:t>
      </w:r>
      <w:proofErr w:type="spellStart"/>
      <w:r w:rsidRPr="00907BDD">
        <w:rPr>
          <w:rStyle w:val="af7"/>
          <w:rFonts w:eastAsiaTheme="majorEastAsia"/>
        </w:rPr>
        <w:t>ма</w:t>
      </w:r>
      <w:proofErr w:type="spellEnd"/>
      <w:r w:rsidRPr="00907BDD">
        <w:rPr>
          <w:rStyle w:val="af7"/>
          <w:rFonts w:eastAsiaTheme="majorEastAsia"/>
        </w:rPr>
        <w:t xml:space="preserve"> + й + </w:t>
      </w:r>
      <w:proofErr w:type="spellStart"/>
      <w:r w:rsidRPr="00907BDD">
        <w:rPr>
          <w:rStyle w:val="af7"/>
          <w:rFonts w:eastAsiaTheme="majorEastAsia"/>
        </w:rPr>
        <w:t>мын</w:t>
      </w:r>
      <w:proofErr w:type="spellEnd"/>
      <w:r w:rsidRPr="00907BDD">
        <w:rPr>
          <w:rStyle w:val="af7"/>
          <w:rFonts w:eastAsiaTheme="majorEastAsia"/>
        </w:rPr>
        <w:t xml:space="preserve"> → </w:t>
      </w:r>
      <w:proofErr w:type="spellStart"/>
      <w:r w:rsidRPr="00907BDD">
        <w:rPr>
          <w:rStyle w:val="af7"/>
          <w:rFonts w:eastAsiaTheme="majorEastAsia"/>
        </w:rPr>
        <w:t>бармаймын</w:t>
      </w:r>
      <w:proofErr w:type="spellEnd"/>
      <w:r w:rsidRPr="00907BDD">
        <w:rPr>
          <w:rStyle w:val="af7"/>
          <w:rFonts w:eastAsiaTheme="majorEastAsia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Обратная связь при ошибке:</w:t>
      </w:r>
      <w:r w:rsidRPr="00907BDD">
        <w:t xml:space="preserve"> после отрицательного суффикса перед личным окончанием используется </w:t>
      </w:r>
      <w:r w:rsidRPr="00907BDD">
        <w:rPr>
          <w:rStyle w:val="af6"/>
        </w:rPr>
        <w:t>-й</w:t>
      </w:r>
      <w:r w:rsidRPr="00907BDD">
        <w:t xml:space="preserve">. </w:t>
      </w:r>
    </w:p>
    <w:p w:rsidR="0013344C" w:rsidRPr="00907BDD" w:rsidRDefault="0013344C" w:rsidP="00907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Задание 4. «Измени смысл»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трансформация предложения.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Выберите правильную отрицательную форму предложения: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proofErr w:type="spellStart"/>
      <w:r w:rsidRPr="00907BDD">
        <w:rPr>
          <w:rStyle w:val="af7"/>
          <w:rFonts w:eastAsiaTheme="majorEastAsia"/>
        </w:rPr>
        <w:t>Ол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күнде</w:t>
      </w:r>
      <w:proofErr w:type="spellEnd"/>
      <w:r w:rsidRPr="00907BDD">
        <w:rPr>
          <w:rStyle w:val="af7"/>
          <w:rFonts w:eastAsiaTheme="majorEastAsia"/>
        </w:rPr>
        <w:t xml:space="preserve"> газет </w:t>
      </w:r>
      <w:proofErr w:type="spellStart"/>
      <w:r w:rsidRPr="00907BDD">
        <w:rPr>
          <w:rStyle w:val="af7"/>
          <w:rFonts w:eastAsiaTheme="majorEastAsia"/>
        </w:rPr>
        <w:t>оқиды</w:t>
      </w:r>
      <w:proofErr w:type="spellEnd"/>
      <w:r w:rsidRPr="00907BDD">
        <w:rPr>
          <w:rStyle w:val="af7"/>
          <w:rFonts w:eastAsiaTheme="majorEastAsia"/>
        </w:rPr>
        <w:t>.</w:t>
      </w:r>
    </w:p>
    <w:p w:rsidR="0013344C" w:rsidRPr="008A330B" w:rsidRDefault="0013344C" w:rsidP="00907BDD">
      <w:pPr>
        <w:pStyle w:val="aff8"/>
        <w:spacing w:before="0" w:beforeAutospacing="0" w:after="0" w:afterAutospacing="0"/>
      </w:pPr>
      <w:r w:rsidRPr="008A330B">
        <w:t xml:space="preserve">A. </w:t>
      </w:r>
      <w:proofErr w:type="spellStart"/>
      <w:r w:rsidRPr="008A330B">
        <w:rPr>
          <w:rStyle w:val="af7"/>
          <w:rFonts w:eastAsiaTheme="majorEastAsia"/>
        </w:rPr>
        <w:t>Ол</w:t>
      </w:r>
      <w:proofErr w:type="spellEnd"/>
      <w:r w:rsidRPr="008A330B">
        <w:rPr>
          <w:rStyle w:val="af7"/>
          <w:rFonts w:eastAsiaTheme="majorEastAsia"/>
        </w:rPr>
        <w:t xml:space="preserve"> </w:t>
      </w:r>
      <w:proofErr w:type="spellStart"/>
      <w:r w:rsidRPr="008A330B">
        <w:rPr>
          <w:rStyle w:val="af7"/>
          <w:rFonts w:eastAsiaTheme="majorEastAsia"/>
        </w:rPr>
        <w:t>күнде</w:t>
      </w:r>
      <w:proofErr w:type="spellEnd"/>
      <w:r w:rsidRPr="008A330B">
        <w:rPr>
          <w:rStyle w:val="af7"/>
          <w:rFonts w:eastAsiaTheme="majorEastAsia"/>
        </w:rPr>
        <w:t xml:space="preserve"> газет </w:t>
      </w:r>
      <w:proofErr w:type="spellStart"/>
      <w:r w:rsidRPr="008A330B">
        <w:rPr>
          <w:rStyle w:val="af7"/>
          <w:rFonts w:eastAsiaTheme="majorEastAsia"/>
        </w:rPr>
        <w:t>оқымайды</w:t>
      </w:r>
      <w:proofErr w:type="spellEnd"/>
      <w:r w:rsidRPr="008A330B">
        <w:rPr>
          <w:rStyle w:val="af7"/>
          <w:rFonts w:eastAsiaTheme="majorEastAsia"/>
        </w:rPr>
        <w:t>.</w:t>
      </w:r>
      <w:r w:rsidRPr="008A330B">
        <w:br/>
        <w:t xml:space="preserve">B. </w:t>
      </w:r>
      <w:proofErr w:type="spellStart"/>
      <w:r w:rsidRPr="008A330B">
        <w:rPr>
          <w:rStyle w:val="af7"/>
          <w:rFonts w:eastAsiaTheme="majorEastAsia"/>
        </w:rPr>
        <w:t>Ол</w:t>
      </w:r>
      <w:proofErr w:type="spellEnd"/>
      <w:r w:rsidRPr="008A330B">
        <w:rPr>
          <w:rStyle w:val="af7"/>
          <w:rFonts w:eastAsiaTheme="majorEastAsia"/>
        </w:rPr>
        <w:t xml:space="preserve"> </w:t>
      </w:r>
      <w:proofErr w:type="spellStart"/>
      <w:r w:rsidRPr="008A330B">
        <w:rPr>
          <w:rStyle w:val="af7"/>
          <w:rFonts w:eastAsiaTheme="majorEastAsia"/>
        </w:rPr>
        <w:t>күнде</w:t>
      </w:r>
      <w:proofErr w:type="spellEnd"/>
      <w:r w:rsidRPr="008A330B">
        <w:rPr>
          <w:rStyle w:val="af7"/>
          <w:rFonts w:eastAsiaTheme="majorEastAsia"/>
        </w:rPr>
        <w:t xml:space="preserve"> газет </w:t>
      </w:r>
      <w:proofErr w:type="spellStart"/>
      <w:r w:rsidRPr="008A330B">
        <w:rPr>
          <w:rStyle w:val="af7"/>
          <w:rFonts w:eastAsiaTheme="majorEastAsia"/>
        </w:rPr>
        <w:t>оқымаймын</w:t>
      </w:r>
      <w:proofErr w:type="spellEnd"/>
      <w:r w:rsidRPr="008A330B">
        <w:rPr>
          <w:rStyle w:val="af7"/>
          <w:rFonts w:eastAsiaTheme="majorEastAsia"/>
        </w:rPr>
        <w:t>.</w:t>
      </w:r>
      <w:r w:rsidRPr="008A330B">
        <w:br/>
        <w:t xml:space="preserve">C. </w:t>
      </w:r>
      <w:proofErr w:type="spellStart"/>
      <w:r w:rsidRPr="008A330B">
        <w:rPr>
          <w:rStyle w:val="af7"/>
          <w:rFonts w:eastAsiaTheme="majorEastAsia"/>
        </w:rPr>
        <w:t>Ол</w:t>
      </w:r>
      <w:proofErr w:type="spellEnd"/>
      <w:r w:rsidRPr="008A330B">
        <w:rPr>
          <w:rStyle w:val="af7"/>
          <w:rFonts w:eastAsiaTheme="majorEastAsia"/>
        </w:rPr>
        <w:t xml:space="preserve"> </w:t>
      </w:r>
      <w:proofErr w:type="spellStart"/>
      <w:r w:rsidRPr="008A330B">
        <w:rPr>
          <w:rStyle w:val="af7"/>
          <w:rFonts w:eastAsiaTheme="majorEastAsia"/>
        </w:rPr>
        <w:t>күнде</w:t>
      </w:r>
      <w:proofErr w:type="spellEnd"/>
      <w:r w:rsidRPr="008A330B">
        <w:rPr>
          <w:rStyle w:val="af7"/>
          <w:rFonts w:eastAsiaTheme="majorEastAsia"/>
        </w:rPr>
        <w:t xml:space="preserve"> газет </w:t>
      </w:r>
      <w:proofErr w:type="spellStart"/>
      <w:r w:rsidRPr="008A330B">
        <w:rPr>
          <w:rStyle w:val="af7"/>
          <w:rFonts w:eastAsiaTheme="majorEastAsia"/>
        </w:rPr>
        <w:t>оқымайсың</w:t>
      </w:r>
      <w:proofErr w:type="spellEnd"/>
      <w:r w:rsidRPr="008A330B">
        <w:rPr>
          <w:rStyle w:val="af7"/>
          <w:rFonts w:eastAsiaTheme="majorEastAsia"/>
        </w:rPr>
        <w:t>.</w:t>
      </w:r>
      <w:r w:rsidRPr="008A330B">
        <w:br/>
        <w:t xml:space="preserve">D. </w:t>
      </w:r>
      <w:proofErr w:type="spellStart"/>
      <w:r w:rsidRPr="008A330B">
        <w:rPr>
          <w:rStyle w:val="af7"/>
          <w:rFonts w:eastAsiaTheme="majorEastAsia"/>
        </w:rPr>
        <w:t>Ол</w:t>
      </w:r>
      <w:proofErr w:type="spellEnd"/>
      <w:r w:rsidRPr="008A330B">
        <w:rPr>
          <w:rStyle w:val="af7"/>
          <w:rFonts w:eastAsiaTheme="majorEastAsia"/>
        </w:rPr>
        <w:t xml:space="preserve"> </w:t>
      </w:r>
      <w:proofErr w:type="spellStart"/>
      <w:r w:rsidRPr="008A330B">
        <w:rPr>
          <w:rStyle w:val="af7"/>
          <w:rFonts w:eastAsiaTheme="majorEastAsia"/>
        </w:rPr>
        <w:t>күнде</w:t>
      </w:r>
      <w:proofErr w:type="spellEnd"/>
      <w:r w:rsidRPr="008A330B">
        <w:rPr>
          <w:rStyle w:val="af7"/>
          <w:rFonts w:eastAsiaTheme="majorEastAsia"/>
        </w:rPr>
        <w:t xml:space="preserve"> газет </w:t>
      </w:r>
      <w:proofErr w:type="spellStart"/>
      <w:r w:rsidRPr="008A330B">
        <w:rPr>
          <w:rStyle w:val="af7"/>
          <w:rFonts w:eastAsiaTheme="majorEastAsia"/>
        </w:rPr>
        <w:t>оқымайдыдар</w:t>
      </w:r>
      <w:proofErr w:type="spellEnd"/>
      <w:r w:rsidRPr="008A330B">
        <w:rPr>
          <w:rStyle w:val="af7"/>
          <w:rFonts w:eastAsiaTheme="majorEastAsia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Правильный ответ: A.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Пояснение:</w:t>
      </w:r>
      <w:r w:rsidRPr="00907BDD">
        <w:t xml:space="preserve"> </w:t>
      </w:r>
      <w:proofErr w:type="spellStart"/>
      <w:proofErr w:type="gramStart"/>
      <w:r w:rsidRPr="00907BDD">
        <w:rPr>
          <w:rStyle w:val="af7"/>
          <w:rFonts w:eastAsiaTheme="majorEastAsia"/>
        </w:rPr>
        <w:t>ол</w:t>
      </w:r>
      <w:proofErr w:type="spellEnd"/>
      <w:r w:rsidRPr="00907BDD">
        <w:t xml:space="preserve">  третье</w:t>
      </w:r>
      <w:proofErr w:type="gramEnd"/>
      <w:r w:rsidRPr="00907BDD">
        <w:t xml:space="preserve"> лицо. Правильная форма: </w:t>
      </w:r>
      <w:proofErr w:type="spellStart"/>
      <w:r w:rsidRPr="00907BDD">
        <w:rPr>
          <w:rStyle w:val="af7"/>
          <w:rFonts w:eastAsiaTheme="majorEastAsia"/>
        </w:rPr>
        <w:t>оқымайды</w:t>
      </w:r>
      <w:proofErr w:type="spellEnd"/>
      <w:r w:rsidRPr="00907BDD"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Обратная связь при ошибке:</w:t>
      </w:r>
      <w:r w:rsidRPr="00907BDD">
        <w:t xml:space="preserve"> в третьем лице отрицательная форма заканчивается на </w:t>
      </w:r>
      <w:r w:rsidRPr="00907BDD">
        <w:rPr>
          <w:rStyle w:val="af6"/>
        </w:rPr>
        <w:t>-</w:t>
      </w:r>
      <w:proofErr w:type="spellStart"/>
      <w:r w:rsidRPr="00907BDD">
        <w:rPr>
          <w:rStyle w:val="af6"/>
        </w:rPr>
        <w:t>ды</w:t>
      </w:r>
      <w:proofErr w:type="spellEnd"/>
      <w:r w:rsidRPr="00907BDD">
        <w:rPr>
          <w:rStyle w:val="af6"/>
        </w:rPr>
        <w:t>/-</w:t>
      </w:r>
      <w:proofErr w:type="spellStart"/>
      <w:r w:rsidRPr="00907BDD">
        <w:rPr>
          <w:rStyle w:val="af6"/>
        </w:rPr>
        <w:t>ді</w:t>
      </w:r>
      <w:proofErr w:type="spellEnd"/>
      <w:r w:rsidRPr="00907BDD">
        <w:t xml:space="preserve">: </w:t>
      </w:r>
      <w:proofErr w:type="spellStart"/>
      <w:r w:rsidRPr="00907BDD">
        <w:rPr>
          <w:rStyle w:val="af7"/>
          <w:rFonts w:eastAsiaTheme="majorEastAsia"/>
        </w:rPr>
        <w:t>бармайды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келмейді</w:t>
      </w:r>
      <w:proofErr w:type="spellEnd"/>
      <w:r w:rsidRPr="00907BDD">
        <w:t xml:space="preserve">. </w:t>
      </w:r>
    </w:p>
    <w:p w:rsidR="0013344C" w:rsidRPr="00907BDD" w:rsidRDefault="0013344C" w:rsidP="00907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Задание 5. «Что я обычно не делаю?»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создание предложений.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Напишите три предложения о действиях, которые вы обычно </w:t>
      </w:r>
      <w:r w:rsidRPr="00907BDD">
        <w:rPr>
          <w:rStyle w:val="af6"/>
        </w:rPr>
        <w:t>не выполняете</w:t>
      </w:r>
      <w:r w:rsidRPr="00907BDD"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Используйте глаголы: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7"/>
          <w:rFonts w:eastAsiaTheme="majorEastAsia"/>
        </w:rPr>
        <w:t xml:space="preserve">бару, </w:t>
      </w:r>
      <w:proofErr w:type="spellStart"/>
      <w:r w:rsidRPr="00907BDD">
        <w:rPr>
          <w:rStyle w:val="af7"/>
          <w:rFonts w:eastAsiaTheme="majorEastAsia"/>
        </w:rPr>
        <w:t>көру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ішу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оқу</w:t>
      </w:r>
      <w:proofErr w:type="spellEnd"/>
      <w:r w:rsidRPr="00907BDD">
        <w:rPr>
          <w:rStyle w:val="af7"/>
          <w:rFonts w:eastAsiaTheme="majorEastAsia"/>
        </w:rPr>
        <w:t xml:space="preserve">, </w:t>
      </w:r>
      <w:proofErr w:type="spellStart"/>
      <w:r w:rsidRPr="00907BDD">
        <w:rPr>
          <w:rStyle w:val="af7"/>
          <w:rFonts w:eastAsiaTheme="majorEastAsia"/>
        </w:rPr>
        <w:t>ойнау</w:t>
      </w:r>
      <w:proofErr w:type="spellEnd"/>
      <w:r w:rsidRPr="00907BDD">
        <w:rPr>
          <w:rStyle w:val="af7"/>
          <w:rFonts w:eastAsiaTheme="majorEastAsia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Возможный ответ: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7"/>
          <w:rFonts w:eastAsiaTheme="majorEastAsia"/>
        </w:rPr>
        <w:t xml:space="preserve">Мен </w:t>
      </w:r>
      <w:proofErr w:type="spellStart"/>
      <w:r w:rsidRPr="00907BDD">
        <w:rPr>
          <w:rStyle w:val="af7"/>
          <w:rFonts w:eastAsiaTheme="majorEastAsia"/>
        </w:rPr>
        <w:t>таңертең</w:t>
      </w:r>
      <w:proofErr w:type="spellEnd"/>
      <w:r w:rsidRPr="00907BDD">
        <w:rPr>
          <w:rStyle w:val="af7"/>
          <w:rFonts w:eastAsiaTheme="majorEastAsia"/>
        </w:rPr>
        <w:t xml:space="preserve"> кофе </w:t>
      </w:r>
      <w:proofErr w:type="spellStart"/>
      <w:r w:rsidRPr="00907BDD">
        <w:rPr>
          <w:rStyle w:val="af7"/>
          <w:rFonts w:eastAsiaTheme="majorEastAsia"/>
        </w:rPr>
        <w:t>ішпеймін</w:t>
      </w:r>
      <w:proofErr w:type="spellEnd"/>
      <w:r w:rsidRPr="00907BDD">
        <w:rPr>
          <w:rStyle w:val="af7"/>
          <w:rFonts w:eastAsiaTheme="majorEastAsia"/>
        </w:rPr>
        <w:t>.</w:t>
      </w:r>
      <w:r w:rsidRPr="00907BDD">
        <w:br/>
      </w:r>
      <w:r w:rsidRPr="00907BDD">
        <w:rPr>
          <w:rStyle w:val="af7"/>
          <w:rFonts w:eastAsiaTheme="majorEastAsia"/>
        </w:rPr>
        <w:t xml:space="preserve">Мен </w:t>
      </w:r>
      <w:proofErr w:type="spellStart"/>
      <w:r w:rsidRPr="00907BDD">
        <w:rPr>
          <w:rStyle w:val="af7"/>
          <w:rFonts w:eastAsiaTheme="majorEastAsia"/>
        </w:rPr>
        <w:t>күнде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теледидар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көрмеймін</w:t>
      </w:r>
      <w:proofErr w:type="spellEnd"/>
      <w:r w:rsidRPr="00907BDD">
        <w:rPr>
          <w:rStyle w:val="af7"/>
          <w:rFonts w:eastAsiaTheme="majorEastAsia"/>
        </w:rPr>
        <w:t>.</w:t>
      </w:r>
      <w:r w:rsidRPr="00907BDD">
        <w:br/>
      </w:r>
      <w:r w:rsidRPr="00907BDD">
        <w:rPr>
          <w:rStyle w:val="af7"/>
          <w:rFonts w:eastAsiaTheme="majorEastAsia"/>
        </w:rPr>
        <w:t xml:space="preserve">Мен </w:t>
      </w:r>
      <w:proofErr w:type="spellStart"/>
      <w:r w:rsidRPr="00907BDD">
        <w:rPr>
          <w:rStyle w:val="af7"/>
          <w:rFonts w:eastAsiaTheme="majorEastAsia"/>
        </w:rPr>
        <w:t>жұмыс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күндері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компьютерлік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ойын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ойнамаймын</w:t>
      </w:r>
      <w:proofErr w:type="spellEnd"/>
      <w:r w:rsidRPr="00907BDD">
        <w:rPr>
          <w:rStyle w:val="af7"/>
          <w:rFonts w:eastAsiaTheme="majorEastAsia"/>
        </w:rPr>
        <w:t>.</w:t>
      </w:r>
    </w:p>
    <w:p w:rsidR="008A330B" w:rsidRDefault="008A330B" w:rsidP="00907BDD">
      <w:pPr>
        <w:pStyle w:val="3"/>
        <w:spacing w:before="0" w:after="0" w:line="240" w:lineRule="auto"/>
        <w:rPr>
          <w:rStyle w:val="af6"/>
          <w:rFonts w:ascii="Times New Roman" w:hAnsi="Times New Roman" w:cs="Times New Roman"/>
          <w:b/>
          <w:bCs/>
          <w:szCs w:val="24"/>
          <w:lang w:val="ru-RU"/>
        </w:rPr>
      </w:pPr>
    </w:p>
    <w:p w:rsidR="0013344C" w:rsidRPr="00907BDD" w:rsidRDefault="008A330B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Оценивание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5 баллов</w:t>
      </w:r>
      <w:r w:rsidRPr="00907BDD">
        <w:t xml:space="preserve"> </w:t>
      </w:r>
      <w:r w:rsidR="008A330B">
        <w:rPr>
          <w:lang w:val="kk-KZ"/>
        </w:rPr>
        <w:t>-</w:t>
      </w:r>
      <w:r w:rsidRPr="00907BDD">
        <w:t xml:space="preserve"> отрицательная форма образуется и употребляется правильно.</w:t>
      </w:r>
      <w:r w:rsidRPr="00907BDD">
        <w:br/>
      </w:r>
      <w:r w:rsidRPr="00907BDD">
        <w:rPr>
          <w:rStyle w:val="af6"/>
        </w:rPr>
        <w:t>4 балла</w:t>
      </w:r>
      <w:r w:rsidRPr="00907BDD">
        <w:t xml:space="preserve"> </w:t>
      </w:r>
      <w:r w:rsidR="008A330B">
        <w:rPr>
          <w:lang w:val="kk-KZ"/>
        </w:rPr>
        <w:t>-</w:t>
      </w:r>
      <w:r w:rsidRPr="00907BDD">
        <w:t xml:space="preserve"> материал усвоен; основные суффиксы различаются правильно.</w:t>
      </w:r>
      <w:r w:rsidRPr="00907BDD">
        <w:br/>
      </w:r>
      <w:r w:rsidRPr="00907BDD">
        <w:rPr>
          <w:rStyle w:val="af6"/>
        </w:rPr>
        <w:t>2–3 балла</w:t>
      </w:r>
      <w:r w:rsidRPr="00907BDD">
        <w:t xml:space="preserve"> </w:t>
      </w:r>
      <w:r w:rsidR="008A330B">
        <w:rPr>
          <w:lang w:val="kk-KZ"/>
        </w:rPr>
        <w:t>-</w:t>
      </w:r>
      <w:r w:rsidRPr="00907BDD">
        <w:t xml:space="preserve"> рекомендуется повторить выбор </w:t>
      </w:r>
      <w:r w:rsidRPr="00907BDD">
        <w:rPr>
          <w:rStyle w:val="af6"/>
        </w:rPr>
        <w:t>-</w:t>
      </w:r>
      <w:proofErr w:type="spellStart"/>
      <w:r w:rsidRPr="00907BDD">
        <w:rPr>
          <w:rStyle w:val="af6"/>
        </w:rPr>
        <w:t>ма</w:t>
      </w:r>
      <w:proofErr w:type="spellEnd"/>
      <w:r w:rsidRPr="00907BDD">
        <w:rPr>
          <w:rStyle w:val="af6"/>
        </w:rPr>
        <w:t>/-</w:t>
      </w:r>
      <w:proofErr w:type="spellStart"/>
      <w:r w:rsidRPr="00907BDD">
        <w:rPr>
          <w:rStyle w:val="af6"/>
        </w:rPr>
        <w:t>ме</w:t>
      </w:r>
      <w:proofErr w:type="spellEnd"/>
      <w:r w:rsidRPr="00907BDD">
        <w:rPr>
          <w:rStyle w:val="af6"/>
        </w:rPr>
        <w:t>, -ба/-</w:t>
      </w:r>
      <w:proofErr w:type="spellStart"/>
      <w:r w:rsidRPr="00907BDD">
        <w:rPr>
          <w:rStyle w:val="af6"/>
        </w:rPr>
        <w:t>бе</w:t>
      </w:r>
      <w:proofErr w:type="spellEnd"/>
      <w:r w:rsidRPr="00907BDD">
        <w:rPr>
          <w:rStyle w:val="af6"/>
        </w:rPr>
        <w:t>, -па/-</w:t>
      </w:r>
      <w:proofErr w:type="spellStart"/>
      <w:r w:rsidRPr="00907BDD">
        <w:rPr>
          <w:rStyle w:val="af6"/>
        </w:rPr>
        <w:t>пе</w:t>
      </w:r>
      <w:proofErr w:type="spellEnd"/>
      <w:r w:rsidRPr="00907BDD">
        <w:t>.</w:t>
      </w:r>
      <w:r w:rsidRPr="00907BDD">
        <w:br/>
      </w:r>
      <w:r w:rsidRPr="00907BDD">
        <w:rPr>
          <w:rStyle w:val="af6"/>
        </w:rPr>
        <w:t>0–1 балл</w:t>
      </w:r>
      <w:r w:rsidRPr="00907BDD">
        <w:t xml:space="preserve"> </w:t>
      </w:r>
      <w:r w:rsidR="008A330B">
        <w:rPr>
          <w:lang w:val="kk-KZ"/>
        </w:rPr>
        <w:t>-</w:t>
      </w:r>
      <w:r w:rsidRPr="00907BDD">
        <w:t xml:space="preserve"> необходимо повторно изучить урок 2 и выполнить задания ещё раз.</w:t>
      </w:r>
    </w:p>
    <w:p w:rsidR="0013344C" w:rsidRPr="00907BDD" w:rsidRDefault="0013344C" w:rsidP="00907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8A330B">
      <w:pPr>
        <w:rPr>
          <w:lang w:val="ru-RU"/>
        </w:rPr>
      </w:pPr>
    </w:p>
    <w:p w:rsidR="008A330B" w:rsidRPr="008A330B" w:rsidRDefault="008A330B" w:rsidP="008A330B">
      <w:pPr>
        <w:rPr>
          <w:lang w:val="ru-RU"/>
        </w:rPr>
      </w:pPr>
    </w:p>
    <w:p w:rsidR="008A330B" w:rsidRDefault="008A330B" w:rsidP="00907BDD">
      <w:pPr>
        <w:pStyle w:val="1"/>
        <w:spacing w:before="0" w:after="0" w:line="240" w:lineRule="auto"/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8A330B" w:rsidRDefault="008A330B" w:rsidP="008A330B">
      <w:pPr>
        <w:rPr>
          <w:lang w:val="ru-RU"/>
        </w:rPr>
      </w:pPr>
    </w:p>
    <w:p w:rsidR="008A330B" w:rsidRDefault="008A330B" w:rsidP="008A330B">
      <w:pPr>
        <w:rPr>
          <w:lang w:val="ru-RU"/>
        </w:rPr>
      </w:pPr>
    </w:p>
    <w:p w:rsidR="008A330B" w:rsidRPr="008A330B" w:rsidRDefault="008A330B" w:rsidP="008A330B">
      <w:pPr>
        <w:rPr>
          <w:lang w:val="ru-RU"/>
        </w:rPr>
      </w:pPr>
    </w:p>
    <w:p w:rsidR="0013344C" w:rsidRPr="008A330B" w:rsidRDefault="0013344C" w:rsidP="00907BDD">
      <w:pPr>
        <w:pStyle w:val="1"/>
        <w:spacing w:before="0" w:after="0" w:line="240" w:lineRule="auto"/>
        <w:rPr>
          <w:rFonts w:ascii="Times New Roman" w:hAnsi="Times New Roman" w:cs="Times New Roman"/>
          <w:caps/>
          <w:sz w:val="24"/>
          <w:szCs w:val="24"/>
          <w:lang w:val="ru-RU"/>
        </w:rPr>
      </w:pPr>
      <w:bookmarkStart w:id="0" w:name="_GoBack"/>
      <w:bookmarkEnd w:id="0"/>
      <w:r w:rsidRPr="008A330B">
        <w:rPr>
          <w:rStyle w:val="af6"/>
          <w:rFonts w:ascii="Times New Roman" w:hAnsi="Times New Roman" w:cs="Times New Roman"/>
          <w:b/>
          <w:bCs/>
          <w:caps/>
          <w:sz w:val="24"/>
          <w:szCs w:val="24"/>
          <w:lang w:val="ru-RU"/>
        </w:rPr>
        <w:lastRenderedPageBreak/>
        <w:t>Формативное задание: урок 3</w:t>
      </w:r>
    </w:p>
    <w:p w:rsidR="0013344C" w:rsidRPr="00907BDD" w:rsidRDefault="0013344C" w:rsidP="008A330B">
      <w:pPr>
        <w:pStyle w:val="aff8"/>
        <w:spacing w:before="0" w:beforeAutospacing="0" w:after="0" w:afterAutospacing="0"/>
      </w:pPr>
      <w:r w:rsidRPr="00907BDD">
        <w:rPr>
          <w:rStyle w:val="af6"/>
        </w:rPr>
        <w:t>Тема:</w:t>
      </w:r>
      <w:r w:rsidRPr="00907BDD">
        <w:t xml:space="preserve"> </w:t>
      </w:r>
      <w:proofErr w:type="spellStart"/>
      <w:r w:rsidRPr="00907BDD">
        <w:t>Ауыспалы</w:t>
      </w:r>
      <w:proofErr w:type="spellEnd"/>
      <w:r w:rsidRPr="00907BDD">
        <w:t xml:space="preserve"> осы </w:t>
      </w:r>
      <w:proofErr w:type="spellStart"/>
      <w:r w:rsidRPr="00907BDD">
        <w:t>шақ</w:t>
      </w:r>
      <w:proofErr w:type="spellEnd"/>
      <w:r w:rsidRPr="00907BDD">
        <w:t xml:space="preserve">. </w:t>
      </w:r>
      <w:proofErr w:type="spellStart"/>
      <w:r w:rsidRPr="00907BDD">
        <w:t>Сұраулы</w:t>
      </w:r>
      <w:proofErr w:type="spellEnd"/>
      <w:r w:rsidRPr="00907BDD">
        <w:t xml:space="preserve"> </w:t>
      </w:r>
      <w:proofErr w:type="spellStart"/>
      <w:r w:rsidRPr="00907BDD">
        <w:t>сөйлем</w:t>
      </w:r>
      <w:proofErr w:type="spellEnd"/>
      <w:r w:rsidRPr="00907BDD">
        <w:br/>
      </w:r>
      <w:r w:rsidRPr="00907BDD">
        <w:rPr>
          <w:rStyle w:val="af6"/>
          <w:b w:val="0"/>
          <w:bCs w:val="0"/>
        </w:rPr>
        <w:t>Инструкция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Выполните пять тренировочных заданий. За каждое правильно выполненное задание начисляется </w:t>
      </w:r>
      <w:r w:rsidRPr="008A330B">
        <w:rPr>
          <w:rStyle w:val="af6"/>
          <w:b w:val="0"/>
        </w:rPr>
        <w:t>1 балл</w:t>
      </w:r>
      <w:r w:rsidRPr="008A330B">
        <w:rPr>
          <w:b/>
        </w:rPr>
        <w:t>.</w:t>
      </w:r>
      <w:r w:rsidRPr="00907BDD">
        <w:t xml:space="preserve"> Максимальное количество </w:t>
      </w:r>
      <w:r w:rsidR="008A330B">
        <w:rPr>
          <w:b/>
          <w:lang w:val="kk-KZ"/>
        </w:rPr>
        <w:t>-</w:t>
      </w:r>
      <w:r w:rsidRPr="008A330B">
        <w:rPr>
          <w:b/>
        </w:rPr>
        <w:t xml:space="preserve"> </w:t>
      </w:r>
      <w:r w:rsidRPr="008A330B">
        <w:rPr>
          <w:rStyle w:val="af6"/>
          <w:b w:val="0"/>
        </w:rPr>
        <w:t>5 баллов</w:t>
      </w:r>
      <w:r w:rsidRPr="008A330B">
        <w:rPr>
          <w:b/>
        </w:rPr>
        <w:t>.</w:t>
      </w:r>
      <w:r w:rsidRPr="00907BDD">
        <w:t xml:space="preserve"> Результат не влияет на итоговую оценку. Задания можно выполнять повторно.</w:t>
      </w: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Задание 1. «Выбери частицу»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выбор вопросительной частицы.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Выберите правильный вариант.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7"/>
          <w:rFonts w:eastAsiaTheme="majorEastAsia"/>
        </w:rPr>
        <w:t xml:space="preserve">Сен </w:t>
      </w:r>
      <w:proofErr w:type="spellStart"/>
      <w:r w:rsidRPr="00907BDD">
        <w:rPr>
          <w:rStyle w:val="af7"/>
          <w:rFonts w:eastAsiaTheme="majorEastAsia"/>
        </w:rPr>
        <w:t>университетке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күнде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барасың</w:t>
      </w:r>
      <w:proofErr w:type="spellEnd"/>
      <w:r w:rsidRPr="00907BDD">
        <w:rPr>
          <w:rStyle w:val="af7"/>
          <w:rFonts w:eastAsiaTheme="majorEastAsia"/>
        </w:rPr>
        <w:t xml:space="preserve"> ___?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A. </w:t>
      </w:r>
      <w:proofErr w:type="spellStart"/>
      <w:r w:rsidRPr="00907BDD">
        <w:t>ма</w:t>
      </w:r>
      <w:proofErr w:type="spellEnd"/>
      <w:r w:rsidRPr="00907BDD">
        <w:br/>
        <w:t xml:space="preserve">B. </w:t>
      </w:r>
      <w:proofErr w:type="spellStart"/>
      <w:r w:rsidRPr="00907BDD">
        <w:t>ме</w:t>
      </w:r>
      <w:proofErr w:type="spellEnd"/>
      <w:r w:rsidRPr="00907BDD">
        <w:br/>
        <w:t>C. ба</w:t>
      </w:r>
      <w:r w:rsidRPr="00907BDD">
        <w:br/>
        <w:t xml:space="preserve">D. </w:t>
      </w:r>
      <w:proofErr w:type="spellStart"/>
      <w:r w:rsidRPr="00907BDD">
        <w:t>пе</w:t>
      </w:r>
      <w:proofErr w:type="spellEnd"/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Правильный ответ: C — ба.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Полное предложение: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7"/>
          <w:rFonts w:eastAsiaTheme="majorEastAsia"/>
        </w:rPr>
        <w:t xml:space="preserve">Сен </w:t>
      </w:r>
      <w:proofErr w:type="spellStart"/>
      <w:r w:rsidRPr="00907BDD">
        <w:rPr>
          <w:rStyle w:val="af7"/>
          <w:rFonts w:eastAsiaTheme="majorEastAsia"/>
        </w:rPr>
        <w:t>университетке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күнде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барасың</w:t>
      </w:r>
      <w:proofErr w:type="spellEnd"/>
      <w:r w:rsidRPr="00907BDD">
        <w:rPr>
          <w:rStyle w:val="af7"/>
          <w:rFonts w:eastAsiaTheme="majorEastAsia"/>
        </w:rPr>
        <w:t xml:space="preserve"> ба?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Пояснение:</w:t>
      </w:r>
      <w:r w:rsidRPr="00907BDD">
        <w:t xml:space="preserve"> вопросительные частицы </w:t>
      </w:r>
      <w:proofErr w:type="spellStart"/>
      <w:proofErr w:type="gramStart"/>
      <w:r w:rsidRPr="00907BDD">
        <w:rPr>
          <w:rStyle w:val="af6"/>
        </w:rPr>
        <w:t>ма</w:t>
      </w:r>
      <w:proofErr w:type="spellEnd"/>
      <w:r w:rsidRPr="00907BDD">
        <w:rPr>
          <w:rStyle w:val="af6"/>
        </w:rPr>
        <w:t>/</w:t>
      </w:r>
      <w:proofErr w:type="spellStart"/>
      <w:r w:rsidRPr="00907BDD">
        <w:rPr>
          <w:rStyle w:val="af6"/>
        </w:rPr>
        <w:t>ме</w:t>
      </w:r>
      <w:proofErr w:type="spellEnd"/>
      <w:proofErr w:type="gramEnd"/>
      <w:r w:rsidRPr="00907BDD">
        <w:rPr>
          <w:rStyle w:val="af6"/>
        </w:rPr>
        <w:t>, ба/</w:t>
      </w:r>
      <w:proofErr w:type="spellStart"/>
      <w:r w:rsidRPr="00907BDD">
        <w:rPr>
          <w:rStyle w:val="af6"/>
        </w:rPr>
        <w:t>бе</w:t>
      </w:r>
      <w:proofErr w:type="spellEnd"/>
      <w:r w:rsidRPr="00907BDD">
        <w:rPr>
          <w:rStyle w:val="af6"/>
        </w:rPr>
        <w:t>, па/</w:t>
      </w:r>
      <w:proofErr w:type="spellStart"/>
      <w:r w:rsidRPr="00907BDD">
        <w:rPr>
          <w:rStyle w:val="af6"/>
        </w:rPr>
        <w:t>пе</w:t>
      </w:r>
      <w:proofErr w:type="spellEnd"/>
      <w:r w:rsidRPr="00907BDD">
        <w:t xml:space="preserve"> пишутся отдельно и выбираются с учётом последнего звука слова и закона сингармонизма. </w:t>
      </w:r>
    </w:p>
    <w:p w:rsidR="0013344C" w:rsidRPr="00907BDD" w:rsidRDefault="0013344C" w:rsidP="00907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Задание 2. «Сделай вопрос»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трансформация.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Преобразуйте утверждение в вопрос.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proofErr w:type="spellStart"/>
      <w:r w:rsidRPr="00907BDD">
        <w:rPr>
          <w:rStyle w:val="af7"/>
          <w:rFonts w:eastAsiaTheme="majorEastAsia"/>
        </w:rPr>
        <w:t>Сіз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қазақша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сөйлейсіз</w:t>
      </w:r>
      <w:proofErr w:type="spellEnd"/>
      <w:r w:rsidRPr="00907BDD">
        <w:rPr>
          <w:rStyle w:val="af7"/>
          <w:rFonts w:eastAsiaTheme="majorEastAsia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A. </w:t>
      </w:r>
      <w:proofErr w:type="spellStart"/>
      <w:r w:rsidRPr="00907BDD">
        <w:rPr>
          <w:rStyle w:val="af7"/>
          <w:rFonts w:eastAsiaTheme="majorEastAsia"/>
        </w:rPr>
        <w:t>Сіз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қазақша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сөйлейсіз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бе</w:t>
      </w:r>
      <w:proofErr w:type="spellEnd"/>
      <w:r w:rsidRPr="00907BDD">
        <w:rPr>
          <w:rStyle w:val="af7"/>
          <w:rFonts w:eastAsiaTheme="majorEastAsia"/>
        </w:rPr>
        <w:t>?</w:t>
      </w:r>
      <w:r w:rsidRPr="00907BDD">
        <w:br/>
        <w:t xml:space="preserve">B. </w:t>
      </w:r>
      <w:proofErr w:type="spellStart"/>
      <w:r w:rsidRPr="00907BDD">
        <w:rPr>
          <w:rStyle w:val="af7"/>
          <w:rFonts w:eastAsiaTheme="majorEastAsia"/>
        </w:rPr>
        <w:t>Сіз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қазақша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сөйлейсізбе</w:t>
      </w:r>
      <w:proofErr w:type="spellEnd"/>
      <w:r w:rsidRPr="00907BDD">
        <w:rPr>
          <w:rStyle w:val="af7"/>
          <w:rFonts w:eastAsiaTheme="majorEastAsia"/>
        </w:rPr>
        <w:t>?</w:t>
      </w:r>
      <w:r w:rsidRPr="00907BDD">
        <w:br/>
        <w:t xml:space="preserve">C. </w:t>
      </w:r>
      <w:proofErr w:type="spellStart"/>
      <w:r w:rsidRPr="00907BDD">
        <w:rPr>
          <w:rStyle w:val="af7"/>
          <w:rFonts w:eastAsiaTheme="majorEastAsia"/>
        </w:rPr>
        <w:t>Сіз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қазақша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сөйлей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ме</w:t>
      </w:r>
      <w:proofErr w:type="spellEnd"/>
      <w:r w:rsidRPr="00907BDD">
        <w:rPr>
          <w:rStyle w:val="af7"/>
          <w:rFonts w:eastAsiaTheme="majorEastAsia"/>
        </w:rPr>
        <w:t>?</w:t>
      </w:r>
      <w:r w:rsidRPr="00907BDD">
        <w:br/>
        <w:t xml:space="preserve">D. </w:t>
      </w:r>
      <w:proofErr w:type="spellStart"/>
      <w:r w:rsidRPr="00907BDD">
        <w:rPr>
          <w:rStyle w:val="af7"/>
          <w:rFonts w:eastAsiaTheme="majorEastAsia"/>
        </w:rPr>
        <w:t>Сіз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қазақша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сөйлейсіз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ма</w:t>
      </w:r>
      <w:proofErr w:type="spellEnd"/>
      <w:r w:rsidRPr="00907BDD">
        <w:rPr>
          <w:rStyle w:val="af7"/>
          <w:rFonts w:eastAsiaTheme="majorEastAsia"/>
        </w:rPr>
        <w:t>?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Правильный ответ: A.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Пояснение:</w:t>
      </w:r>
      <w:r w:rsidRPr="00907BDD">
        <w:t xml:space="preserve"> вопросительная частица пишется </w:t>
      </w:r>
      <w:r w:rsidRPr="00907BDD">
        <w:rPr>
          <w:rStyle w:val="af6"/>
        </w:rPr>
        <w:t>отдельно</w:t>
      </w:r>
      <w:r w:rsidRPr="00907BDD">
        <w:t xml:space="preserve">: </w:t>
      </w:r>
      <w:proofErr w:type="spellStart"/>
      <w:r w:rsidRPr="00907BDD">
        <w:rPr>
          <w:rStyle w:val="af7"/>
          <w:rFonts w:eastAsiaTheme="majorEastAsia"/>
        </w:rPr>
        <w:t>сөйлейсіз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бе</w:t>
      </w:r>
      <w:proofErr w:type="spellEnd"/>
      <w:r w:rsidRPr="00907BDD">
        <w:rPr>
          <w:rStyle w:val="af7"/>
          <w:rFonts w:eastAsiaTheme="majorEastAsia"/>
        </w:rPr>
        <w:t>?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Обратная связь при ошибке:</w:t>
      </w:r>
      <w:r w:rsidRPr="00907BDD">
        <w:t xml:space="preserve"> не присоединяйте вопросительную частицу к предыдущему слову.</w:t>
      </w:r>
    </w:p>
    <w:p w:rsidR="0013344C" w:rsidRPr="00907BDD" w:rsidRDefault="0013344C" w:rsidP="00907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Задание 3. «Особенность третьего лица»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выбор правильной формы.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Выберите правильный вопрос.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A. </w:t>
      </w:r>
      <w:proofErr w:type="spellStart"/>
      <w:r w:rsidRPr="00907BDD">
        <w:rPr>
          <w:rStyle w:val="af7"/>
          <w:rFonts w:eastAsiaTheme="majorEastAsia"/>
        </w:rPr>
        <w:t>Ол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мектепке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барады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ма</w:t>
      </w:r>
      <w:proofErr w:type="spellEnd"/>
      <w:r w:rsidRPr="00907BDD">
        <w:rPr>
          <w:rStyle w:val="af7"/>
          <w:rFonts w:eastAsiaTheme="majorEastAsia"/>
        </w:rPr>
        <w:t>?</w:t>
      </w:r>
      <w:r w:rsidRPr="00907BDD">
        <w:br/>
        <w:t xml:space="preserve">B. </w:t>
      </w:r>
      <w:proofErr w:type="spellStart"/>
      <w:r w:rsidRPr="00907BDD">
        <w:rPr>
          <w:rStyle w:val="af7"/>
          <w:rFonts w:eastAsiaTheme="majorEastAsia"/>
        </w:rPr>
        <w:t>Ол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мектепке</w:t>
      </w:r>
      <w:proofErr w:type="spellEnd"/>
      <w:r w:rsidRPr="00907BDD">
        <w:rPr>
          <w:rStyle w:val="af7"/>
          <w:rFonts w:eastAsiaTheme="majorEastAsia"/>
        </w:rPr>
        <w:t xml:space="preserve"> бара </w:t>
      </w:r>
      <w:proofErr w:type="spellStart"/>
      <w:r w:rsidRPr="00907BDD">
        <w:rPr>
          <w:rStyle w:val="af7"/>
          <w:rFonts w:eastAsiaTheme="majorEastAsia"/>
        </w:rPr>
        <w:t>ма</w:t>
      </w:r>
      <w:proofErr w:type="spellEnd"/>
      <w:r w:rsidRPr="00907BDD">
        <w:rPr>
          <w:rStyle w:val="af7"/>
          <w:rFonts w:eastAsiaTheme="majorEastAsia"/>
        </w:rPr>
        <w:t>?</w:t>
      </w:r>
      <w:r w:rsidRPr="00907BDD">
        <w:br/>
        <w:t xml:space="preserve">C. </w:t>
      </w:r>
      <w:proofErr w:type="spellStart"/>
      <w:r w:rsidRPr="00907BDD">
        <w:rPr>
          <w:rStyle w:val="af7"/>
          <w:rFonts w:eastAsiaTheme="majorEastAsia"/>
        </w:rPr>
        <w:t>Ол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мектепке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барады</w:t>
      </w:r>
      <w:proofErr w:type="spellEnd"/>
      <w:r w:rsidRPr="00907BDD">
        <w:rPr>
          <w:rStyle w:val="af7"/>
          <w:rFonts w:eastAsiaTheme="majorEastAsia"/>
        </w:rPr>
        <w:t xml:space="preserve"> ба?</w:t>
      </w:r>
      <w:r w:rsidRPr="00907BDD">
        <w:br/>
        <w:t xml:space="preserve">D. </w:t>
      </w:r>
      <w:proofErr w:type="spellStart"/>
      <w:r w:rsidRPr="00907BDD">
        <w:rPr>
          <w:rStyle w:val="af7"/>
          <w:rFonts w:eastAsiaTheme="majorEastAsia"/>
        </w:rPr>
        <w:t>Ол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мектепке</w:t>
      </w:r>
      <w:proofErr w:type="spellEnd"/>
      <w:r w:rsidRPr="00907BDD">
        <w:rPr>
          <w:rStyle w:val="af7"/>
          <w:rFonts w:eastAsiaTheme="majorEastAsia"/>
        </w:rPr>
        <w:t xml:space="preserve"> бар </w:t>
      </w:r>
      <w:proofErr w:type="spellStart"/>
      <w:r w:rsidRPr="00907BDD">
        <w:rPr>
          <w:rStyle w:val="af7"/>
          <w:rFonts w:eastAsiaTheme="majorEastAsia"/>
        </w:rPr>
        <w:t>ма</w:t>
      </w:r>
      <w:proofErr w:type="spellEnd"/>
      <w:r w:rsidRPr="00907BDD">
        <w:rPr>
          <w:rStyle w:val="af7"/>
          <w:rFonts w:eastAsiaTheme="majorEastAsia"/>
        </w:rPr>
        <w:t>?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 xml:space="preserve">Правильный ответ: B </w:t>
      </w:r>
      <w:r w:rsidR="008A330B">
        <w:rPr>
          <w:rStyle w:val="af6"/>
          <w:lang w:val="kk-KZ"/>
        </w:rPr>
        <w:t>-</w:t>
      </w:r>
      <w:r w:rsidRPr="00907BDD">
        <w:rPr>
          <w:rStyle w:val="af6"/>
        </w:rPr>
        <w:t xml:space="preserve"> </w:t>
      </w:r>
      <w:proofErr w:type="spellStart"/>
      <w:r w:rsidRPr="00907BDD">
        <w:rPr>
          <w:rStyle w:val="af6"/>
        </w:rPr>
        <w:t>Ол</w:t>
      </w:r>
      <w:proofErr w:type="spellEnd"/>
      <w:r w:rsidRPr="00907BDD">
        <w:rPr>
          <w:rStyle w:val="af6"/>
        </w:rPr>
        <w:t xml:space="preserve"> </w:t>
      </w:r>
      <w:proofErr w:type="spellStart"/>
      <w:r w:rsidRPr="00907BDD">
        <w:rPr>
          <w:rStyle w:val="af6"/>
        </w:rPr>
        <w:t>мектепке</w:t>
      </w:r>
      <w:proofErr w:type="spellEnd"/>
      <w:r w:rsidRPr="00907BDD">
        <w:rPr>
          <w:rStyle w:val="af6"/>
        </w:rPr>
        <w:t xml:space="preserve"> бара </w:t>
      </w:r>
      <w:proofErr w:type="spellStart"/>
      <w:r w:rsidRPr="00907BDD">
        <w:rPr>
          <w:rStyle w:val="af6"/>
        </w:rPr>
        <w:t>ма</w:t>
      </w:r>
      <w:proofErr w:type="spellEnd"/>
      <w:r w:rsidRPr="00907BDD">
        <w:rPr>
          <w:rStyle w:val="af6"/>
        </w:rPr>
        <w:t>?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Пояснение:</w:t>
      </w:r>
      <w:r w:rsidRPr="00907BDD">
        <w:t xml:space="preserve"> в вопросительной форме третьего лица показатель </w:t>
      </w:r>
      <w:r w:rsidRPr="00907BDD">
        <w:rPr>
          <w:rStyle w:val="af6"/>
        </w:rPr>
        <w:t>-</w:t>
      </w:r>
      <w:proofErr w:type="spellStart"/>
      <w:r w:rsidRPr="00907BDD">
        <w:rPr>
          <w:rStyle w:val="af6"/>
        </w:rPr>
        <w:t>ды</w:t>
      </w:r>
      <w:proofErr w:type="spellEnd"/>
      <w:r w:rsidRPr="00907BDD">
        <w:rPr>
          <w:rStyle w:val="af6"/>
        </w:rPr>
        <w:t>/-</w:t>
      </w:r>
      <w:proofErr w:type="spellStart"/>
      <w:r w:rsidRPr="00907BDD">
        <w:rPr>
          <w:rStyle w:val="af6"/>
        </w:rPr>
        <w:t>ді</w:t>
      </w:r>
      <w:proofErr w:type="spellEnd"/>
      <w:r w:rsidRPr="00907BDD">
        <w:t xml:space="preserve"> обычно опускается: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proofErr w:type="spellStart"/>
      <w:r w:rsidRPr="00907BDD">
        <w:rPr>
          <w:rStyle w:val="af7"/>
          <w:rFonts w:eastAsiaTheme="majorEastAsia"/>
        </w:rPr>
        <w:t>Ол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барады</w:t>
      </w:r>
      <w:proofErr w:type="spellEnd"/>
      <w:r w:rsidRPr="00907BDD">
        <w:rPr>
          <w:rStyle w:val="af7"/>
          <w:rFonts w:eastAsiaTheme="majorEastAsia"/>
        </w:rPr>
        <w:t xml:space="preserve">. → </w:t>
      </w:r>
      <w:proofErr w:type="spellStart"/>
      <w:r w:rsidRPr="00907BDD">
        <w:rPr>
          <w:rStyle w:val="af7"/>
          <w:rFonts w:eastAsiaTheme="majorEastAsia"/>
        </w:rPr>
        <w:t>Ол</w:t>
      </w:r>
      <w:proofErr w:type="spellEnd"/>
      <w:r w:rsidRPr="00907BDD">
        <w:rPr>
          <w:rStyle w:val="af7"/>
          <w:rFonts w:eastAsiaTheme="majorEastAsia"/>
        </w:rPr>
        <w:t xml:space="preserve"> бара </w:t>
      </w:r>
      <w:proofErr w:type="spellStart"/>
      <w:r w:rsidRPr="00907BDD">
        <w:rPr>
          <w:rStyle w:val="af7"/>
          <w:rFonts w:eastAsiaTheme="majorEastAsia"/>
        </w:rPr>
        <w:t>ма</w:t>
      </w:r>
      <w:proofErr w:type="spellEnd"/>
      <w:r w:rsidRPr="00907BDD">
        <w:rPr>
          <w:rStyle w:val="af7"/>
          <w:rFonts w:eastAsiaTheme="majorEastAsia"/>
        </w:rPr>
        <w:t>?</w:t>
      </w:r>
      <w:r w:rsidRPr="00907BDD">
        <w:br/>
      </w:r>
      <w:proofErr w:type="spellStart"/>
      <w:r w:rsidRPr="00907BDD">
        <w:rPr>
          <w:rStyle w:val="af7"/>
          <w:rFonts w:eastAsiaTheme="majorEastAsia"/>
        </w:rPr>
        <w:t>Олар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келеді</w:t>
      </w:r>
      <w:proofErr w:type="spellEnd"/>
      <w:r w:rsidRPr="00907BDD">
        <w:rPr>
          <w:rStyle w:val="af7"/>
          <w:rFonts w:eastAsiaTheme="majorEastAsia"/>
        </w:rPr>
        <w:t xml:space="preserve">. → </w:t>
      </w:r>
      <w:proofErr w:type="spellStart"/>
      <w:r w:rsidRPr="00907BDD">
        <w:rPr>
          <w:rStyle w:val="af7"/>
          <w:rFonts w:eastAsiaTheme="majorEastAsia"/>
        </w:rPr>
        <w:t>Олар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келе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ме</w:t>
      </w:r>
      <w:proofErr w:type="spellEnd"/>
      <w:r w:rsidRPr="00907BDD">
        <w:rPr>
          <w:rStyle w:val="af7"/>
          <w:rFonts w:eastAsiaTheme="majorEastAsia"/>
        </w:rPr>
        <w:t>?</w:t>
      </w:r>
      <w:r w:rsidRPr="00907BDD">
        <w:t xml:space="preserve"> 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lastRenderedPageBreak/>
        <w:t>Обратная связь при ошибке:</w:t>
      </w:r>
      <w:r w:rsidRPr="00907BDD">
        <w:t xml:space="preserve"> сравните утвердительную и вопросительную формы третьего лица.</w:t>
      </w:r>
    </w:p>
    <w:p w:rsidR="0013344C" w:rsidRPr="00907BDD" w:rsidRDefault="0013344C" w:rsidP="00907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Задание 4. «Вопрос со специальным словом»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поиск ошибки.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Какое предложение составлено неправильно?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A. </w:t>
      </w:r>
      <w:r w:rsidRPr="00907BDD">
        <w:rPr>
          <w:rStyle w:val="af7"/>
          <w:rFonts w:eastAsiaTheme="majorEastAsia"/>
        </w:rPr>
        <w:t xml:space="preserve">Сен </w:t>
      </w:r>
      <w:proofErr w:type="spellStart"/>
      <w:r w:rsidRPr="00907BDD">
        <w:rPr>
          <w:rStyle w:val="af7"/>
          <w:rFonts w:eastAsiaTheme="majorEastAsia"/>
        </w:rPr>
        <w:t>қайда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барасың</w:t>
      </w:r>
      <w:proofErr w:type="spellEnd"/>
      <w:r w:rsidRPr="00907BDD">
        <w:rPr>
          <w:rStyle w:val="af7"/>
          <w:rFonts w:eastAsiaTheme="majorEastAsia"/>
        </w:rPr>
        <w:t>?</w:t>
      </w:r>
      <w:r w:rsidRPr="00907BDD">
        <w:br/>
        <w:t xml:space="preserve">B. </w:t>
      </w:r>
      <w:proofErr w:type="spellStart"/>
      <w:r w:rsidRPr="00907BDD">
        <w:rPr>
          <w:rStyle w:val="af7"/>
          <w:rFonts w:eastAsiaTheme="majorEastAsia"/>
        </w:rPr>
        <w:t>Ол</w:t>
      </w:r>
      <w:proofErr w:type="spellEnd"/>
      <w:r w:rsidRPr="00907BDD">
        <w:rPr>
          <w:rStyle w:val="af7"/>
          <w:rFonts w:eastAsiaTheme="majorEastAsia"/>
        </w:rPr>
        <w:t xml:space="preserve"> не </w:t>
      </w:r>
      <w:proofErr w:type="spellStart"/>
      <w:r w:rsidRPr="00907BDD">
        <w:rPr>
          <w:rStyle w:val="af7"/>
          <w:rFonts w:eastAsiaTheme="majorEastAsia"/>
        </w:rPr>
        <w:t>жейді</w:t>
      </w:r>
      <w:proofErr w:type="spellEnd"/>
      <w:r w:rsidRPr="00907BDD">
        <w:rPr>
          <w:rStyle w:val="af7"/>
          <w:rFonts w:eastAsiaTheme="majorEastAsia"/>
        </w:rPr>
        <w:t>?</w:t>
      </w:r>
      <w:r w:rsidRPr="00907BDD">
        <w:br/>
        <w:t xml:space="preserve">C. </w:t>
      </w:r>
      <w:proofErr w:type="spellStart"/>
      <w:r w:rsidRPr="00907BDD">
        <w:rPr>
          <w:rStyle w:val="af7"/>
          <w:rFonts w:eastAsiaTheme="majorEastAsia"/>
        </w:rPr>
        <w:t>Сендер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қашан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келесіңдер</w:t>
      </w:r>
      <w:proofErr w:type="spellEnd"/>
      <w:r w:rsidRPr="00907BDD">
        <w:rPr>
          <w:rStyle w:val="af7"/>
          <w:rFonts w:eastAsiaTheme="majorEastAsia"/>
        </w:rPr>
        <w:t>?</w:t>
      </w:r>
      <w:r w:rsidRPr="00907BDD">
        <w:br/>
        <w:t xml:space="preserve">D. </w:t>
      </w:r>
      <w:r w:rsidRPr="00907BDD">
        <w:rPr>
          <w:rStyle w:val="af7"/>
          <w:rFonts w:eastAsiaTheme="majorEastAsia"/>
        </w:rPr>
        <w:t xml:space="preserve">Сен </w:t>
      </w:r>
      <w:proofErr w:type="spellStart"/>
      <w:r w:rsidRPr="00907BDD">
        <w:rPr>
          <w:rStyle w:val="af7"/>
          <w:rFonts w:eastAsiaTheme="majorEastAsia"/>
        </w:rPr>
        <w:t>қайда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барасың</w:t>
      </w:r>
      <w:proofErr w:type="spellEnd"/>
      <w:r w:rsidRPr="00907BDD">
        <w:rPr>
          <w:rStyle w:val="af7"/>
          <w:rFonts w:eastAsiaTheme="majorEastAsia"/>
        </w:rPr>
        <w:t xml:space="preserve"> ба?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Правильный ответ: D.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Пояснение:</w:t>
      </w:r>
      <w:r w:rsidRPr="00907BDD">
        <w:t xml:space="preserve"> если в предложении уже есть вопросительное слово — </w:t>
      </w:r>
      <w:proofErr w:type="spellStart"/>
      <w:r w:rsidRPr="00907BDD">
        <w:rPr>
          <w:rStyle w:val="af7"/>
          <w:rFonts w:eastAsiaTheme="majorEastAsia"/>
        </w:rPr>
        <w:t>кім</w:t>
      </w:r>
      <w:proofErr w:type="spellEnd"/>
      <w:r w:rsidRPr="00907BDD">
        <w:rPr>
          <w:rStyle w:val="af7"/>
          <w:rFonts w:eastAsiaTheme="majorEastAsia"/>
        </w:rPr>
        <w:t xml:space="preserve">? не? </w:t>
      </w:r>
      <w:proofErr w:type="spellStart"/>
      <w:r w:rsidRPr="00907BDD">
        <w:rPr>
          <w:rStyle w:val="af7"/>
          <w:rFonts w:eastAsiaTheme="majorEastAsia"/>
        </w:rPr>
        <w:t>қайда</w:t>
      </w:r>
      <w:proofErr w:type="spellEnd"/>
      <w:r w:rsidRPr="00907BDD">
        <w:rPr>
          <w:rStyle w:val="af7"/>
          <w:rFonts w:eastAsiaTheme="majorEastAsia"/>
        </w:rPr>
        <w:t xml:space="preserve">? </w:t>
      </w:r>
      <w:proofErr w:type="spellStart"/>
      <w:r w:rsidRPr="00907BDD">
        <w:rPr>
          <w:rStyle w:val="af7"/>
          <w:rFonts w:eastAsiaTheme="majorEastAsia"/>
        </w:rPr>
        <w:t>қашан</w:t>
      </w:r>
      <w:proofErr w:type="spellEnd"/>
      <w:r w:rsidRPr="00907BDD">
        <w:rPr>
          <w:rStyle w:val="af7"/>
          <w:rFonts w:eastAsiaTheme="majorEastAsia"/>
        </w:rPr>
        <w:t>? неге?</w:t>
      </w:r>
      <w:r w:rsidRPr="00907BDD">
        <w:t xml:space="preserve"> — частица </w:t>
      </w:r>
      <w:proofErr w:type="spellStart"/>
      <w:proofErr w:type="gramStart"/>
      <w:r w:rsidRPr="00907BDD">
        <w:rPr>
          <w:rStyle w:val="af6"/>
        </w:rPr>
        <w:t>ма</w:t>
      </w:r>
      <w:proofErr w:type="spellEnd"/>
      <w:r w:rsidRPr="00907BDD">
        <w:rPr>
          <w:rStyle w:val="af6"/>
        </w:rPr>
        <w:t>/</w:t>
      </w:r>
      <w:proofErr w:type="spellStart"/>
      <w:r w:rsidRPr="00907BDD">
        <w:rPr>
          <w:rStyle w:val="af6"/>
        </w:rPr>
        <w:t>ме</w:t>
      </w:r>
      <w:proofErr w:type="spellEnd"/>
      <w:proofErr w:type="gramEnd"/>
      <w:r w:rsidRPr="00907BDD">
        <w:rPr>
          <w:rStyle w:val="af6"/>
        </w:rPr>
        <w:t>, ба/</w:t>
      </w:r>
      <w:proofErr w:type="spellStart"/>
      <w:r w:rsidRPr="00907BDD">
        <w:rPr>
          <w:rStyle w:val="af6"/>
        </w:rPr>
        <w:t>бе</w:t>
      </w:r>
      <w:proofErr w:type="spellEnd"/>
      <w:r w:rsidRPr="00907BDD">
        <w:rPr>
          <w:rStyle w:val="af6"/>
        </w:rPr>
        <w:t>, па/</w:t>
      </w:r>
      <w:proofErr w:type="spellStart"/>
      <w:r w:rsidRPr="00907BDD">
        <w:rPr>
          <w:rStyle w:val="af6"/>
        </w:rPr>
        <w:t>пе</w:t>
      </w:r>
      <w:proofErr w:type="spellEnd"/>
      <w:r w:rsidRPr="00907BDD">
        <w:t xml:space="preserve"> не употребляется. 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Обратная связь при ошибке:</w:t>
      </w:r>
      <w:r w:rsidRPr="00907BDD">
        <w:t xml:space="preserve"> сначала проверьте, есть ли в предложении специальное вопросительное слово.</w:t>
      </w:r>
    </w:p>
    <w:p w:rsidR="0013344C" w:rsidRPr="00907BDD" w:rsidRDefault="0013344C" w:rsidP="00907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344C" w:rsidRPr="00907BDD" w:rsidRDefault="0013344C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 w:rsidRPr="00907BDD">
        <w:rPr>
          <w:rStyle w:val="af6"/>
          <w:rFonts w:ascii="Times New Roman" w:hAnsi="Times New Roman" w:cs="Times New Roman"/>
          <w:b/>
          <w:bCs/>
          <w:szCs w:val="24"/>
          <w:lang w:val="ru-RU"/>
        </w:rPr>
        <w:t>Задание 5. «Мини-диалог»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Вид работы:</w:t>
      </w:r>
      <w:r w:rsidRPr="00907BDD">
        <w:t xml:space="preserve"> восстановление диалога.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>Выберите правильные варианты.</w:t>
      </w:r>
    </w:p>
    <w:p w:rsidR="0013344C" w:rsidRPr="00907BDD" w:rsidRDefault="008A330B" w:rsidP="00907BDD">
      <w:pPr>
        <w:pStyle w:val="aff8"/>
        <w:spacing w:before="0" w:beforeAutospacing="0" w:after="0" w:afterAutospacing="0"/>
      </w:pPr>
      <w:r>
        <w:rPr>
          <w:lang w:val="kk-KZ"/>
        </w:rPr>
        <w:t>-</w:t>
      </w:r>
      <w:r w:rsidR="0013344C" w:rsidRPr="00907BDD">
        <w:t xml:space="preserve"> </w:t>
      </w:r>
      <w:r w:rsidR="0013344C" w:rsidRPr="00907BDD">
        <w:rPr>
          <w:rStyle w:val="af7"/>
          <w:rFonts w:eastAsiaTheme="majorEastAsia"/>
        </w:rPr>
        <w:t xml:space="preserve">Сен </w:t>
      </w:r>
      <w:proofErr w:type="spellStart"/>
      <w:r w:rsidR="0013344C" w:rsidRPr="00907BDD">
        <w:rPr>
          <w:rStyle w:val="af7"/>
          <w:rFonts w:eastAsiaTheme="majorEastAsia"/>
        </w:rPr>
        <w:t>таңертең</w:t>
      </w:r>
      <w:proofErr w:type="spellEnd"/>
      <w:r w:rsidR="0013344C" w:rsidRPr="00907BDD">
        <w:rPr>
          <w:rStyle w:val="af7"/>
          <w:rFonts w:eastAsiaTheme="majorEastAsia"/>
        </w:rPr>
        <w:t xml:space="preserve"> кофе ________?</w:t>
      </w:r>
      <w:r w:rsidR="0013344C" w:rsidRPr="00907BDD">
        <w:br/>
      </w:r>
      <w:r>
        <w:rPr>
          <w:lang w:val="kk-KZ"/>
        </w:rPr>
        <w:t>-</w:t>
      </w:r>
      <w:r w:rsidR="0013344C" w:rsidRPr="00907BDD">
        <w:t xml:space="preserve"> </w:t>
      </w:r>
      <w:proofErr w:type="spellStart"/>
      <w:r w:rsidR="0013344C" w:rsidRPr="00907BDD">
        <w:rPr>
          <w:rStyle w:val="af7"/>
          <w:rFonts w:eastAsiaTheme="majorEastAsia"/>
        </w:rPr>
        <w:t>Жоқ</w:t>
      </w:r>
      <w:proofErr w:type="spellEnd"/>
      <w:r w:rsidR="0013344C" w:rsidRPr="00907BDD">
        <w:rPr>
          <w:rStyle w:val="af7"/>
          <w:rFonts w:eastAsiaTheme="majorEastAsia"/>
        </w:rPr>
        <w:t xml:space="preserve">, мен кофе ________. </w:t>
      </w:r>
      <w:proofErr w:type="spellStart"/>
      <w:r w:rsidR="0013344C" w:rsidRPr="00907BDD">
        <w:rPr>
          <w:rStyle w:val="af7"/>
          <w:rFonts w:eastAsiaTheme="majorEastAsia"/>
        </w:rPr>
        <w:t>Шай</w:t>
      </w:r>
      <w:proofErr w:type="spellEnd"/>
      <w:r w:rsidR="0013344C" w:rsidRPr="00907BDD">
        <w:rPr>
          <w:rStyle w:val="af7"/>
          <w:rFonts w:eastAsiaTheme="majorEastAsia"/>
        </w:rPr>
        <w:t xml:space="preserve"> </w:t>
      </w:r>
      <w:proofErr w:type="spellStart"/>
      <w:r w:rsidR="0013344C" w:rsidRPr="00907BDD">
        <w:rPr>
          <w:rStyle w:val="af7"/>
          <w:rFonts w:eastAsiaTheme="majorEastAsia"/>
        </w:rPr>
        <w:t>ішемін</w:t>
      </w:r>
      <w:proofErr w:type="spellEnd"/>
      <w:r w:rsidR="0013344C" w:rsidRPr="00907BDD">
        <w:rPr>
          <w:rStyle w:val="af7"/>
          <w:rFonts w:eastAsiaTheme="majorEastAsia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t xml:space="preserve">A. </w:t>
      </w:r>
      <w:proofErr w:type="spellStart"/>
      <w:r w:rsidRPr="00907BDD">
        <w:rPr>
          <w:rStyle w:val="af7"/>
          <w:rFonts w:eastAsiaTheme="majorEastAsia"/>
        </w:rPr>
        <w:t>ішесің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бе</w:t>
      </w:r>
      <w:proofErr w:type="spellEnd"/>
      <w:r w:rsidRPr="00907BDD">
        <w:rPr>
          <w:rStyle w:val="af7"/>
          <w:rFonts w:eastAsiaTheme="majorEastAsia"/>
        </w:rPr>
        <w:t xml:space="preserve"> / </w:t>
      </w:r>
      <w:proofErr w:type="spellStart"/>
      <w:r w:rsidRPr="00907BDD">
        <w:rPr>
          <w:rStyle w:val="af7"/>
          <w:rFonts w:eastAsiaTheme="majorEastAsia"/>
        </w:rPr>
        <w:t>ішпеймін</w:t>
      </w:r>
      <w:proofErr w:type="spellEnd"/>
      <w:r w:rsidRPr="00907BDD">
        <w:br/>
        <w:t xml:space="preserve">B. </w:t>
      </w:r>
      <w:proofErr w:type="spellStart"/>
      <w:r w:rsidRPr="00907BDD">
        <w:rPr>
          <w:rStyle w:val="af7"/>
          <w:rFonts w:eastAsiaTheme="majorEastAsia"/>
        </w:rPr>
        <w:t>ішесің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ма</w:t>
      </w:r>
      <w:proofErr w:type="spellEnd"/>
      <w:r w:rsidRPr="00907BDD">
        <w:rPr>
          <w:rStyle w:val="af7"/>
          <w:rFonts w:eastAsiaTheme="majorEastAsia"/>
        </w:rPr>
        <w:t xml:space="preserve"> / </w:t>
      </w:r>
      <w:proofErr w:type="spellStart"/>
      <w:r w:rsidRPr="00907BDD">
        <w:rPr>
          <w:rStyle w:val="af7"/>
          <w:rFonts w:eastAsiaTheme="majorEastAsia"/>
        </w:rPr>
        <w:t>ішпейді</w:t>
      </w:r>
      <w:proofErr w:type="spellEnd"/>
      <w:r w:rsidRPr="00907BDD">
        <w:br/>
        <w:t xml:space="preserve">C. </w:t>
      </w:r>
      <w:proofErr w:type="spellStart"/>
      <w:r w:rsidRPr="00907BDD">
        <w:rPr>
          <w:rStyle w:val="af7"/>
          <w:rFonts w:eastAsiaTheme="majorEastAsia"/>
        </w:rPr>
        <w:t>ішеді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ме</w:t>
      </w:r>
      <w:proofErr w:type="spellEnd"/>
      <w:r w:rsidRPr="00907BDD">
        <w:rPr>
          <w:rStyle w:val="af7"/>
          <w:rFonts w:eastAsiaTheme="majorEastAsia"/>
        </w:rPr>
        <w:t xml:space="preserve"> / </w:t>
      </w:r>
      <w:proofErr w:type="spellStart"/>
      <w:r w:rsidRPr="00907BDD">
        <w:rPr>
          <w:rStyle w:val="af7"/>
          <w:rFonts w:eastAsiaTheme="majorEastAsia"/>
        </w:rPr>
        <w:t>ішпеймін</w:t>
      </w:r>
      <w:proofErr w:type="spellEnd"/>
      <w:r w:rsidRPr="00907BDD">
        <w:br/>
        <w:t xml:space="preserve">D. </w:t>
      </w:r>
      <w:proofErr w:type="spellStart"/>
      <w:r w:rsidRPr="00907BDD">
        <w:rPr>
          <w:rStyle w:val="af7"/>
          <w:rFonts w:eastAsiaTheme="majorEastAsia"/>
        </w:rPr>
        <w:t>ішесің</w:t>
      </w:r>
      <w:proofErr w:type="spellEnd"/>
      <w:r w:rsidRPr="00907BDD">
        <w:rPr>
          <w:rStyle w:val="af7"/>
          <w:rFonts w:eastAsiaTheme="majorEastAsia"/>
        </w:rPr>
        <w:t xml:space="preserve"> </w:t>
      </w:r>
      <w:proofErr w:type="spellStart"/>
      <w:r w:rsidRPr="00907BDD">
        <w:rPr>
          <w:rStyle w:val="af7"/>
          <w:rFonts w:eastAsiaTheme="majorEastAsia"/>
        </w:rPr>
        <w:t>бе</w:t>
      </w:r>
      <w:proofErr w:type="spellEnd"/>
      <w:r w:rsidRPr="00907BDD">
        <w:rPr>
          <w:rStyle w:val="af7"/>
          <w:rFonts w:eastAsiaTheme="majorEastAsia"/>
        </w:rPr>
        <w:t xml:space="preserve"> / </w:t>
      </w:r>
      <w:proofErr w:type="spellStart"/>
      <w:r w:rsidRPr="00907BDD">
        <w:rPr>
          <w:rStyle w:val="af7"/>
          <w:rFonts w:eastAsiaTheme="majorEastAsia"/>
        </w:rPr>
        <w:t>ішпейсің</w:t>
      </w:r>
      <w:proofErr w:type="spellEnd"/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Правильный ответ: A.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Получается диалог:</w:t>
      </w:r>
    </w:p>
    <w:p w:rsidR="0013344C" w:rsidRPr="00907BDD" w:rsidRDefault="008A330B" w:rsidP="00907BDD">
      <w:pPr>
        <w:pStyle w:val="aff8"/>
        <w:spacing w:before="0" w:beforeAutospacing="0" w:after="0" w:afterAutospacing="0"/>
      </w:pPr>
      <w:r>
        <w:rPr>
          <w:lang w:val="kk-KZ"/>
        </w:rPr>
        <w:t>-</w:t>
      </w:r>
      <w:r w:rsidR="0013344C" w:rsidRPr="00907BDD">
        <w:t xml:space="preserve"> </w:t>
      </w:r>
      <w:r w:rsidR="0013344C" w:rsidRPr="00907BDD">
        <w:rPr>
          <w:rStyle w:val="af7"/>
          <w:rFonts w:eastAsiaTheme="majorEastAsia"/>
        </w:rPr>
        <w:t xml:space="preserve">Сен </w:t>
      </w:r>
      <w:proofErr w:type="spellStart"/>
      <w:r w:rsidR="0013344C" w:rsidRPr="00907BDD">
        <w:rPr>
          <w:rStyle w:val="af7"/>
          <w:rFonts w:eastAsiaTheme="majorEastAsia"/>
        </w:rPr>
        <w:t>таңертең</w:t>
      </w:r>
      <w:proofErr w:type="spellEnd"/>
      <w:r w:rsidR="0013344C" w:rsidRPr="00907BDD">
        <w:rPr>
          <w:rStyle w:val="af7"/>
          <w:rFonts w:eastAsiaTheme="majorEastAsia"/>
        </w:rPr>
        <w:t xml:space="preserve"> кофе </w:t>
      </w:r>
      <w:proofErr w:type="spellStart"/>
      <w:r w:rsidR="0013344C" w:rsidRPr="00907BDD">
        <w:rPr>
          <w:rStyle w:val="af7"/>
          <w:rFonts w:eastAsiaTheme="majorEastAsia"/>
        </w:rPr>
        <w:t>ішесің</w:t>
      </w:r>
      <w:proofErr w:type="spellEnd"/>
      <w:r w:rsidR="0013344C" w:rsidRPr="00907BDD">
        <w:rPr>
          <w:rStyle w:val="af7"/>
          <w:rFonts w:eastAsiaTheme="majorEastAsia"/>
        </w:rPr>
        <w:t xml:space="preserve"> </w:t>
      </w:r>
      <w:proofErr w:type="spellStart"/>
      <w:r w:rsidR="0013344C" w:rsidRPr="00907BDD">
        <w:rPr>
          <w:rStyle w:val="af7"/>
          <w:rFonts w:eastAsiaTheme="majorEastAsia"/>
        </w:rPr>
        <w:t>бе</w:t>
      </w:r>
      <w:proofErr w:type="spellEnd"/>
      <w:r w:rsidR="0013344C" w:rsidRPr="00907BDD">
        <w:rPr>
          <w:rStyle w:val="af7"/>
          <w:rFonts w:eastAsiaTheme="majorEastAsia"/>
        </w:rPr>
        <w:t>?</w:t>
      </w:r>
      <w:r w:rsidR="0013344C" w:rsidRPr="00907BDD">
        <w:br/>
      </w:r>
      <w:r>
        <w:rPr>
          <w:lang w:val="kk-KZ"/>
        </w:rPr>
        <w:t>-</w:t>
      </w:r>
      <w:r w:rsidR="0013344C" w:rsidRPr="00907BDD">
        <w:t xml:space="preserve"> </w:t>
      </w:r>
      <w:proofErr w:type="spellStart"/>
      <w:r w:rsidR="0013344C" w:rsidRPr="00907BDD">
        <w:rPr>
          <w:rStyle w:val="af7"/>
          <w:rFonts w:eastAsiaTheme="majorEastAsia"/>
        </w:rPr>
        <w:t>Жоқ</w:t>
      </w:r>
      <w:proofErr w:type="spellEnd"/>
      <w:r w:rsidR="0013344C" w:rsidRPr="00907BDD">
        <w:rPr>
          <w:rStyle w:val="af7"/>
          <w:rFonts w:eastAsiaTheme="majorEastAsia"/>
        </w:rPr>
        <w:t xml:space="preserve">, мен кофе </w:t>
      </w:r>
      <w:proofErr w:type="spellStart"/>
      <w:r w:rsidR="0013344C" w:rsidRPr="00907BDD">
        <w:rPr>
          <w:rStyle w:val="af7"/>
          <w:rFonts w:eastAsiaTheme="majorEastAsia"/>
        </w:rPr>
        <w:t>ішпеймін</w:t>
      </w:r>
      <w:proofErr w:type="spellEnd"/>
      <w:r w:rsidR="0013344C" w:rsidRPr="00907BDD">
        <w:rPr>
          <w:rStyle w:val="af7"/>
          <w:rFonts w:eastAsiaTheme="majorEastAsia"/>
        </w:rPr>
        <w:t xml:space="preserve">. </w:t>
      </w:r>
      <w:proofErr w:type="spellStart"/>
      <w:r w:rsidR="0013344C" w:rsidRPr="00907BDD">
        <w:rPr>
          <w:rStyle w:val="af7"/>
          <w:rFonts w:eastAsiaTheme="majorEastAsia"/>
        </w:rPr>
        <w:t>Шай</w:t>
      </w:r>
      <w:proofErr w:type="spellEnd"/>
      <w:r w:rsidR="0013344C" w:rsidRPr="00907BDD">
        <w:rPr>
          <w:rStyle w:val="af7"/>
          <w:rFonts w:eastAsiaTheme="majorEastAsia"/>
        </w:rPr>
        <w:t xml:space="preserve"> </w:t>
      </w:r>
      <w:proofErr w:type="spellStart"/>
      <w:r w:rsidR="0013344C" w:rsidRPr="00907BDD">
        <w:rPr>
          <w:rStyle w:val="af7"/>
          <w:rFonts w:eastAsiaTheme="majorEastAsia"/>
        </w:rPr>
        <w:t>ішемін</w:t>
      </w:r>
      <w:proofErr w:type="spellEnd"/>
      <w:r w:rsidR="0013344C" w:rsidRPr="00907BDD">
        <w:rPr>
          <w:rStyle w:val="af7"/>
          <w:rFonts w:eastAsiaTheme="majorEastAsia"/>
        </w:rPr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Пояснение:</w:t>
      </w:r>
      <w:r w:rsidRPr="00907BDD">
        <w:t xml:space="preserve"> в первой реплике используется вопросительная форма, во второй </w:t>
      </w:r>
      <w:r w:rsidR="008A330B">
        <w:rPr>
          <w:lang w:val="kk-KZ"/>
        </w:rPr>
        <w:t>-</w:t>
      </w:r>
      <w:r w:rsidRPr="00907BDD">
        <w:t xml:space="preserve"> отрицательная форма </w:t>
      </w:r>
      <w:proofErr w:type="spellStart"/>
      <w:r w:rsidRPr="00907BDD">
        <w:t>ауыспалы</w:t>
      </w:r>
      <w:proofErr w:type="spellEnd"/>
      <w:r w:rsidRPr="00907BDD">
        <w:t xml:space="preserve"> осы </w:t>
      </w:r>
      <w:proofErr w:type="spellStart"/>
      <w:r w:rsidRPr="00907BDD">
        <w:t>шақ</w:t>
      </w:r>
      <w:proofErr w:type="spellEnd"/>
      <w:r w:rsidRPr="00907BDD">
        <w:t>.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Обратная связь при ошибке:</w:t>
      </w:r>
      <w:r w:rsidRPr="00907BDD">
        <w:t xml:space="preserve"> обращайте внимание на лицо: </w:t>
      </w:r>
      <w:r w:rsidRPr="00907BDD">
        <w:rPr>
          <w:rStyle w:val="af7"/>
          <w:rFonts w:eastAsiaTheme="majorEastAsia"/>
        </w:rPr>
        <w:t xml:space="preserve">сен → </w:t>
      </w:r>
      <w:proofErr w:type="spellStart"/>
      <w:r w:rsidRPr="00907BDD">
        <w:rPr>
          <w:rStyle w:val="af7"/>
          <w:rFonts w:eastAsiaTheme="majorEastAsia"/>
        </w:rPr>
        <w:t>ішесің</w:t>
      </w:r>
      <w:proofErr w:type="spellEnd"/>
      <w:r w:rsidRPr="00907BDD">
        <w:t xml:space="preserve">, </w:t>
      </w:r>
      <w:r w:rsidRPr="00907BDD">
        <w:rPr>
          <w:rStyle w:val="af7"/>
          <w:rFonts w:eastAsiaTheme="majorEastAsia"/>
        </w:rPr>
        <w:t xml:space="preserve">мен → </w:t>
      </w:r>
      <w:proofErr w:type="spellStart"/>
      <w:r w:rsidRPr="00907BDD">
        <w:rPr>
          <w:rStyle w:val="af7"/>
          <w:rFonts w:eastAsiaTheme="majorEastAsia"/>
        </w:rPr>
        <w:t>ішпеймін</w:t>
      </w:r>
      <w:proofErr w:type="spellEnd"/>
      <w:r w:rsidRPr="00907BDD">
        <w:t>.</w:t>
      </w:r>
    </w:p>
    <w:p w:rsidR="008A330B" w:rsidRDefault="008A330B" w:rsidP="00907BDD">
      <w:pPr>
        <w:pStyle w:val="3"/>
        <w:spacing w:before="0" w:after="0" w:line="240" w:lineRule="auto"/>
        <w:rPr>
          <w:rStyle w:val="af6"/>
          <w:rFonts w:ascii="Times New Roman" w:hAnsi="Times New Roman" w:cs="Times New Roman"/>
          <w:b/>
          <w:bCs/>
          <w:szCs w:val="24"/>
          <w:lang w:val="ru-RU"/>
        </w:rPr>
      </w:pPr>
    </w:p>
    <w:p w:rsidR="0013344C" w:rsidRPr="00907BDD" w:rsidRDefault="008A330B" w:rsidP="00907BDD">
      <w:pPr>
        <w:pStyle w:val="3"/>
        <w:spacing w:before="0" w:after="0" w:line="24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Оценивание</w:t>
      </w:r>
    </w:p>
    <w:p w:rsidR="0013344C" w:rsidRPr="00907BDD" w:rsidRDefault="0013344C" w:rsidP="00907BDD">
      <w:pPr>
        <w:pStyle w:val="aff8"/>
        <w:spacing w:before="0" w:beforeAutospacing="0" w:after="0" w:afterAutospacing="0"/>
      </w:pPr>
      <w:r w:rsidRPr="00907BDD">
        <w:rPr>
          <w:rStyle w:val="af6"/>
        </w:rPr>
        <w:t>5 баллов</w:t>
      </w:r>
      <w:r w:rsidRPr="00907BDD">
        <w:t xml:space="preserve"> </w:t>
      </w:r>
      <w:r w:rsidR="008A330B">
        <w:rPr>
          <w:lang w:val="kk-KZ"/>
        </w:rPr>
        <w:t>-</w:t>
      </w:r>
      <w:r w:rsidRPr="00907BDD">
        <w:t xml:space="preserve"> вопросительная форма </w:t>
      </w:r>
      <w:proofErr w:type="spellStart"/>
      <w:r w:rsidRPr="00907BDD">
        <w:t>ауыспалы</w:t>
      </w:r>
      <w:proofErr w:type="spellEnd"/>
      <w:r w:rsidRPr="00907BDD">
        <w:t xml:space="preserve"> осы </w:t>
      </w:r>
      <w:proofErr w:type="spellStart"/>
      <w:r w:rsidRPr="00907BDD">
        <w:t>шақ</w:t>
      </w:r>
      <w:proofErr w:type="spellEnd"/>
      <w:r w:rsidRPr="00907BDD">
        <w:t xml:space="preserve"> употребляется правильно.</w:t>
      </w:r>
      <w:r w:rsidRPr="00907BDD">
        <w:br/>
      </w:r>
      <w:r w:rsidRPr="00907BDD">
        <w:rPr>
          <w:rStyle w:val="af6"/>
        </w:rPr>
        <w:t>4 балла</w:t>
      </w:r>
      <w:r w:rsidRPr="00907BDD">
        <w:t xml:space="preserve"> </w:t>
      </w:r>
      <w:r w:rsidR="008A330B">
        <w:rPr>
          <w:lang w:val="kk-KZ"/>
        </w:rPr>
        <w:t>-</w:t>
      </w:r>
      <w:r w:rsidRPr="00907BDD">
        <w:t xml:space="preserve"> материал усвоен; можно переходить к следующей теме.</w:t>
      </w:r>
      <w:r w:rsidRPr="00907BDD">
        <w:br/>
      </w:r>
      <w:r w:rsidRPr="00907BDD">
        <w:rPr>
          <w:rStyle w:val="af6"/>
        </w:rPr>
        <w:t>2–3 балла</w:t>
      </w:r>
      <w:r w:rsidRPr="00907BDD">
        <w:t xml:space="preserve"> </w:t>
      </w:r>
      <w:r w:rsidR="008A330B">
        <w:rPr>
          <w:lang w:val="kk-KZ"/>
        </w:rPr>
        <w:t>-</w:t>
      </w:r>
      <w:r w:rsidRPr="00907BDD">
        <w:t xml:space="preserve"> рекомендуется повторить выбор и написание частиц </w:t>
      </w:r>
      <w:proofErr w:type="spellStart"/>
      <w:proofErr w:type="gramStart"/>
      <w:r w:rsidRPr="00907BDD">
        <w:rPr>
          <w:rStyle w:val="af6"/>
        </w:rPr>
        <w:t>ма</w:t>
      </w:r>
      <w:proofErr w:type="spellEnd"/>
      <w:r w:rsidRPr="00907BDD">
        <w:rPr>
          <w:rStyle w:val="af6"/>
        </w:rPr>
        <w:t>/</w:t>
      </w:r>
      <w:proofErr w:type="spellStart"/>
      <w:r w:rsidRPr="00907BDD">
        <w:rPr>
          <w:rStyle w:val="af6"/>
        </w:rPr>
        <w:t>ме</w:t>
      </w:r>
      <w:proofErr w:type="spellEnd"/>
      <w:proofErr w:type="gramEnd"/>
      <w:r w:rsidRPr="00907BDD">
        <w:rPr>
          <w:rStyle w:val="af6"/>
        </w:rPr>
        <w:t>, ба/</w:t>
      </w:r>
      <w:proofErr w:type="spellStart"/>
      <w:r w:rsidRPr="00907BDD">
        <w:rPr>
          <w:rStyle w:val="af6"/>
        </w:rPr>
        <w:t>бе</w:t>
      </w:r>
      <w:proofErr w:type="spellEnd"/>
      <w:r w:rsidRPr="00907BDD">
        <w:rPr>
          <w:rStyle w:val="af6"/>
        </w:rPr>
        <w:t>, па/</w:t>
      </w:r>
      <w:proofErr w:type="spellStart"/>
      <w:r w:rsidRPr="00907BDD">
        <w:rPr>
          <w:rStyle w:val="af6"/>
        </w:rPr>
        <w:t>пе</w:t>
      </w:r>
      <w:proofErr w:type="spellEnd"/>
      <w:r w:rsidRPr="00907BDD">
        <w:t>, а также форму третьего лица.</w:t>
      </w:r>
      <w:r w:rsidRPr="00907BDD">
        <w:br/>
      </w:r>
      <w:r w:rsidRPr="00907BDD">
        <w:rPr>
          <w:rStyle w:val="af6"/>
        </w:rPr>
        <w:t>0–1 балл</w:t>
      </w:r>
      <w:r w:rsidRPr="00907BDD">
        <w:t xml:space="preserve"> </w:t>
      </w:r>
      <w:r w:rsidR="008A330B">
        <w:rPr>
          <w:lang w:val="kk-KZ"/>
        </w:rPr>
        <w:t>-</w:t>
      </w:r>
      <w:r w:rsidRPr="00907BDD">
        <w:t xml:space="preserve"> необходимо повторно изучить урок 3 и выполнить задания ещё раз.</w:t>
      </w:r>
    </w:p>
    <w:p w:rsidR="00ED6822" w:rsidRPr="00907BDD" w:rsidRDefault="00ED6822" w:rsidP="00907BDD">
      <w:pPr>
        <w:pStyle w:val="2"/>
        <w:spacing w:before="0"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ED6822" w:rsidRPr="00907BDD" w:rsidSect="00034616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36A5" w:rsidRDefault="003836A5">
      <w:pPr>
        <w:spacing w:after="0" w:line="240" w:lineRule="auto"/>
      </w:pPr>
      <w:r>
        <w:separator/>
      </w:r>
    </w:p>
  </w:endnote>
  <w:endnote w:type="continuationSeparator" w:id="0">
    <w:p w:rsidR="003836A5" w:rsidRDefault="00383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AEC" w:rsidRDefault="000406A4">
    <w:pPr>
      <w:pStyle w:val="a6"/>
      <w:jc w:val="right"/>
    </w:pPr>
    <w:r>
      <w:rPr>
        <w:color w:val="5C6977"/>
        <w:sz w:val="17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 w:rsidR="00F25DD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36A5" w:rsidRDefault="003836A5">
      <w:pPr>
        <w:spacing w:after="0" w:line="240" w:lineRule="auto"/>
      </w:pPr>
      <w:r>
        <w:separator/>
      </w:r>
    </w:p>
  </w:footnote>
  <w:footnote w:type="continuationSeparator" w:id="0">
    <w:p w:rsidR="003836A5" w:rsidRDefault="00383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AEC" w:rsidRPr="00F25DD4" w:rsidRDefault="00581AEC">
    <w:pPr>
      <w:pStyle w:val="a4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AB2257"/>
    <w:multiLevelType w:val="singleLevel"/>
    <w:tmpl w:val="3D36BBE8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</w:pPr>
    </w:lvl>
  </w:abstractNum>
  <w:abstractNum w:abstractNumId="10" w15:restartNumberingAfterBreak="0">
    <w:nsid w:val="0DB33642"/>
    <w:multiLevelType w:val="multilevel"/>
    <w:tmpl w:val="A2D2FE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9029BD"/>
    <w:multiLevelType w:val="multilevel"/>
    <w:tmpl w:val="E8C8D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B4195B"/>
    <w:multiLevelType w:val="multilevel"/>
    <w:tmpl w:val="B92A10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62224D"/>
    <w:multiLevelType w:val="multilevel"/>
    <w:tmpl w:val="4EC8B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D43F98"/>
    <w:multiLevelType w:val="singleLevel"/>
    <w:tmpl w:val="CE22871C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5" w15:restartNumberingAfterBreak="0">
    <w:nsid w:val="63CA1786"/>
    <w:multiLevelType w:val="multilevel"/>
    <w:tmpl w:val="6D92F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32206B"/>
    <w:multiLevelType w:val="multilevel"/>
    <w:tmpl w:val="AAA02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4"/>
    <w:lvlOverride w:ilvl="0">
      <w:startOverride w:val="1"/>
    </w:lvlOverride>
  </w:num>
  <w:num w:numId="3">
    <w:abstractNumId w:val="11"/>
  </w:num>
  <w:num w:numId="4">
    <w:abstractNumId w:val="13"/>
  </w:num>
  <w:num w:numId="5">
    <w:abstractNumId w:val="16"/>
  </w:num>
  <w:num w:numId="6">
    <w:abstractNumId w:val="12"/>
  </w:num>
  <w:num w:numId="7">
    <w:abstractNumId w:val="10"/>
  </w:num>
  <w:num w:numId="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6A4"/>
    <w:rsid w:val="0006063C"/>
    <w:rsid w:val="0013344C"/>
    <w:rsid w:val="0015074B"/>
    <w:rsid w:val="0029639D"/>
    <w:rsid w:val="002A5076"/>
    <w:rsid w:val="00326F90"/>
    <w:rsid w:val="003836A5"/>
    <w:rsid w:val="00402155"/>
    <w:rsid w:val="00581AEC"/>
    <w:rsid w:val="007D27BA"/>
    <w:rsid w:val="008A330B"/>
    <w:rsid w:val="00907BDD"/>
    <w:rsid w:val="00912135"/>
    <w:rsid w:val="009D3163"/>
    <w:rsid w:val="00AA1D8D"/>
    <w:rsid w:val="00B47730"/>
    <w:rsid w:val="00C25AE6"/>
    <w:rsid w:val="00CB0664"/>
    <w:rsid w:val="00D819B9"/>
    <w:rsid w:val="00ED6822"/>
    <w:rsid w:val="00F25D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BD3FA4"/>
  <w14:defaultImageDpi w14:val="300"/>
  <w15:docId w15:val="{BC17E813-7FBA-4E4F-AA27-F91BA8C4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FC693F"/>
    <w:pPr>
      <w:spacing w:after="120" w:line="300" w:lineRule="auto"/>
    </w:pPr>
    <w:rPr>
      <w:rFonts w:ascii="Calibri" w:hAnsi="Calibri"/>
      <w:color w:val="19222E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0"/>
    <w:uiPriority w:val="99"/>
    <w:unhideWhenUsed/>
    <w:rsid w:val="00ED6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0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7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1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52D381-B0D4-44DA-8D00-27AD27C94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1300</Words>
  <Characters>7412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Материалы для самостоятельного изучения: Ауыспалы осы шақ</vt:lpstr>
      <vt:lpstr/>
    </vt:vector>
  </TitlesOfParts>
  <Manager/>
  <Company/>
  <LinksUpToDate>false</LinksUpToDate>
  <CharactersWithSpaces>8695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Материалы для самостоятельного изучения: Ауыспалы осы шақ</dc:title>
  <dc:subject>Онлайн-курс «Временные формы глагола в казахском языке»</dc:subject>
  <dc:creator>Альфия Омурзакова</dc:creator>
  <cp:keywords>казахский язык, ауыспалы осы шақ, A2, МООК</cp:keywords>
  <dc:description>generated by python-docx</dc:description>
  <cp:lastModifiedBy>Альфия Омурзакова</cp:lastModifiedBy>
  <cp:revision>2</cp:revision>
  <dcterms:created xsi:type="dcterms:W3CDTF">2026-09-14T08:46:00Z</dcterms:created>
  <dcterms:modified xsi:type="dcterms:W3CDTF">2026-09-14T08:46:00Z</dcterms:modified>
  <cp:category/>
</cp:coreProperties>
</file>